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6BB95" w14:textId="77777777" w:rsidR="00132F2A" w:rsidRPr="00132F2A" w:rsidRDefault="00132F2A" w:rsidP="00132F2A">
      <w:pPr>
        <w:spacing w:after="0" w:line="360" w:lineRule="auto"/>
        <w:rPr>
          <w:rFonts w:ascii="Times New Roman" w:hAnsi="Times New Roman" w:cs="Times New Roman"/>
          <w:b/>
          <w:bCs/>
          <w:sz w:val="28"/>
          <w:szCs w:val="28"/>
          <w:lang w:val="ru-RU"/>
        </w:rPr>
      </w:pPr>
      <w:r w:rsidRPr="00132F2A">
        <w:rPr>
          <w:rFonts w:ascii="Times New Roman" w:hAnsi="Times New Roman" w:cs="Times New Roman"/>
          <w:b/>
          <w:bCs/>
          <w:sz w:val="28"/>
          <w:szCs w:val="28"/>
          <w:lang w:val="ru-RU"/>
        </w:rPr>
        <w:t>УДК</w:t>
      </w:r>
      <w:r>
        <w:rPr>
          <w:rFonts w:ascii="Times New Roman" w:hAnsi="Times New Roman" w:cs="Times New Roman"/>
          <w:b/>
          <w:bCs/>
          <w:sz w:val="28"/>
          <w:szCs w:val="28"/>
          <w:lang w:val="ru-RU"/>
        </w:rPr>
        <w:t xml:space="preserve"> </w:t>
      </w:r>
      <w:r w:rsidRPr="00D44BA8">
        <w:rPr>
          <w:rFonts w:ascii="Times New Roman" w:hAnsi="Times New Roman" w:cs="Times New Roman"/>
          <w:b/>
          <w:bCs/>
          <w:sz w:val="28"/>
          <w:szCs w:val="28"/>
          <w:lang w:val="ru-RU"/>
        </w:rPr>
        <w:t>[</w:t>
      </w:r>
      <w:r w:rsidRPr="00132F2A">
        <w:rPr>
          <w:rFonts w:ascii="Times New Roman" w:hAnsi="Times New Roman" w:cs="Times New Roman"/>
          <w:b/>
          <w:bCs/>
          <w:sz w:val="28"/>
          <w:szCs w:val="28"/>
          <w:lang w:val="ru-RU"/>
        </w:rPr>
        <w:t>632.954+63</w:t>
      </w:r>
      <w:r>
        <w:rPr>
          <w:rFonts w:ascii="Times New Roman" w:hAnsi="Times New Roman" w:cs="Times New Roman"/>
          <w:b/>
          <w:bCs/>
          <w:sz w:val="28"/>
          <w:szCs w:val="28"/>
          <w:lang w:val="uk-UA"/>
        </w:rPr>
        <w:t>1</w:t>
      </w:r>
      <w:r w:rsidRPr="00132F2A">
        <w:rPr>
          <w:rFonts w:ascii="Times New Roman" w:hAnsi="Times New Roman" w:cs="Times New Roman"/>
          <w:b/>
          <w:bCs/>
          <w:sz w:val="28"/>
          <w:szCs w:val="28"/>
          <w:lang w:val="ru-RU"/>
        </w:rPr>
        <w:t>.</w:t>
      </w:r>
      <w:r>
        <w:rPr>
          <w:rFonts w:ascii="Times New Roman" w:hAnsi="Times New Roman" w:cs="Times New Roman"/>
          <w:b/>
          <w:bCs/>
          <w:sz w:val="28"/>
          <w:szCs w:val="28"/>
          <w:lang w:val="uk-UA"/>
        </w:rPr>
        <w:t>811.98</w:t>
      </w:r>
      <w:r w:rsidRPr="00D44BA8">
        <w:rPr>
          <w:rFonts w:ascii="Times New Roman" w:hAnsi="Times New Roman" w:cs="Times New Roman"/>
          <w:b/>
          <w:bCs/>
          <w:sz w:val="28"/>
          <w:szCs w:val="28"/>
          <w:lang w:val="ru-RU"/>
        </w:rPr>
        <w:t>]</w:t>
      </w:r>
      <w:r w:rsidRPr="00132F2A">
        <w:rPr>
          <w:rFonts w:ascii="Times New Roman" w:hAnsi="Times New Roman" w:cs="Times New Roman"/>
          <w:b/>
          <w:bCs/>
          <w:sz w:val="28"/>
          <w:szCs w:val="28"/>
          <w:lang w:val="ru-RU"/>
        </w:rPr>
        <w:t>:63</w:t>
      </w:r>
      <w:r>
        <w:rPr>
          <w:rFonts w:ascii="Times New Roman" w:hAnsi="Times New Roman" w:cs="Times New Roman"/>
          <w:b/>
          <w:bCs/>
          <w:sz w:val="28"/>
          <w:szCs w:val="28"/>
          <w:lang w:val="ru-RU"/>
        </w:rPr>
        <w:t>3.11</w:t>
      </w:r>
      <w:r>
        <w:rPr>
          <w:rFonts w:ascii="Times New Roman" w:hAnsi="Times New Roman" w:cs="Times New Roman"/>
          <w:b/>
          <w:bCs/>
          <w:sz w:val="28"/>
          <w:szCs w:val="28"/>
          <w:vertAlign w:val="superscript"/>
          <w:lang w:val="ru-RU"/>
        </w:rPr>
        <w:t>11</w:t>
      </w:r>
      <w:r>
        <w:rPr>
          <w:rFonts w:ascii="Times New Roman" w:hAnsi="Times New Roman" w:cs="Times New Roman"/>
          <w:b/>
          <w:bCs/>
          <w:sz w:val="28"/>
          <w:szCs w:val="28"/>
          <w:lang w:val="ru-RU"/>
        </w:rPr>
        <w:t>324</w:t>
      </w:r>
      <w:r>
        <w:rPr>
          <w:rFonts w:ascii="Times New Roman" w:hAnsi="Times New Roman" w:cs="Times New Roman"/>
          <w:b/>
          <w:bCs/>
          <w:sz w:val="28"/>
          <w:szCs w:val="28"/>
          <w:vertAlign w:val="superscript"/>
          <w:lang w:val="ru-RU"/>
        </w:rPr>
        <w:t>11</w:t>
      </w:r>
      <w:r>
        <w:rPr>
          <w:rFonts w:ascii="Times New Roman" w:hAnsi="Times New Roman" w:cs="Times New Roman"/>
          <w:b/>
          <w:bCs/>
          <w:sz w:val="28"/>
          <w:szCs w:val="28"/>
          <w:lang w:val="ru-RU"/>
        </w:rPr>
        <w:t>:631.559</w:t>
      </w:r>
    </w:p>
    <w:p w14:paraId="7297226F" w14:textId="77777777" w:rsidR="00132F2A" w:rsidRDefault="00132F2A" w:rsidP="00132F2A">
      <w:pPr>
        <w:spacing w:after="0" w:line="360" w:lineRule="auto"/>
        <w:rPr>
          <w:rFonts w:ascii="Times New Roman" w:hAnsi="Times New Roman" w:cs="Times New Roman"/>
          <w:b/>
          <w:bCs/>
          <w:color w:val="202124"/>
          <w:sz w:val="28"/>
          <w:szCs w:val="28"/>
          <w:shd w:val="clear" w:color="auto" w:fill="FFFFFF"/>
          <w:lang w:val="ru-RU"/>
        </w:rPr>
      </w:pPr>
      <w:proofErr w:type="spellStart"/>
      <w:r w:rsidRPr="00132F2A">
        <w:rPr>
          <w:rFonts w:ascii="Times New Roman" w:hAnsi="Times New Roman" w:cs="Times New Roman"/>
          <w:b/>
          <w:bCs/>
          <w:color w:val="202124"/>
          <w:sz w:val="28"/>
          <w:szCs w:val="28"/>
          <w:shd w:val="clear" w:color="auto" w:fill="FFFFFF"/>
          <w:lang w:val="ru-RU"/>
        </w:rPr>
        <w:t>Екологія</w:t>
      </w:r>
      <w:proofErr w:type="spellEnd"/>
      <w:r w:rsidRPr="00132F2A">
        <w:rPr>
          <w:rFonts w:ascii="Times New Roman" w:hAnsi="Times New Roman" w:cs="Times New Roman"/>
          <w:b/>
          <w:bCs/>
          <w:color w:val="202124"/>
          <w:sz w:val="28"/>
          <w:szCs w:val="28"/>
          <w:shd w:val="clear" w:color="auto" w:fill="FFFFFF"/>
          <w:lang w:val="ru-RU"/>
        </w:rPr>
        <w:t xml:space="preserve">, </w:t>
      </w:r>
      <w:proofErr w:type="spellStart"/>
      <w:r w:rsidRPr="00132F2A">
        <w:rPr>
          <w:rFonts w:ascii="Times New Roman" w:hAnsi="Times New Roman" w:cs="Times New Roman"/>
          <w:b/>
          <w:bCs/>
          <w:color w:val="202124"/>
          <w:sz w:val="28"/>
          <w:szCs w:val="28"/>
          <w:shd w:val="clear" w:color="auto" w:fill="FFFFFF"/>
          <w:lang w:val="ru-RU"/>
        </w:rPr>
        <w:t>іхтіологія</w:t>
      </w:r>
      <w:proofErr w:type="spellEnd"/>
      <w:r w:rsidRPr="00132F2A">
        <w:rPr>
          <w:rFonts w:ascii="Times New Roman" w:hAnsi="Times New Roman" w:cs="Times New Roman"/>
          <w:b/>
          <w:bCs/>
          <w:color w:val="202124"/>
          <w:sz w:val="28"/>
          <w:szCs w:val="28"/>
          <w:shd w:val="clear" w:color="auto" w:fill="FFFFFF"/>
          <w:lang w:val="ru-RU"/>
        </w:rPr>
        <w:t xml:space="preserve"> та аквакультура</w:t>
      </w:r>
    </w:p>
    <w:p w14:paraId="2B10FE54" w14:textId="77777777" w:rsidR="00132F2A" w:rsidRPr="00FD525B" w:rsidRDefault="00132F2A" w:rsidP="00132F2A">
      <w:pPr>
        <w:spacing w:after="0" w:line="360" w:lineRule="auto"/>
        <w:jc w:val="center"/>
        <w:rPr>
          <w:rFonts w:ascii="Times New Roman" w:hAnsi="Times New Roman" w:cs="Times New Roman"/>
          <w:b/>
          <w:bCs/>
          <w:noProof/>
          <w:sz w:val="28"/>
          <w:szCs w:val="28"/>
          <w:lang w:val="ru-RU"/>
        </w:rPr>
      </w:pPr>
      <w:r w:rsidRPr="00FD525B">
        <w:rPr>
          <w:rFonts w:ascii="Times New Roman" w:hAnsi="Times New Roman" w:cs="Times New Roman"/>
          <w:b/>
          <w:sz w:val="28"/>
          <w:szCs w:val="28"/>
          <w:lang w:val="ru-RU"/>
        </w:rPr>
        <w:t>ВПЛИВ ГЕРБІЦИДУ ТРИАТЛОН ПРАЙМ  ТА РЕГУЛЯТОРА РОСТУ АМІНОКАТ 30 НА ФОТОСИНТЕТИЧНІ ПОКАЗНИКИ</w:t>
      </w:r>
      <w:r w:rsidR="00083C47">
        <w:rPr>
          <w:rFonts w:ascii="Times New Roman" w:hAnsi="Times New Roman" w:cs="Times New Roman"/>
          <w:b/>
          <w:sz w:val="28"/>
          <w:szCs w:val="28"/>
          <w:lang w:val="ru-RU"/>
        </w:rPr>
        <w:t xml:space="preserve"> ТА УРОЖАЙ</w:t>
      </w:r>
      <w:r w:rsidRPr="00FD525B">
        <w:rPr>
          <w:rFonts w:ascii="Times New Roman" w:hAnsi="Times New Roman" w:cs="Times New Roman"/>
          <w:b/>
          <w:sz w:val="28"/>
          <w:szCs w:val="28"/>
          <w:lang w:val="ru-RU"/>
        </w:rPr>
        <w:t xml:space="preserve"> ПШЕНИЦІ ДВОРУЧКИ</w:t>
      </w:r>
    </w:p>
    <w:p w14:paraId="45F995B0" w14:textId="77777777" w:rsidR="00132F2A" w:rsidRPr="00132F2A" w:rsidRDefault="00132F2A" w:rsidP="00132F2A">
      <w:pPr>
        <w:spacing w:after="0" w:line="360" w:lineRule="auto"/>
        <w:jc w:val="center"/>
        <w:rPr>
          <w:rFonts w:ascii="Times New Roman" w:hAnsi="Times New Roman" w:cs="Times New Roman"/>
          <w:b/>
          <w:bCs/>
          <w:noProof/>
          <w:sz w:val="28"/>
          <w:szCs w:val="28"/>
          <w:lang w:val="ru-RU"/>
        </w:rPr>
      </w:pPr>
    </w:p>
    <w:p w14:paraId="12F04B1F" w14:textId="77777777" w:rsidR="00132F2A" w:rsidRPr="00132F2A" w:rsidRDefault="00132F2A" w:rsidP="00132F2A">
      <w:pPr>
        <w:spacing w:after="0" w:line="360" w:lineRule="auto"/>
        <w:rPr>
          <w:rFonts w:ascii="Times New Roman" w:hAnsi="Times New Roman" w:cs="Times New Roman"/>
          <w:i/>
          <w:iCs/>
          <w:noProof/>
          <w:sz w:val="28"/>
          <w:szCs w:val="28"/>
          <w:lang w:val="ru-RU"/>
        </w:rPr>
      </w:pPr>
      <w:proofErr w:type="spellStart"/>
      <w:r w:rsidRPr="00132F2A">
        <w:rPr>
          <w:rFonts w:ascii="Times New Roman" w:hAnsi="Times New Roman" w:cs="Times New Roman"/>
          <w:b/>
          <w:bCs/>
          <w:i/>
          <w:iCs/>
          <w:sz w:val="28"/>
          <w:szCs w:val="28"/>
          <w:lang w:val="ru-RU"/>
        </w:rPr>
        <w:t>Розборська</w:t>
      </w:r>
      <w:proofErr w:type="spellEnd"/>
      <w:r w:rsidRPr="00132F2A">
        <w:rPr>
          <w:rFonts w:ascii="Times New Roman" w:hAnsi="Times New Roman" w:cs="Times New Roman"/>
          <w:b/>
          <w:bCs/>
          <w:i/>
          <w:iCs/>
          <w:sz w:val="28"/>
          <w:szCs w:val="28"/>
          <w:lang w:val="ru-RU"/>
        </w:rPr>
        <w:t xml:space="preserve"> Л.В.</w:t>
      </w:r>
      <w:r w:rsidRPr="00132F2A">
        <w:rPr>
          <w:rFonts w:ascii="Times New Roman" w:hAnsi="Times New Roman" w:cs="Times New Roman"/>
          <w:b/>
          <w:bCs/>
          <w:noProof/>
          <w:sz w:val="28"/>
          <w:szCs w:val="28"/>
          <w:lang w:val="ru-RU"/>
        </w:rPr>
        <w:t xml:space="preserve"> – </w:t>
      </w:r>
      <w:r w:rsidRPr="00132F2A">
        <w:rPr>
          <w:rFonts w:ascii="Times New Roman" w:hAnsi="Times New Roman" w:cs="Times New Roman"/>
          <w:i/>
          <w:iCs/>
          <w:noProof/>
          <w:sz w:val="28"/>
          <w:szCs w:val="28"/>
          <w:lang w:val="ru-RU"/>
        </w:rPr>
        <w:t>к.с.-г.н,</w:t>
      </w:r>
      <w:r w:rsidRPr="00132F2A">
        <w:rPr>
          <w:rFonts w:ascii="Times New Roman" w:hAnsi="Times New Roman" w:cs="Times New Roman"/>
          <w:b/>
          <w:bCs/>
          <w:noProof/>
          <w:sz w:val="28"/>
          <w:szCs w:val="28"/>
          <w:lang w:val="ru-RU"/>
        </w:rPr>
        <w:t xml:space="preserve"> </w:t>
      </w:r>
      <w:r w:rsidRPr="00132F2A">
        <w:rPr>
          <w:rFonts w:ascii="Times New Roman" w:hAnsi="Times New Roman" w:cs="Times New Roman"/>
          <w:i/>
          <w:iCs/>
          <w:noProof/>
          <w:sz w:val="28"/>
          <w:szCs w:val="28"/>
          <w:lang w:val="ru-RU"/>
        </w:rPr>
        <w:t xml:space="preserve">доцент, завідувач кафедри біології, </w:t>
      </w:r>
    </w:p>
    <w:p w14:paraId="277E90FF" w14:textId="77777777" w:rsidR="00132F2A" w:rsidRPr="00083C47" w:rsidRDefault="00132F2A" w:rsidP="00132F2A">
      <w:pPr>
        <w:spacing w:after="0" w:line="360" w:lineRule="auto"/>
        <w:rPr>
          <w:rFonts w:ascii="Times New Roman" w:hAnsi="Times New Roman" w:cs="Times New Roman"/>
          <w:i/>
          <w:iCs/>
          <w:noProof/>
          <w:sz w:val="28"/>
          <w:szCs w:val="28"/>
          <w:lang w:val="ru-RU"/>
        </w:rPr>
      </w:pPr>
      <w:r w:rsidRPr="00083C47">
        <w:rPr>
          <w:rFonts w:ascii="Times New Roman" w:hAnsi="Times New Roman" w:cs="Times New Roman"/>
          <w:i/>
          <w:iCs/>
          <w:noProof/>
          <w:sz w:val="28"/>
          <w:szCs w:val="28"/>
          <w:lang w:val="ru-RU"/>
        </w:rPr>
        <w:t>Уманський національний університет</w:t>
      </w:r>
    </w:p>
    <w:p w14:paraId="3D8D4AF9" w14:textId="77777777" w:rsidR="00132F2A" w:rsidRPr="00083C47" w:rsidRDefault="00132F2A" w:rsidP="00132F2A">
      <w:pPr>
        <w:spacing w:after="0"/>
        <w:rPr>
          <w:rFonts w:ascii="Times New Roman" w:hAnsi="Times New Roman" w:cs="Times New Roman"/>
          <w:b/>
          <w:bCs/>
          <w:i/>
          <w:iCs/>
          <w:sz w:val="28"/>
          <w:szCs w:val="28"/>
          <w:lang w:val="ru-RU"/>
        </w:rPr>
      </w:pPr>
      <w:r w:rsidRPr="006C724E">
        <w:rPr>
          <w:rFonts w:ascii="Times New Roman" w:hAnsi="Times New Roman" w:cs="Times New Roman"/>
          <w:sz w:val="28"/>
          <w:szCs w:val="28"/>
        </w:rPr>
        <w:t>ORCID</w:t>
      </w:r>
      <w:r w:rsidRPr="00083C47">
        <w:rPr>
          <w:rFonts w:ascii="Times New Roman" w:hAnsi="Times New Roman" w:cs="Times New Roman"/>
          <w:sz w:val="28"/>
          <w:szCs w:val="28"/>
          <w:lang w:val="ru-RU"/>
        </w:rPr>
        <w:t xml:space="preserve">: </w:t>
      </w:r>
      <w:r w:rsidRPr="00083C47">
        <w:rPr>
          <w:rFonts w:ascii="Times New Roman" w:hAnsi="Times New Roman" w:cs="Times New Roman"/>
          <w:color w:val="000000"/>
          <w:spacing w:val="-5"/>
          <w:sz w:val="28"/>
          <w:szCs w:val="28"/>
          <w:shd w:val="clear" w:color="auto" w:fill="FFFFFF"/>
          <w:lang w:val="ru-RU"/>
        </w:rPr>
        <w:t>0000-0003-2002-6438</w:t>
      </w:r>
    </w:p>
    <w:p w14:paraId="7081FF1B" w14:textId="77777777" w:rsidR="00132F2A" w:rsidRPr="00132F2A" w:rsidRDefault="00132F2A" w:rsidP="00132F2A">
      <w:pPr>
        <w:spacing w:after="0" w:line="360" w:lineRule="auto"/>
        <w:rPr>
          <w:rFonts w:ascii="Times New Roman" w:hAnsi="Times New Roman" w:cs="Times New Roman"/>
          <w:i/>
          <w:iCs/>
          <w:noProof/>
          <w:sz w:val="28"/>
          <w:szCs w:val="28"/>
          <w:lang w:val="ru-RU"/>
        </w:rPr>
      </w:pPr>
      <w:r w:rsidRPr="00132F2A">
        <w:rPr>
          <w:rFonts w:ascii="Times New Roman" w:hAnsi="Times New Roman" w:cs="Times New Roman"/>
          <w:b/>
          <w:bCs/>
          <w:i/>
          <w:iCs/>
          <w:noProof/>
          <w:sz w:val="28"/>
          <w:szCs w:val="28"/>
          <w:lang w:val="ru-RU"/>
        </w:rPr>
        <w:t>Заболотний О.І.</w:t>
      </w:r>
      <w:r w:rsidRPr="00132F2A">
        <w:rPr>
          <w:rFonts w:ascii="Times New Roman" w:hAnsi="Times New Roman" w:cs="Times New Roman"/>
          <w:b/>
          <w:bCs/>
          <w:noProof/>
          <w:sz w:val="28"/>
          <w:szCs w:val="28"/>
          <w:lang w:val="ru-RU"/>
        </w:rPr>
        <w:t xml:space="preserve"> – </w:t>
      </w:r>
      <w:r w:rsidRPr="00132F2A">
        <w:rPr>
          <w:rFonts w:ascii="Times New Roman" w:hAnsi="Times New Roman" w:cs="Times New Roman"/>
          <w:i/>
          <w:iCs/>
          <w:noProof/>
          <w:sz w:val="28"/>
          <w:szCs w:val="28"/>
          <w:lang w:val="ru-RU"/>
        </w:rPr>
        <w:t>к.с.-г.н,</w:t>
      </w:r>
      <w:r w:rsidRPr="00132F2A">
        <w:rPr>
          <w:rFonts w:ascii="Times New Roman" w:hAnsi="Times New Roman" w:cs="Times New Roman"/>
          <w:b/>
          <w:bCs/>
          <w:noProof/>
          <w:sz w:val="28"/>
          <w:szCs w:val="28"/>
          <w:lang w:val="ru-RU"/>
        </w:rPr>
        <w:t xml:space="preserve"> </w:t>
      </w:r>
      <w:r w:rsidRPr="00132F2A">
        <w:rPr>
          <w:rFonts w:ascii="Times New Roman" w:hAnsi="Times New Roman" w:cs="Times New Roman"/>
          <w:i/>
          <w:iCs/>
          <w:noProof/>
          <w:sz w:val="28"/>
          <w:szCs w:val="28"/>
          <w:lang w:val="ru-RU"/>
        </w:rPr>
        <w:t xml:space="preserve">доцент кафедри біології, </w:t>
      </w:r>
    </w:p>
    <w:p w14:paraId="4624A80B" w14:textId="77777777" w:rsidR="00132F2A" w:rsidRPr="00132F2A" w:rsidRDefault="00132F2A" w:rsidP="00132F2A">
      <w:pPr>
        <w:spacing w:after="0" w:line="360" w:lineRule="auto"/>
        <w:rPr>
          <w:rFonts w:ascii="Times New Roman" w:hAnsi="Times New Roman" w:cs="Times New Roman"/>
          <w:i/>
          <w:iCs/>
          <w:noProof/>
          <w:sz w:val="28"/>
          <w:szCs w:val="28"/>
          <w:lang w:val="ru-RU"/>
        </w:rPr>
      </w:pPr>
      <w:r w:rsidRPr="00132F2A">
        <w:rPr>
          <w:rFonts w:ascii="Times New Roman" w:hAnsi="Times New Roman" w:cs="Times New Roman"/>
          <w:i/>
          <w:iCs/>
          <w:noProof/>
          <w:sz w:val="28"/>
          <w:szCs w:val="28"/>
          <w:lang w:val="ru-RU"/>
        </w:rPr>
        <w:t>Уманський національний університет</w:t>
      </w:r>
    </w:p>
    <w:p w14:paraId="074F83F1" w14:textId="77777777" w:rsidR="00132F2A" w:rsidRPr="00132F2A" w:rsidRDefault="00132F2A" w:rsidP="00132F2A">
      <w:pPr>
        <w:spacing w:after="0"/>
        <w:rPr>
          <w:rFonts w:ascii="Times New Roman" w:hAnsi="Times New Roman" w:cs="Times New Roman"/>
          <w:sz w:val="28"/>
          <w:szCs w:val="28"/>
          <w:lang w:val="ru-RU"/>
        </w:rPr>
      </w:pPr>
      <w:r w:rsidRPr="006C724E">
        <w:rPr>
          <w:rFonts w:ascii="Times New Roman" w:hAnsi="Times New Roman" w:cs="Times New Roman"/>
          <w:sz w:val="28"/>
          <w:szCs w:val="28"/>
        </w:rPr>
        <w:t>ORCID</w:t>
      </w:r>
      <w:r w:rsidRPr="00132F2A">
        <w:rPr>
          <w:rFonts w:ascii="Times New Roman" w:hAnsi="Times New Roman" w:cs="Times New Roman"/>
          <w:sz w:val="28"/>
          <w:szCs w:val="28"/>
          <w:lang w:val="ru-RU"/>
        </w:rPr>
        <w:t>: 0000-0003-0069-1617</w:t>
      </w:r>
    </w:p>
    <w:p w14:paraId="10857524" w14:textId="77777777" w:rsidR="005F75DD" w:rsidRDefault="005F75DD" w:rsidP="005F75DD">
      <w:pPr>
        <w:pStyle w:val="ae"/>
        <w:widowControl w:val="0"/>
        <w:tabs>
          <w:tab w:val="left" w:pos="1161"/>
        </w:tabs>
        <w:autoSpaceDE w:val="0"/>
        <w:autoSpaceDN w:val="0"/>
        <w:spacing w:after="0" w:line="360" w:lineRule="auto"/>
        <w:ind w:left="0" w:firstLine="709"/>
        <w:contextualSpacing w:val="0"/>
        <w:jc w:val="both"/>
        <w:rPr>
          <w:rFonts w:ascii="Times New Roman" w:hAnsi="Times New Roman" w:cs="Times New Roman"/>
          <w:i/>
          <w:sz w:val="28"/>
          <w:szCs w:val="28"/>
          <w:lang w:val="uk-UA" w:eastAsia="uk-UA" w:bidi="uk-UA"/>
        </w:rPr>
      </w:pPr>
    </w:p>
    <w:p w14:paraId="6AEBAF95" w14:textId="77777777" w:rsidR="00EC7655" w:rsidRPr="005E133B" w:rsidRDefault="00EC7655" w:rsidP="005F75DD">
      <w:pPr>
        <w:pStyle w:val="ae"/>
        <w:widowControl w:val="0"/>
        <w:tabs>
          <w:tab w:val="left" w:pos="1161"/>
        </w:tabs>
        <w:autoSpaceDE w:val="0"/>
        <w:autoSpaceDN w:val="0"/>
        <w:spacing w:after="0" w:line="360" w:lineRule="auto"/>
        <w:ind w:left="0" w:firstLine="709"/>
        <w:contextualSpacing w:val="0"/>
        <w:jc w:val="both"/>
        <w:rPr>
          <w:rFonts w:ascii="Times New Roman" w:hAnsi="Times New Roman" w:cs="Times New Roman"/>
          <w:i/>
          <w:sz w:val="28"/>
          <w:szCs w:val="28"/>
          <w:lang w:val="uk-UA"/>
        </w:rPr>
      </w:pPr>
      <w:r w:rsidRPr="005E133B">
        <w:rPr>
          <w:rFonts w:ascii="Times New Roman" w:hAnsi="Times New Roman" w:cs="Times New Roman"/>
          <w:i/>
          <w:sz w:val="28"/>
          <w:szCs w:val="28"/>
          <w:lang w:val="uk-UA" w:eastAsia="uk-UA" w:bidi="uk-UA"/>
        </w:rPr>
        <w:t>В Україні є можливість використовувати методи біологічного землеробства, які мають вагомий науковий і виробничий потенціал рослинництва, з виробництвом екологічно</w:t>
      </w:r>
      <w:r w:rsidR="00F15C5A" w:rsidRPr="005E133B">
        <w:rPr>
          <w:rFonts w:ascii="Times New Roman" w:hAnsi="Times New Roman" w:cs="Times New Roman"/>
          <w:i/>
          <w:sz w:val="28"/>
          <w:szCs w:val="28"/>
          <w:lang w:val="uk-UA" w:eastAsia="uk-UA" w:bidi="uk-UA"/>
        </w:rPr>
        <w:t xml:space="preserve"> </w:t>
      </w:r>
      <w:r w:rsidRPr="005E133B">
        <w:rPr>
          <w:rFonts w:ascii="Times New Roman" w:hAnsi="Times New Roman" w:cs="Times New Roman"/>
          <w:i/>
          <w:sz w:val="28"/>
          <w:szCs w:val="28"/>
          <w:lang w:val="uk-UA" w:eastAsia="uk-UA" w:bidi="uk-UA"/>
        </w:rPr>
        <w:t xml:space="preserve">чистої сільськогосподарської продукції для застосування на внутрішньому і зовнішньому ринках. </w:t>
      </w:r>
      <w:r w:rsidRPr="005E133B">
        <w:rPr>
          <w:rFonts w:ascii="Times New Roman" w:hAnsi="Times New Roman" w:cs="Times New Roman"/>
          <w:i/>
          <w:sz w:val="28"/>
          <w:szCs w:val="28"/>
          <w:lang w:val="uk-UA"/>
        </w:rPr>
        <w:t>Для підвищення урожайності пшениці існує ряд технологій, серед яких особлива роль відводиться масштабному використанню, як синтетичних, так і біологічних</w:t>
      </w:r>
      <w:r w:rsidR="00906D1F" w:rsidRPr="005E133B">
        <w:rPr>
          <w:rFonts w:ascii="Times New Roman" w:hAnsi="Times New Roman" w:cs="Times New Roman"/>
          <w:i/>
          <w:sz w:val="28"/>
          <w:szCs w:val="28"/>
          <w:lang w:val="uk-UA"/>
        </w:rPr>
        <w:t xml:space="preserve"> засобів захисту</w:t>
      </w:r>
      <w:r w:rsidRPr="005E133B">
        <w:rPr>
          <w:rFonts w:ascii="Times New Roman" w:hAnsi="Times New Roman" w:cs="Times New Roman"/>
          <w:i/>
          <w:sz w:val="28"/>
          <w:szCs w:val="28"/>
          <w:lang w:val="uk-UA"/>
        </w:rPr>
        <w:t>. Проте через надмірне хімічне навантаження почал</w:t>
      </w:r>
      <w:r w:rsidR="00906D1F" w:rsidRPr="005E133B">
        <w:rPr>
          <w:rFonts w:ascii="Times New Roman" w:hAnsi="Times New Roman" w:cs="Times New Roman"/>
          <w:i/>
          <w:sz w:val="28"/>
          <w:szCs w:val="28"/>
          <w:lang w:val="uk-UA"/>
        </w:rPr>
        <w:t>ось</w:t>
      </w:r>
      <w:r w:rsidRPr="005E133B">
        <w:rPr>
          <w:rFonts w:ascii="Times New Roman" w:hAnsi="Times New Roman" w:cs="Times New Roman"/>
          <w:i/>
          <w:sz w:val="28"/>
          <w:szCs w:val="28"/>
          <w:lang w:val="uk-UA"/>
        </w:rPr>
        <w:t xml:space="preserve"> загостр</w:t>
      </w:r>
      <w:r w:rsidR="00906D1F" w:rsidRPr="005E133B">
        <w:rPr>
          <w:rFonts w:ascii="Times New Roman" w:hAnsi="Times New Roman" w:cs="Times New Roman"/>
          <w:i/>
          <w:sz w:val="28"/>
          <w:szCs w:val="28"/>
          <w:lang w:val="uk-UA"/>
        </w:rPr>
        <w:t>енн</w:t>
      </w:r>
      <w:r w:rsidRPr="005E133B">
        <w:rPr>
          <w:rFonts w:ascii="Times New Roman" w:hAnsi="Times New Roman" w:cs="Times New Roman"/>
          <w:i/>
          <w:sz w:val="28"/>
          <w:szCs w:val="28"/>
          <w:lang w:val="uk-UA"/>
        </w:rPr>
        <w:t>я екологічні проблеми агрофітоценозів</w:t>
      </w:r>
      <w:r w:rsidR="00906D1F" w:rsidRPr="005E133B">
        <w:rPr>
          <w:rFonts w:ascii="Times New Roman" w:hAnsi="Times New Roman" w:cs="Times New Roman"/>
          <w:i/>
          <w:sz w:val="28"/>
          <w:szCs w:val="28"/>
          <w:lang w:val="uk-UA"/>
        </w:rPr>
        <w:t xml:space="preserve"> (</w:t>
      </w:r>
      <w:r w:rsidRPr="005E133B">
        <w:rPr>
          <w:rFonts w:ascii="Times New Roman" w:hAnsi="Times New Roman" w:cs="Times New Roman"/>
          <w:i/>
          <w:sz w:val="28"/>
          <w:szCs w:val="28"/>
          <w:lang w:val="uk-UA"/>
        </w:rPr>
        <w:t>забруднення довкілля і проду</w:t>
      </w:r>
      <w:r w:rsidR="00F15C5A" w:rsidRPr="005E133B">
        <w:rPr>
          <w:rFonts w:ascii="Times New Roman" w:hAnsi="Times New Roman" w:cs="Times New Roman"/>
          <w:i/>
          <w:sz w:val="28"/>
          <w:szCs w:val="28"/>
          <w:lang w:val="uk-UA"/>
        </w:rPr>
        <w:t>кції рослинництва залишками агрохімікатів</w:t>
      </w:r>
      <w:r w:rsidR="00906D1F" w:rsidRPr="005E133B">
        <w:rPr>
          <w:rFonts w:ascii="Times New Roman" w:hAnsi="Times New Roman" w:cs="Times New Roman"/>
          <w:i/>
          <w:sz w:val="28"/>
          <w:szCs w:val="28"/>
          <w:lang w:val="uk-UA"/>
        </w:rPr>
        <w:t>).</w:t>
      </w:r>
      <w:r w:rsidRPr="005E133B">
        <w:rPr>
          <w:rFonts w:ascii="Times New Roman" w:hAnsi="Times New Roman" w:cs="Times New Roman"/>
          <w:i/>
          <w:sz w:val="28"/>
          <w:szCs w:val="28"/>
          <w:lang w:val="uk-UA"/>
        </w:rPr>
        <w:t xml:space="preserve"> </w:t>
      </w:r>
      <w:r w:rsidR="00906D1F" w:rsidRPr="005E133B">
        <w:rPr>
          <w:rFonts w:ascii="Times New Roman" w:hAnsi="Times New Roman" w:cs="Times New Roman"/>
          <w:i/>
          <w:sz w:val="28"/>
          <w:szCs w:val="28"/>
          <w:lang w:val="uk-UA"/>
        </w:rPr>
        <w:t>Звідси</w:t>
      </w:r>
      <w:r w:rsidRPr="005E133B">
        <w:rPr>
          <w:rFonts w:ascii="Times New Roman" w:hAnsi="Times New Roman" w:cs="Times New Roman"/>
          <w:i/>
          <w:sz w:val="28"/>
          <w:szCs w:val="28"/>
          <w:lang w:val="uk-UA"/>
        </w:rPr>
        <w:t xml:space="preserve"> надзвичайно важливо знизити хімічне навантаження, розробити й впровадити нові методи для екологічної оптимізації захисту рослин</w:t>
      </w:r>
      <w:r w:rsidR="00F15C5A" w:rsidRPr="005E133B">
        <w:rPr>
          <w:rFonts w:ascii="Times New Roman" w:hAnsi="Times New Roman" w:cs="Times New Roman"/>
          <w:i/>
          <w:sz w:val="28"/>
          <w:szCs w:val="28"/>
          <w:lang w:val="uk-UA"/>
        </w:rPr>
        <w:t xml:space="preserve"> та </w:t>
      </w:r>
      <w:proofErr w:type="spellStart"/>
      <w:r w:rsidR="00F15C5A" w:rsidRPr="005E133B">
        <w:rPr>
          <w:rFonts w:ascii="Times New Roman" w:hAnsi="Times New Roman" w:cs="Times New Roman"/>
          <w:i/>
          <w:sz w:val="28"/>
          <w:szCs w:val="28"/>
          <w:lang w:val="uk-UA"/>
        </w:rPr>
        <w:t>біологізації</w:t>
      </w:r>
      <w:proofErr w:type="spellEnd"/>
      <w:r w:rsidR="00F15C5A" w:rsidRPr="005E133B">
        <w:rPr>
          <w:rFonts w:ascii="Times New Roman" w:hAnsi="Times New Roman" w:cs="Times New Roman"/>
          <w:i/>
          <w:sz w:val="28"/>
          <w:szCs w:val="28"/>
          <w:lang w:val="uk-UA"/>
        </w:rPr>
        <w:t xml:space="preserve"> агроценозів</w:t>
      </w:r>
      <w:r w:rsidRPr="005E133B">
        <w:rPr>
          <w:rFonts w:ascii="Times New Roman" w:hAnsi="Times New Roman" w:cs="Times New Roman"/>
          <w:i/>
          <w:sz w:val="28"/>
          <w:szCs w:val="28"/>
          <w:lang w:val="uk-UA"/>
        </w:rPr>
        <w:t>.</w:t>
      </w:r>
      <w:r w:rsidR="00F15C5A" w:rsidRPr="005E133B">
        <w:rPr>
          <w:rFonts w:ascii="Times New Roman" w:hAnsi="Times New Roman" w:cs="Times New Roman"/>
          <w:i/>
          <w:sz w:val="28"/>
          <w:szCs w:val="28"/>
          <w:lang w:val="uk-UA"/>
        </w:rPr>
        <w:t xml:space="preserve"> В</w:t>
      </w:r>
      <w:r w:rsidRPr="005E133B">
        <w:rPr>
          <w:rFonts w:ascii="Times New Roman" w:hAnsi="Times New Roman" w:cs="Times New Roman"/>
          <w:i/>
          <w:sz w:val="28"/>
          <w:szCs w:val="28"/>
          <w:lang w:val="uk-UA"/>
        </w:rPr>
        <w:t xml:space="preserve"> Україні, все більша увага приділяється </w:t>
      </w:r>
      <w:proofErr w:type="spellStart"/>
      <w:r w:rsidRPr="005E133B">
        <w:rPr>
          <w:rFonts w:ascii="Times New Roman" w:hAnsi="Times New Roman" w:cs="Times New Roman"/>
          <w:i/>
          <w:sz w:val="28"/>
          <w:szCs w:val="28"/>
          <w:lang w:val="uk-UA"/>
        </w:rPr>
        <w:t>біологізації</w:t>
      </w:r>
      <w:proofErr w:type="spellEnd"/>
      <w:r w:rsidRPr="005E133B">
        <w:rPr>
          <w:rFonts w:ascii="Times New Roman" w:hAnsi="Times New Roman" w:cs="Times New Roman"/>
          <w:i/>
          <w:sz w:val="28"/>
          <w:szCs w:val="28"/>
          <w:lang w:val="uk-UA"/>
        </w:rPr>
        <w:t xml:space="preserve"> землеробства, обмеженню використання  пестицидів в </w:t>
      </w:r>
      <w:proofErr w:type="spellStart"/>
      <w:r w:rsidRPr="005E133B">
        <w:rPr>
          <w:rFonts w:ascii="Times New Roman" w:hAnsi="Times New Roman" w:cs="Times New Roman"/>
          <w:i/>
          <w:sz w:val="28"/>
          <w:szCs w:val="28"/>
          <w:lang w:val="uk-UA"/>
        </w:rPr>
        <w:t>агротехнології</w:t>
      </w:r>
      <w:proofErr w:type="spellEnd"/>
      <w:r w:rsidRPr="005E133B">
        <w:rPr>
          <w:rFonts w:ascii="Times New Roman" w:hAnsi="Times New Roman" w:cs="Times New Roman"/>
          <w:i/>
          <w:sz w:val="28"/>
          <w:szCs w:val="28"/>
          <w:lang w:val="uk-UA"/>
        </w:rPr>
        <w:t xml:space="preserve"> сільськогосподарських культур</w:t>
      </w:r>
      <w:r w:rsidRPr="005E133B">
        <w:rPr>
          <w:rFonts w:ascii="Times New Roman" w:hAnsi="Times New Roman" w:cs="Times New Roman"/>
          <w:i/>
          <w:sz w:val="28"/>
          <w:szCs w:val="28"/>
          <w:lang w:val="uk-UA" w:eastAsia="uk-UA" w:bidi="uk-UA"/>
        </w:rPr>
        <w:t>.</w:t>
      </w:r>
      <w:r w:rsidRPr="005E133B">
        <w:rPr>
          <w:rFonts w:ascii="Times New Roman" w:hAnsi="Times New Roman" w:cs="Times New Roman"/>
          <w:i/>
          <w:sz w:val="28"/>
          <w:szCs w:val="28"/>
          <w:lang w:val="uk-UA"/>
        </w:rPr>
        <w:t xml:space="preserve"> </w:t>
      </w:r>
    </w:p>
    <w:p w14:paraId="6EBBC83C" w14:textId="77777777" w:rsidR="002665BA" w:rsidRDefault="00F15C5A" w:rsidP="003A06E5">
      <w:pPr>
        <w:shd w:val="clear" w:color="auto" w:fill="FFFFFF"/>
        <w:spacing w:after="0" w:line="360" w:lineRule="auto"/>
        <w:ind w:firstLine="709"/>
        <w:jc w:val="both"/>
        <w:rPr>
          <w:rStyle w:val="dont-break-out"/>
          <w:rFonts w:ascii="Times New Roman" w:hAnsi="Times New Roman" w:cs="Times New Roman"/>
          <w:i/>
          <w:color w:val="343A40"/>
          <w:sz w:val="28"/>
          <w:szCs w:val="28"/>
          <w:lang w:val="ru-RU"/>
        </w:rPr>
      </w:pPr>
      <w:r w:rsidRPr="005E133B">
        <w:rPr>
          <w:rStyle w:val="dont-break-out"/>
          <w:rFonts w:ascii="Times New Roman" w:hAnsi="Times New Roman" w:cs="Times New Roman"/>
          <w:i/>
          <w:color w:val="343A40"/>
          <w:sz w:val="28"/>
          <w:szCs w:val="28"/>
          <w:lang w:val="uk-UA"/>
        </w:rPr>
        <w:t>В роботі н</w:t>
      </w:r>
      <w:r w:rsidR="002665BA" w:rsidRPr="005E133B">
        <w:rPr>
          <w:rStyle w:val="dont-break-out"/>
          <w:rFonts w:ascii="Times New Roman" w:hAnsi="Times New Roman" w:cs="Times New Roman"/>
          <w:i/>
          <w:color w:val="343A40"/>
          <w:sz w:val="28"/>
          <w:szCs w:val="28"/>
          <w:lang w:val="uk-UA"/>
        </w:rPr>
        <w:t>аведено результати досліджень фотосинтетичних показників та урожайн</w:t>
      </w:r>
      <w:r w:rsidR="00906D1F" w:rsidRPr="005E133B">
        <w:rPr>
          <w:rStyle w:val="dont-break-out"/>
          <w:rFonts w:ascii="Times New Roman" w:hAnsi="Times New Roman" w:cs="Times New Roman"/>
          <w:i/>
          <w:color w:val="343A40"/>
          <w:sz w:val="28"/>
          <w:szCs w:val="28"/>
          <w:lang w:val="uk-UA"/>
        </w:rPr>
        <w:t>о</w:t>
      </w:r>
      <w:r w:rsidR="002665BA" w:rsidRPr="005E133B">
        <w:rPr>
          <w:rStyle w:val="dont-break-out"/>
          <w:rFonts w:ascii="Times New Roman" w:hAnsi="Times New Roman" w:cs="Times New Roman"/>
          <w:i/>
          <w:color w:val="343A40"/>
          <w:sz w:val="28"/>
          <w:szCs w:val="28"/>
          <w:lang w:val="uk-UA"/>
        </w:rPr>
        <w:t>ст</w:t>
      </w:r>
      <w:r w:rsidR="00906D1F" w:rsidRPr="005E133B">
        <w:rPr>
          <w:rStyle w:val="dont-break-out"/>
          <w:rFonts w:ascii="Times New Roman" w:hAnsi="Times New Roman" w:cs="Times New Roman"/>
          <w:i/>
          <w:color w:val="343A40"/>
          <w:sz w:val="28"/>
          <w:szCs w:val="28"/>
          <w:lang w:val="uk-UA"/>
        </w:rPr>
        <w:t>і</w:t>
      </w:r>
      <w:r w:rsidR="002665BA" w:rsidRPr="005E133B">
        <w:rPr>
          <w:rStyle w:val="dont-break-out"/>
          <w:rFonts w:ascii="Times New Roman" w:hAnsi="Times New Roman" w:cs="Times New Roman"/>
          <w:i/>
          <w:color w:val="343A40"/>
          <w:sz w:val="28"/>
          <w:szCs w:val="28"/>
          <w:lang w:val="uk-UA"/>
        </w:rPr>
        <w:t xml:space="preserve"> за різних норм гербіциду</w:t>
      </w:r>
      <w:r w:rsidR="00906D1F" w:rsidRPr="005E133B">
        <w:rPr>
          <w:rStyle w:val="dont-break-out"/>
          <w:rFonts w:ascii="Times New Roman" w:hAnsi="Times New Roman" w:cs="Times New Roman"/>
          <w:i/>
          <w:color w:val="343A40"/>
          <w:sz w:val="28"/>
          <w:szCs w:val="28"/>
          <w:lang w:val="uk-UA"/>
        </w:rPr>
        <w:t xml:space="preserve"> внесеного</w:t>
      </w:r>
      <w:r w:rsidR="002665BA" w:rsidRPr="005E133B">
        <w:rPr>
          <w:rStyle w:val="dont-break-out"/>
          <w:rFonts w:ascii="Times New Roman" w:hAnsi="Times New Roman" w:cs="Times New Roman"/>
          <w:i/>
          <w:color w:val="343A40"/>
          <w:sz w:val="28"/>
          <w:szCs w:val="28"/>
          <w:lang w:val="uk-UA"/>
        </w:rPr>
        <w:t xml:space="preserve"> </w:t>
      </w:r>
      <w:r w:rsidRPr="005E133B">
        <w:rPr>
          <w:rStyle w:val="dont-break-out"/>
          <w:rFonts w:ascii="Times New Roman" w:hAnsi="Times New Roman" w:cs="Times New Roman"/>
          <w:i/>
          <w:color w:val="343A40"/>
          <w:sz w:val="28"/>
          <w:szCs w:val="28"/>
          <w:lang w:val="uk-UA"/>
        </w:rPr>
        <w:t>сумісно з</w:t>
      </w:r>
      <w:r w:rsidR="00FD525B" w:rsidRPr="005E133B">
        <w:rPr>
          <w:rStyle w:val="dont-break-out"/>
          <w:rFonts w:ascii="Times New Roman" w:hAnsi="Times New Roman" w:cs="Times New Roman"/>
          <w:i/>
          <w:color w:val="343A40"/>
          <w:sz w:val="28"/>
          <w:szCs w:val="28"/>
          <w:lang w:val="uk-UA"/>
        </w:rPr>
        <w:t xml:space="preserve"> регулятор</w:t>
      </w:r>
      <w:r w:rsidRPr="005E133B">
        <w:rPr>
          <w:rStyle w:val="dont-break-out"/>
          <w:rFonts w:ascii="Times New Roman" w:hAnsi="Times New Roman" w:cs="Times New Roman"/>
          <w:i/>
          <w:color w:val="343A40"/>
          <w:sz w:val="28"/>
          <w:szCs w:val="28"/>
          <w:lang w:val="uk-UA"/>
        </w:rPr>
        <w:t>ом</w:t>
      </w:r>
      <w:r w:rsidR="00FD525B" w:rsidRPr="005E133B">
        <w:rPr>
          <w:rStyle w:val="dont-break-out"/>
          <w:rFonts w:ascii="Times New Roman" w:hAnsi="Times New Roman" w:cs="Times New Roman"/>
          <w:i/>
          <w:color w:val="343A40"/>
          <w:sz w:val="28"/>
          <w:szCs w:val="28"/>
          <w:lang w:val="uk-UA"/>
        </w:rPr>
        <w:t xml:space="preserve"> росту </w:t>
      </w:r>
      <w:r w:rsidR="00FD525B" w:rsidRPr="005E133B">
        <w:rPr>
          <w:rStyle w:val="dont-break-out"/>
          <w:rFonts w:ascii="Times New Roman" w:hAnsi="Times New Roman" w:cs="Times New Roman"/>
          <w:i/>
          <w:color w:val="343A40"/>
          <w:sz w:val="28"/>
          <w:szCs w:val="28"/>
          <w:lang w:val="uk-UA"/>
        </w:rPr>
        <w:lastRenderedPageBreak/>
        <w:t>рослин</w:t>
      </w:r>
      <w:r w:rsidR="002665BA" w:rsidRPr="005E133B">
        <w:rPr>
          <w:rStyle w:val="dont-break-out"/>
          <w:rFonts w:ascii="Times New Roman" w:hAnsi="Times New Roman" w:cs="Times New Roman"/>
          <w:i/>
          <w:color w:val="343A40"/>
          <w:sz w:val="28"/>
          <w:szCs w:val="28"/>
          <w:lang w:val="uk-UA"/>
        </w:rPr>
        <w:t xml:space="preserve">, в умовах </w:t>
      </w:r>
      <w:proofErr w:type="spellStart"/>
      <w:r w:rsidR="00FD525B" w:rsidRPr="005E133B">
        <w:rPr>
          <w:rStyle w:val="dont-break-out"/>
          <w:rFonts w:ascii="Times New Roman" w:hAnsi="Times New Roman" w:cs="Times New Roman"/>
          <w:i/>
          <w:color w:val="343A40"/>
          <w:sz w:val="28"/>
          <w:szCs w:val="28"/>
          <w:lang w:val="uk-UA"/>
        </w:rPr>
        <w:t>бі</w:t>
      </w:r>
      <w:r w:rsidR="002665BA" w:rsidRPr="005E133B">
        <w:rPr>
          <w:rStyle w:val="dont-break-out"/>
          <w:rFonts w:ascii="Times New Roman" w:hAnsi="Times New Roman" w:cs="Times New Roman"/>
          <w:i/>
          <w:color w:val="343A40"/>
          <w:sz w:val="28"/>
          <w:szCs w:val="28"/>
          <w:lang w:val="uk-UA"/>
        </w:rPr>
        <w:t>ологізації</w:t>
      </w:r>
      <w:proofErr w:type="spellEnd"/>
      <w:r w:rsidR="002665BA" w:rsidRPr="005E133B">
        <w:rPr>
          <w:rStyle w:val="dont-break-out"/>
          <w:rFonts w:ascii="Times New Roman" w:hAnsi="Times New Roman" w:cs="Times New Roman"/>
          <w:i/>
          <w:color w:val="343A40"/>
          <w:sz w:val="28"/>
          <w:szCs w:val="28"/>
          <w:lang w:val="uk-UA"/>
        </w:rPr>
        <w:t xml:space="preserve"> в Правобережному Лісостепу України. Метою роботи було оцінити чутливість пшениці </w:t>
      </w:r>
      <w:proofErr w:type="spellStart"/>
      <w:r w:rsidR="00FD525B" w:rsidRPr="005E133B">
        <w:rPr>
          <w:rStyle w:val="dont-break-out"/>
          <w:rFonts w:ascii="Times New Roman" w:hAnsi="Times New Roman" w:cs="Times New Roman"/>
          <w:i/>
          <w:color w:val="343A40"/>
          <w:sz w:val="28"/>
          <w:szCs w:val="28"/>
          <w:lang w:val="uk-UA"/>
        </w:rPr>
        <w:t>дворучки</w:t>
      </w:r>
      <w:proofErr w:type="spellEnd"/>
      <w:r w:rsidR="00FD525B" w:rsidRPr="005E133B">
        <w:rPr>
          <w:rStyle w:val="dont-break-out"/>
          <w:rFonts w:ascii="Times New Roman" w:hAnsi="Times New Roman" w:cs="Times New Roman"/>
          <w:i/>
          <w:color w:val="343A40"/>
          <w:sz w:val="28"/>
          <w:szCs w:val="28"/>
          <w:lang w:val="uk-UA"/>
        </w:rPr>
        <w:t xml:space="preserve"> </w:t>
      </w:r>
      <w:r w:rsidR="002665BA" w:rsidRPr="005E133B">
        <w:rPr>
          <w:rStyle w:val="dont-break-out"/>
          <w:rFonts w:ascii="Times New Roman" w:hAnsi="Times New Roman" w:cs="Times New Roman"/>
          <w:i/>
          <w:color w:val="343A40"/>
          <w:sz w:val="28"/>
          <w:szCs w:val="28"/>
          <w:lang w:val="uk-UA"/>
        </w:rPr>
        <w:t xml:space="preserve">сорту </w:t>
      </w:r>
      <w:proofErr w:type="spellStart"/>
      <w:r w:rsidR="00FD525B" w:rsidRPr="005E133B">
        <w:rPr>
          <w:rStyle w:val="dont-break-out"/>
          <w:rFonts w:ascii="Times New Roman" w:hAnsi="Times New Roman" w:cs="Times New Roman"/>
          <w:i/>
          <w:color w:val="343A40"/>
          <w:sz w:val="28"/>
          <w:szCs w:val="28"/>
          <w:lang w:val="uk-UA"/>
        </w:rPr>
        <w:t>Кларіс</w:t>
      </w:r>
      <w:r w:rsidR="002665BA" w:rsidRPr="005E133B">
        <w:rPr>
          <w:rStyle w:val="dont-break-out"/>
          <w:rFonts w:ascii="Times New Roman" w:hAnsi="Times New Roman" w:cs="Times New Roman"/>
          <w:i/>
          <w:color w:val="343A40"/>
          <w:sz w:val="28"/>
          <w:szCs w:val="28"/>
          <w:lang w:val="uk-UA"/>
        </w:rPr>
        <w:t>а</w:t>
      </w:r>
      <w:proofErr w:type="spellEnd"/>
      <w:r w:rsidR="00906D1F" w:rsidRPr="005E133B">
        <w:rPr>
          <w:rStyle w:val="dont-break-out"/>
          <w:rFonts w:ascii="Times New Roman" w:hAnsi="Times New Roman" w:cs="Times New Roman"/>
          <w:i/>
          <w:color w:val="343A40"/>
          <w:sz w:val="28"/>
          <w:szCs w:val="28"/>
          <w:lang w:val="uk-UA"/>
        </w:rPr>
        <w:t xml:space="preserve"> до </w:t>
      </w:r>
      <w:proofErr w:type="spellStart"/>
      <w:r w:rsidR="00906D1F" w:rsidRPr="005E133B">
        <w:rPr>
          <w:rStyle w:val="dont-break-out"/>
          <w:rFonts w:ascii="Times New Roman" w:hAnsi="Times New Roman" w:cs="Times New Roman"/>
          <w:i/>
          <w:color w:val="343A40"/>
          <w:sz w:val="28"/>
          <w:szCs w:val="28"/>
          <w:lang w:val="uk-UA"/>
        </w:rPr>
        <w:t>гербіцидної</w:t>
      </w:r>
      <w:proofErr w:type="spellEnd"/>
      <w:r w:rsidR="00906D1F" w:rsidRPr="005E133B">
        <w:rPr>
          <w:rStyle w:val="dont-break-out"/>
          <w:rFonts w:ascii="Times New Roman" w:hAnsi="Times New Roman" w:cs="Times New Roman"/>
          <w:i/>
          <w:color w:val="343A40"/>
          <w:sz w:val="28"/>
          <w:szCs w:val="28"/>
          <w:lang w:val="uk-UA"/>
        </w:rPr>
        <w:t xml:space="preserve"> обробки посівів</w:t>
      </w:r>
      <w:r w:rsidR="002665BA" w:rsidRPr="005E133B">
        <w:rPr>
          <w:rStyle w:val="dont-break-out"/>
          <w:rFonts w:ascii="Times New Roman" w:hAnsi="Times New Roman" w:cs="Times New Roman"/>
          <w:i/>
          <w:color w:val="343A40"/>
          <w:sz w:val="28"/>
          <w:szCs w:val="28"/>
          <w:lang w:val="uk-UA"/>
        </w:rPr>
        <w:t xml:space="preserve"> за змінами рівня </w:t>
      </w:r>
      <w:r w:rsidR="00FD525B" w:rsidRPr="005E133B">
        <w:rPr>
          <w:rStyle w:val="dont-break-out"/>
          <w:rFonts w:ascii="Times New Roman" w:hAnsi="Times New Roman" w:cs="Times New Roman"/>
          <w:i/>
          <w:color w:val="343A40"/>
          <w:sz w:val="28"/>
          <w:szCs w:val="28"/>
          <w:lang w:val="uk-UA"/>
        </w:rPr>
        <w:t>урожай</w:t>
      </w:r>
      <w:r w:rsidR="002665BA" w:rsidRPr="005E133B">
        <w:rPr>
          <w:rStyle w:val="dont-break-out"/>
          <w:rFonts w:ascii="Times New Roman" w:hAnsi="Times New Roman" w:cs="Times New Roman"/>
          <w:i/>
          <w:color w:val="343A40"/>
          <w:sz w:val="28"/>
          <w:szCs w:val="28"/>
          <w:lang w:val="uk-UA"/>
        </w:rPr>
        <w:t>ності зерна, вивчити ефективність гербіциду в посівах та виявити найбільш екологічно оптимальну норму в цьому регіоні лісосте</w:t>
      </w:r>
      <w:r w:rsidR="00906D1F" w:rsidRPr="005E133B">
        <w:rPr>
          <w:rStyle w:val="dont-break-out"/>
          <w:rFonts w:ascii="Times New Roman" w:hAnsi="Times New Roman" w:cs="Times New Roman"/>
          <w:i/>
          <w:color w:val="343A40"/>
          <w:sz w:val="28"/>
          <w:szCs w:val="28"/>
          <w:lang w:val="uk-UA"/>
        </w:rPr>
        <w:t>пової зони України</w:t>
      </w:r>
      <w:r w:rsidR="002665BA" w:rsidRPr="005E133B">
        <w:rPr>
          <w:rStyle w:val="dont-break-out"/>
          <w:rFonts w:ascii="Times New Roman" w:hAnsi="Times New Roman" w:cs="Times New Roman"/>
          <w:i/>
          <w:color w:val="343A40"/>
          <w:sz w:val="28"/>
          <w:szCs w:val="28"/>
          <w:lang w:val="uk-UA"/>
        </w:rPr>
        <w:t>. Дослідження виконувались в умовах дослідних ділян</w:t>
      </w:r>
      <w:r w:rsidR="00FD525B" w:rsidRPr="005E133B">
        <w:rPr>
          <w:rStyle w:val="dont-break-out"/>
          <w:rFonts w:ascii="Times New Roman" w:hAnsi="Times New Roman" w:cs="Times New Roman"/>
          <w:i/>
          <w:color w:val="343A40"/>
          <w:sz w:val="28"/>
          <w:szCs w:val="28"/>
          <w:lang w:val="uk-UA"/>
        </w:rPr>
        <w:t>ок кафедри біології Уманського національного університету</w:t>
      </w:r>
      <w:r w:rsidR="002665BA" w:rsidRPr="005E133B">
        <w:rPr>
          <w:rStyle w:val="dont-break-out"/>
          <w:rFonts w:ascii="Times New Roman" w:hAnsi="Times New Roman" w:cs="Times New Roman"/>
          <w:i/>
          <w:color w:val="343A40"/>
          <w:sz w:val="28"/>
          <w:szCs w:val="28"/>
          <w:lang w:val="uk-UA"/>
        </w:rPr>
        <w:t>, що розташований у правобережній лісостеповій частині України, протягом вегетаційних періодів 20</w:t>
      </w:r>
      <w:r w:rsidR="00FD525B" w:rsidRPr="005E133B">
        <w:rPr>
          <w:rStyle w:val="dont-break-out"/>
          <w:rFonts w:ascii="Times New Roman" w:hAnsi="Times New Roman" w:cs="Times New Roman"/>
          <w:i/>
          <w:color w:val="343A40"/>
          <w:sz w:val="28"/>
          <w:szCs w:val="28"/>
          <w:lang w:val="uk-UA"/>
        </w:rPr>
        <w:t>22</w:t>
      </w:r>
      <w:r w:rsidR="002665BA" w:rsidRPr="005E133B">
        <w:rPr>
          <w:rStyle w:val="dont-break-out"/>
          <w:rFonts w:ascii="Times New Roman" w:hAnsi="Times New Roman" w:cs="Times New Roman"/>
          <w:i/>
          <w:color w:val="343A40"/>
          <w:sz w:val="28"/>
          <w:szCs w:val="28"/>
          <w:lang w:val="uk-UA"/>
        </w:rPr>
        <w:t>–202</w:t>
      </w:r>
      <w:r w:rsidR="00FD525B" w:rsidRPr="005E133B">
        <w:rPr>
          <w:rStyle w:val="dont-break-out"/>
          <w:rFonts w:ascii="Times New Roman" w:hAnsi="Times New Roman" w:cs="Times New Roman"/>
          <w:i/>
          <w:color w:val="343A40"/>
          <w:sz w:val="28"/>
          <w:szCs w:val="28"/>
          <w:lang w:val="uk-UA"/>
        </w:rPr>
        <w:t>4</w:t>
      </w:r>
      <w:r w:rsidR="002665BA" w:rsidRPr="005E133B">
        <w:rPr>
          <w:rStyle w:val="dont-break-out"/>
          <w:rFonts w:ascii="Times New Roman" w:hAnsi="Times New Roman" w:cs="Times New Roman"/>
          <w:i/>
          <w:color w:val="343A40"/>
          <w:sz w:val="28"/>
          <w:szCs w:val="28"/>
          <w:lang w:val="uk-UA"/>
        </w:rPr>
        <w:t xml:space="preserve"> рр. </w:t>
      </w:r>
      <w:proofErr w:type="spellStart"/>
      <w:r w:rsidR="002665BA" w:rsidRPr="005E133B">
        <w:rPr>
          <w:rStyle w:val="dont-break-out"/>
          <w:rFonts w:ascii="Times New Roman" w:hAnsi="Times New Roman" w:cs="Times New Roman"/>
          <w:i/>
          <w:color w:val="343A40"/>
          <w:sz w:val="28"/>
          <w:szCs w:val="28"/>
          <w:lang w:val="ru-RU"/>
        </w:rPr>
        <w:t>Вивчали</w:t>
      </w:r>
      <w:proofErr w:type="spellEnd"/>
      <w:r w:rsidR="00FD525B"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дію</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гербіциду</w:t>
      </w:r>
      <w:proofErr w:type="spellEnd"/>
      <w:r w:rsidR="002665BA" w:rsidRPr="005E133B">
        <w:rPr>
          <w:rStyle w:val="dont-break-out"/>
          <w:rFonts w:ascii="Times New Roman" w:hAnsi="Times New Roman" w:cs="Times New Roman"/>
          <w:i/>
          <w:color w:val="343A40"/>
          <w:sz w:val="28"/>
          <w:szCs w:val="28"/>
          <w:lang w:val="ru-RU"/>
        </w:rPr>
        <w:t xml:space="preserve"> </w:t>
      </w:r>
      <w:r w:rsidR="00FD525B" w:rsidRPr="005E133B">
        <w:rPr>
          <w:rStyle w:val="dont-break-out"/>
          <w:rFonts w:ascii="Times New Roman" w:hAnsi="Times New Roman" w:cs="Times New Roman"/>
          <w:i/>
          <w:color w:val="343A40"/>
          <w:sz w:val="28"/>
          <w:szCs w:val="28"/>
          <w:lang w:val="ru-RU"/>
        </w:rPr>
        <w:t>Триатлон Прайм</w:t>
      </w:r>
      <w:r w:rsidR="002665BA" w:rsidRPr="005E133B">
        <w:rPr>
          <w:rStyle w:val="dont-break-out"/>
          <w:rFonts w:ascii="Times New Roman" w:hAnsi="Times New Roman" w:cs="Times New Roman"/>
          <w:i/>
          <w:color w:val="343A40"/>
          <w:sz w:val="28"/>
          <w:szCs w:val="28"/>
          <w:lang w:val="ru-RU"/>
        </w:rPr>
        <w:t xml:space="preserve"> в нормах </w:t>
      </w:r>
      <w:proofErr w:type="spellStart"/>
      <w:r w:rsidR="00FD525B" w:rsidRPr="005E133B">
        <w:rPr>
          <w:rStyle w:val="dont-break-out"/>
          <w:rFonts w:ascii="Times New Roman" w:hAnsi="Times New Roman" w:cs="Times New Roman"/>
          <w:i/>
          <w:color w:val="343A40"/>
          <w:sz w:val="28"/>
          <w:szCs w:val="28"/>
          <w:lang w:val="ru-RU"/>
        </w:rPr>
        <w:t>від</w:t>
      </w:r>
      <w:proofErr w:type="spellEnd"/>
      <w:r w:rsidR="00FD525B" w:rsidRPr="005E133B">
        <w:rPr>
          <w:rStyle w:val="dont-break-out"/>
          <w:rFonts w:ascii="Times New Roman" w:hAnsi="Times New Roman" w:cs="Times New Roman"/>
          <w:i/>
          <w:color w:val="343A40"/>
          <w:sz w:val="28"/>
          <w:szCs w:val="28"/>
          <w:lang w:val="ru-RU"/>
        </w:rPr>
        <w:t xml:space="preserve"> </w:t>
      </w:r>
      <w:r w:rsidR="00FD525B" w:rsidRPr="005E133B">
        <w:rPr>
          <w:rFonts w:ascii="Times New Roman" w:hAnsi="Times New Roman" w:cs="Times New Roman"/>
          <w:bCs/>
          <w:i/>
          <w:sz w:val="28"/>
          <w:szCs w:val="28"/>
          <w:lang w:val="uk-UA"/>
        </w:rPr>
        <w:t>0,04 до 0,06 кг/га</w:t>
      </w:r>
      <w:r w:rsidR="00FD525B" w:rsidRPr="005E133B">
        <w:rPr>
          <w:rFonts w:ascii="Times New Roman" w:hAnsi="Times New Roman" w:cs="Times New Roman"/>
          <w:i/>
          <w:sz w:val="28"/>
          <w:szCs w:val="28"/>
          <w:lang w:val="ru-RU"/>
        </w:rPr>
        <w:t xml:space="preserve"> у </w:t>
      </w:r>
      <w:proofErr w:type="spellStart"/>
      <w:r w:rsidR="00FD525B" w:rsidRPr="005E133B">
        <w:rPr>
          <w:rFonts w:ascii="Times New Roman" w:hAnsi="Times New Roman" w:cs="Times New Roman"/>
          <w:i/>
          <w:sz w:val="28"/>
          <w:szCs w:val="28"/>
          <w:lang w:val="ru-RU"/>
        </w:rPr>
        <w:t>комбінації</w:t>
      </w:r>
      <w:proofErr w:type="spellEnd"/>
      <w:r w:rsidR="00FD525B" w:rsidRPr="005E133B">
        <w:rPr>
          <w:rFonts w:ascii="Times New Roman" w:hAnsi="Times New Roman" w:cs="Times New Roman"/>
          <w:i/>
          <w:sz w:val="28"/>
          <w:szCs w:val="28"/>
          <w:lang w:val="ru-RU"/>
        </w:rPr>
        <w:t xml:space="preserve"> з </w:t>
      </w:r>
      <w:proofErr w:type="spellStart"/>
      <w:r w:rsidR="00FD525B" w:rsidRPr="005E133B">
        <w:rPr>
          <w:rFonts w:ascii="Times New Roman" w:hAnsi="Times New Roman" w:cs="Times New Roman"/>
          <w:i/>
          <w:sz w:val="28"/>
          <w:szCs w:val="28"/>
          <w:lang w:val="ru-RU"/>
        </w:rPr>
        <w:t>Амінокатом</w:t>
      </w:r>
      <w:proofErr w:type="spellEnd"/>
      <w:r w:rsidR="00FD525B" w:rsidRPr="005E133B">
        <w:rPr>
          <w:rFonts w:ascii="Times New Roman" w:hAnsi="Times New Roman" w:cs="Times New Roman"/>
          <w:i/>
          <w:sz w:val="28"/>
          <w:szCs w:val="28"/>
          <w:lang w:val="ru-RU"/>
        </w:rPr>
        <w:t xml:space="preserve"> 30 (2 л/га)</w:t>
      </w:r>
      <w:r w:rsidR="002665BA" w:rsidRPr="005E133B">
        <w:rPr>
          <w:rStyle w:val="dont-break-out"/>
          <w:rFonts w:ascii="Times New Roman" w:hAnsi="Times New Roman" w:cs="Times New Roman"/>
          <w:i/>
          <w:color w:val="343A40"/>
          <w:sz w:val="28"/>
          <w:szCs w:val="28"/>
          <w:lang w:val="ru-RU"/>
        </w:rPr>
        <w:t xml:space="preserve">. У </w:t>
      </w:r>
      <w:proofErr w:type="spellStart"/>
      <w:r w:rsidR="002665BA" w:rsidRPr="005E133B">
        <w:rPr>
          <w:rStyle w:val="dont-break-out"/>
          <w:rFonts w:ascii="Times New Roman" w:hAnsi="Times New Roman" w:cs="Times New Roman"/>
          <w:i/>
          <w:color w:val="343A40"/>
          <w:sz w:val="28"/>
          <w:szCs w:val="28"/>
          <w:lang w:val="ru-RU"/>
        </w:rPr>
        <w:t>роботі</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екологічно</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обґрунтовано</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норми</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застосування</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proofErr w:type="gramStart"/>
      <w:r w:rsidR="002665BA" w:rsidRPr="005E133B">
        <w:rPr>
          <w:rStyle w:val="dont-break-out"/>
          <w:rFonts w:ascii="Times New Roman" w:hAnsi="Times New Roman" w:cs="Times New Roman"/>
          <w:i/>
          <w:color w:val="343A40"/>
          <w:sz w:val="28"/>
          <w:szCs w:val="28"/>
          <w:lang w:val="ru-RU"/>
        </w:rPr>
        <w:t>гербіциду</w:t>
      </w:r>
      <w:proofErr w:type="spellEnd"/>
      <w:r w:rsidR="002665BA" w:rsidRPr="005E133B">
        <w:rPr>
          <w:rStyle w:val="dont-break-out"/>
          <w:rFonts w:ascii="Times New Roman" w:hAnsi="Times New Roman" w:cs="Times New Roman"/>
          <w:i/>
          <w:color w:val="343A40"/>
          <w:sz w:val="28"/>
          <w:szCs w:val="28"/>
          <w:lang w:val="ru-RU"/>
        </w:rPr>
        <w:t xml:space="preserve">  та</w:t>
      </w:r>
      <w:proofErr w:type="gramEnd"/>
      <w:r w:rsidR="002665BA" w:rsidRPr="005E133B">
        <w:rPr>
          <w:rStyle w:val="dont-break-out"/>
          <w:rFonts w:ascii="Times New Roman" w:hAnsi="Times New Roman" w:cs="Times New Roman"/>
          <w:i/>
          <w:color w:val="343A40"/>
          <w:sz w:val="28"/>
          <w:szCs w:val="28"/>
          <w:lang w:val="ru-RU"/>
        </w:rPr>
        <w:t xml:space="preserve"> шляхи </w:t>
      </w:r>
      <w:proofErr w:type="spellStart"/>
      <w:r w:rsidR="002665BA" w:rsidRPr="005E133B">
        <w:rPr>
          <w:rStyle w:val="dont-break-out"/>
          <w:rFonts w:ascii="Times New Roman" w:hAnsi="Times New Roman" w:cs="Times New Roman"/>
          <w:i/>
          <w:color w:val="343A40"/>
          <w:sz w:val="28"/>
          <w:szCs w:val="28"/>
          <w:lang w:val="ru-RU"/>
        </w:rPr>
        <w:t>уникнення</w:t>
      </w:r>
      <w:proofErr w:type="spellEnd"/>
      <w:r w:rsidR="002665BA" w:rsidRPr="005E133B">
        <w:rPr>
          <w:rStyle w:val="dont-break-out"/>
          <w:rFonts w:ascii="Times New Roman" w:hAnsi="Times New Roman" w:cs="Times New Roman"/>
          <w:i/>
          <w:color w:val="343A40"/>
          <w:sz w:val="28"/>
          <w:szCs w:val="28"/>
          <w:lang w:val="ru-RU"/>
        </w:rPr>
        <w:t xml:space="preserve"> токсичного </w:t>
      </w:r>
      <w:proofErr w:type="spellStart"/>
      <w:r w:rsidR="002665BA" w:rsidRPr="005E133B">
        <w:rPr>
          <w:rStyle w:val="dont-break-out"/>
          <w:rFonts w:ascii="Times New Roman" w:hAnsi="Times New Roman" w:cs="Times New Roman"/>
          <w:i/>
          <w:color w:val="343A40"/>
          <w:sz w:val="28"/>
          <w:szCs w:val="28"/>
          <w:lang w:val="ru-RU"/>
        </w:rPr>
        <w:t>впливу</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цього</w:t>
      </w:r>
      <w:proofErr w:type="spellEnd"/>
      <w:r w:rsidR="002665BA" w:rsidRPr="005E133B">
        <w:rPr>
          <w:rStyle w:val="dont-break-out"/>
          <w:rFonts w:ascii="Times New Roman" w:hAnsi="Times New Roman" w:cs="Times New Roman"/>
          <w:i/>
          <w:color w:val="343A40"/>
          <w:sz w:val="28"/>
          <w:szCs w:val="28"/>
          <w:lang w:val="ru-RU"/>
        </w:rPr>
        <w:t xml:space="preserve"> препарату у </w:t>
      </w:r>
      <w:proofErr w:type="spellStart"/>
      <w:r w:rsidR="002665BA" w:rsidRPr="005E133B">
        <w:rPr>
          <w:rStyle w:val="dont-break-out"/>
          <w:rFonts w:ascii="Times New Roman" w:hAnsi="Times New Roman" w:cs="Times New Roman"/>
          <w:i/>
          <w:color w:val="343A40"/>
          <w:sz w:val="28"/>
          <w:szCs w:val="28"/>
          <w:lang w:val="ru-RU"/>
        </w:rPr>
        <w:t>процесі</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захисту</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посівів</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пшениці</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EC7655" w:rsidRPr="005E133B">
        <w:rPr>
          <w:rStyle w:val="dont-break-out"/>
          <w:rFonts w:ascii="Times New Roman" w:hAnsi="Times New Roman" w:cs="Times New Roman"/>
          <w:i/>
          <w:color w:val="343A40"/>
          <w:sz w:val="28"/>
          <w:szCs w:val="28"/>
          <w:lang w:val="ru-RU"/>
        </w:rPr>
        <w:t>дворучки</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від</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бур’янів</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Урожайність</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пшениці</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EC7655" w:rsidRPr="005E133B">
        <w:rPr>
          <w:rStyle w:val="dont-break-out"/>
          <w:rFonts w:ascii="Times New Roman" w:hAnsi="Times New Roman" w:cs="Times New Roman"/>
          <w:i/>
          <w:color w:val="343A40"/>
          <w:sz w:val="28"/>
          <w:szCs w:val="28"/>
          <w:lang w:val="ru-RU"/>
        </w:rPr>
        <w:t>дворучки</w:t>
      </w:r>
      <w:proofErr w:type="spellEnd"/>
      <w:r w:rsidR="002665BA" w:rsidRPr="005E133B">
        <w:rPr>
          <w:rStyle w:val="dont-break-out"/>
          <w:rFonts w:ascii="Times New Roman" w:hAnsi="Times New Roman" w:cs="Times New Roman"/>
          <w:i/>
          <w:color w:val="343A40"/>
          <w:sz w:val="28"/>
          <w:szCs w:val="28"/>
          <w:lang w:val="ru-RU"/>
        </w:rPr>
        <w:t xml:space="preserve"> є одним </w:t>
      </w:r>
      <w:proofErr w:type="spellStart"/>
      <w:r w:rsidR="002665BA" w:rsidRPr="005E133B">
        <w:rPr>
          <w:rStyle w:val="dont-break-out"/>
          <w:rFonts w:ascii="Times New Roman" w:hAnsi="Times New Roman" w:cs="Times New Roman"/>
          <w:i/>
          <w:color w:val="343A40"/>
          <w:sz w:val="28"/>
          <w:szCs w:val="28"/>
          <w:lang w:val="ru-RU"/>
        </w:rPr>
        <w:t>із</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важливих</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показників</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реутилізації</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продуктів</w:t>
      </w:r>
      <w:proofErr w:type="spellEnd"/>
      <w:r w:rsidR="002665BA" w:rsidRPr="005E133B">
        <w:rPr>
          <w:rStyle w:val="dont-break-out"/>
          <w:rFonts w:ascii="Times New Roman" w:hAnsi="Times New Roman" w:cs="Times New Roman"/>
          <w:i/>
          <w:color w:val="343A40"/>
          <w:sz w:val="28"/>
          <w:szCs w:val="28"/>
          <w:lang w:val="ru-RU"/>
        </w:rPr>
        <w:t xml:space="preserve"> фотосинтезу. </w:t>
      </w:r>
      <w:proofErr w:type="spellStart"/>
      <w:r w:rsidR="002665BA" w:rsidRPr="005E133B">
        <w:rPr>
          <w:rStyle w:val="dont-break-out"/>
          <w:rFonts w:ascii="Times New Roman" w:hAnsi="Times New Roman" w:cs="Times New Roman"/>
          <w:i/>
          <w:color w:val="343A40"/>
          <w:sz w:val="28"/>
          <w:szCs w:val="28"/>
          <w:lang w:val="ru-RU"/>
        </w:rPr>
        <w:t>Встановлено</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що</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підвищення</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фотосинтетичних</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показників</w:t>
      </w:r>
      <w:proofErr w:type="spellEnd"/>
      <w:r w:rsidR="00EC7655" w:rsidRPr="005E133B">
        <w:rPr>
          <w:rStyle w:val="dont-break-out"/>
          <w:rFonts w:ascii="Times New Roman" w:hAnsi="Times New Roman" w:cs="Times New Roman"/>
          <w:i/>
          <w:color w:val="343A40"/>
          <w:sz w:val="28"/>
          <w:szCs w:val="28"/>
          <w:lang w:val="ru-RU"/>
        </w:rPr>
        <w:t xml:space="preserve"> та</w:t>
      </w:r>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урожайності</w:t>
      </w:r>
      <w:proofErr w:type="spellEnd"/>
      <w:r w:rsidR="002665BA" w:rsidRPr="005E133B">
        <w:rPr>
          <w:rStyle w:val="dont-break-out"/>
          <w:rFonts w:ascii="Times New Roman" w:hAnsi="Times New Roman" w:cs="Times New Roman"/>
          <w:i/>
          <w:color w:val="343A40"/>
          <w:sz w:val="28"/>
          <w:szCs w:val="28"/>
          <w:lang w:val="ru-RU"/>
        </w:rPr>
        <w:t xml:space="preserve"> зерна </w:t>
      </w:r>
      <w:proofErr w:type="spellStart"/>
      <w:r w:rsidR="002665BA" w:rsidRPr="005E133B">
        <w:rPr>
          <w:rStyle w:val="dont-break-out"/>
          <w:rFonts w:ascii="Times New Roman" w:hAnsi="Times New Roman" w:cs="Times New Roman"/>
          <w:i/>
          <w:color w:val="343A40"/>
          <w:sz w:val="28"/>
          <w:szCs w:val="28"/>
          <w:lang w:val="ru-RU"/>
        </w:rPr>
        <w:t>пшениці</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EC7655" w:rsidRPr="005E133B">
        <w:rPr>
          <w:rStyle w:val="dont-break-out"/>
          <w:rFonts w:ascii="Times New Roman" w:hAnsi="Times New Roman" w:cs="Times New Roman"/>
          <w:i/>
          <w:color w:val="343A40"/>
          <w:sz w:val="28"/>
          <w:szCs w:val="28"/>
          <w:lang w:val="ru-RU"/>
        </w:rPr>
        <w:t>дворучки</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залежить</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від</w:t>
      </w:r>
      <w:proofErr w:type="spellEnd"/>
      <w:r w:rsidR="002665BA" w:rsidRPr="005E133B">
        <w:rPr>
          <w:rStyle w:val="dont-break-out"/>
          <w:rFonts w:ascii="Times New Roman" w:hAnsi="Times New Roman" w:cs="Times New Roman"/>
          <w:i/>
          <w:color w:val="343A40"/>
          <w:sz w:val="28"/>
          <w:szCs w:val="28"/>
          <w:lang w:val="ru-RU"/>
        </w:rPr>
        <w:t xml:space="preserve"> норм </w:t>
      </w:r>
      <w:proofErr w:type="spellStart"/>
      <w:r w:rsidR="002665BA" w:rsidRPr="005E133B">
        <w:rPr>
          <w:rStyle w:val="dont-break-out"/>
          <w:rFonts w:ascii="Times New Roman" w:hAnsi="Times New Roman" w:cs="Times New Roman"/>
          <w:i/>
          <w:color w:val="343A40"/>
          <w:sz w:val="28"/>
          <w:szCs w:val="28"/>
          <w:lang w:val="ru-RU"/>
        </w:rPr>
        <w:t>внесеного</w:t>
      </w:r>
      <w:proofErr w:type="spellEnd"/>
      <w:r w:rsidR="002665BA" w:rsidRPr="005E133B">
        <w:rPr>
          <w:rStyle w:val="dont-break-out"/>
          <w:rFonts w:ascii="Times New Roman" w:hAnsi="Times New Roman" w:cs="Times New Roman"/>
          <w:i/>
          <w:color w:val="343A40"/>
          <w:sz w:val="28"/>
          <w:szCs w:val="28"/>
          <w:lang w:val="ru-RU"/>
        </w:rPr>
        <w:t xml:space="preserve"> препарату, та рекомендовано </w:t>
      </w:r>
      <w:proofErr w:type="spellStart"/>
      <w:r w:rsidR="002665BA" w:rsidRPr="005E133B">
        <w:rPr>
          <w:rStyle w:val="dont-break-out"/>
          <w:rFonts w:ascii="Times New Roman" w:hAnsi="Times New Roman" w:cs="Times New Roman"/>
          <w:i/>
          <w:color w:val="343A40"/>
          <w:sz w:val="28"/>
          <w:szCs w:val="28"/>
          <w:lang w:val="ru-RU"/>
        </w:rPr>
        <w:t>застосовувати</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гербіцид</w:t>
      </w:r>
      <w:proofErr w:type="spellEnd"/>
      <w:r w:rsidR="002665BA" w:rsidRPr="005E133B">
        <w:rPr>
          <w:rStyle w:val="dont-break-out"/>
          <w:rFonts w:ascii="Times New Roman" w:hAnsi="Times New Roman" w:cs="Times New Roman"/>
          <w:i/>
          <w:color w:val="343A40"/>
          <w:sz w:val="28"/>
          <w:szCs w:val="28"/>
          <w:lang w:val="ru-RU"/>
        </w:rPr>
        <w:t xml:space="preserve"> </w:t>
      </w:r>
      <w:r w:rsidR="00EC7655" w:rsidRPr="005E133B">
        <w:rPr>
          <w:rStyle w:val="dont-break-out"/>
          <w:rFonts w:ascii="Times New Roman" w:hAnsi="Times New Roman" w:cs="Times New Roman"/>
          <w:i/>
          <w:color w:val="343A40"/>
          <w:sz w:val="28"/>
          <w:szCs w:val="28"/>
          <w:lang w:val="ru-RU"/>
        </w:rPr>
        <w:t xml:space="preserve">Триатлон Прайм в </w:t>
      </w:r>
      <w:proofErr w:type="spellStart"/>
      <w:r w:rsidR="00EC7655" w:rsidRPr="005E133B">
        <w:rPr>
          <w:rStyle w:val="dont-break-out"/>
          <w:rFonts w:ascii="Times New Roman" w:hAnsi="Times New Roman" w:cs="Times New Roman"/>
          <w:i/>
          <w:color w:val="343A40"/>
          <w:sz w:val="28"/>
          <w:szCs w:val="28"/>
          <w:lang w:val="ru-RU"/>
        </w:rPr>
        <w:t>нормі</w:t>
      </w:r>
      <w:proofErr w:type="spellEnd"/>
      <w:r w:rsidR="00EC7655" w:rsidRPr="005E133B">
        <w:rPr>
          <w:rStyle w:val="dont-break-out"/>
          <w:rFonts w:ascii="Times New Roman" w:hAnsi="Times New Roman" w:cs="Times New Roman"/>
          <w:i/>
          <w:color w:val="343A40"/>
          <w:sz w:val="28"/>
          <w:szCs w:val="28"/>
          <w:lang w:val="ru-RU"/>
        </w:rPr>
        <w:t xml:space="preserve"> </w:t>
      </w:r>
      <w:r w:rsidR="00EC7655" w:rsidRPr="005E133B">
        <w:rPr>
          <w:rFonts w:ascii="Times New Roman" w:hAnsi="Times New Roman" w:cs="Times New Roman"/>
          <w:bCs/>
          <w:i/>
          <w:sz w:val="28"/>
          <w:szCs w:val="28"/>
          <w:lang w:val="uk-UA"/>
        </w:rPr>
        <w:t>0,05 кг/га</w:t>
      </w:r>
      <w:r w:rsidR="00EC7655" w:rsidRPr="005E133B">
        <w:rPr>
          <w:rFonts w:ascii="Times New Roman" w:hAnsi="Times New Roman" w:cs="Times New Roman"/>
          <w:i/>
          <w:sz w:val="28"/>
          <w:szCs w:val="28"/>
          <w:lang w:val="ru-RU"/>
        </w:rPr>
        <w:t xml:space="preserve"> у </w:t>
      </w:r>
      <w:proofErr w:type="spellStart"/>
      <w:r w:rsidR="00EC7655" w:rsidRPr="005E133B">
        <w:rPr>
          <w:rFonts w:ascii="Times New Roman" w:hAnsi="Times New Roman" w:cs="Times New Roman"/>
          <w:i/>
          <w:sz w:val="28"/>
          <w:szCs w:val="28"/>
          <w:lang w:val="ru-RU"/>
        </w:rPr>
        <w:t>комбінації</w:t>
      </w:r>
      <w:proofErr w:type="spellEnd"/>
      <w:r w:rsidR="00EC7655" w:rsidRPr="005E133B">
        <w:rPr>
          <w:rFonts w:ascii="Times New Roman" w:hAnsi="Times New Roman" w:cs="Times New Roman"/>
          <w:i/>
          <w:sz w:val="28"/>
          <w:szCs w:val="28"/>
          <w:lang w:val="ru-RU"/>
        </w:rPr>
        <w:t xml:space="preserve"> з </w:t>
      </w:r>
      <w:proofErr w:type="spellStart"/>
      <w:r w:rsidR="00EC7655" w:rsidRPr="005E133B">
        <w:rPr>
          <w:rFonts w:ascii="Times New Roman" w:hAnsi="Times New Roman" w:cs="Times New Roman"/>
          <w:i/>
          <w:sz w:val="28"/>
          <w:szCs w:val="28"/>
          <w:lang w:val="ru-RU"/>
        </w:rPr>
        <w:t>Амінокатом</w:t>
      </w:r>
      <w:proofErr w:type="spellEnd"/>
      <w:r w:rsidR="00EC7655" w:rsidRPr="005E133B">
        <w:rPr>
          <w:rFonts w:ascii="Times New Roman" w:hAnsi="Times New Roman" w:cs="Times New Roman"/>
          <w:i/>
          <w:sz w:val="28"/>
          <w:szCs w:val="28"/>
          <w:lang w:val="ru-RU"/>
        </w:rPr>
        <w:t xml:space="preserve"> 30 (2 л/га)</w:t>
      </w:r>
      <w:r w:rsidR="00EC7655" w:rsidRPr="005E133B">
        <w:rPr>
          <w:rStyle w:val="dont-break-out"/>
          <w:rFonts w:ascii="Times New Roman" w:hAnsi="Times New Roman" w:cs="Times New Roman"/>
          <w:i/>
          <w:color w:val="343A40"/>
          <w:sz w:val="28"/>
          <w:szCs w:val="28"/>
          <w:lang w:val="ru-RU"/>
        </w:rPr>
        <w:t>.</w:t>
      </w:r>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Відповідно</w:t>
      </w:r>
      <w:proofErr w:type="spellEnd"/>
      <w:r w:rsidR="002665BA" w:rsidRPr="005E133B">
        <w:rPr>
          <w:rStyle w:val="dont-break-out"/>
          <w:rFonts w:ascii="Times New Roman" w:hAnsi="Times New Roman" w:cs="Times New Roman"/>
          <w:i/>
          <w:color w:val="343A40"/>
          <w:sz w:val="28"/>
          <w:szCs w:val="28"/>
          <w:lang w:val="ru-RU"/>
        </w:rPr>
        <w:t xml:space="preserve"> до </w:t>
      </w:r>
      <w:proofErr w:type="spellStart"/>
      <w:r w:rsidR="002665BA" w:rsidRPr="005E133B">
        <w:rPr>
          <w:rStyle w:val="dont-break-out"/>
          <w:rFonts w:ascii="Times New Roman" w:hAnsi="Times New Roman" w:cs="Times New Roman"/>
          <w:i/>
          <w:color w:val="343A40"/>
          <w:sz w:val="28"/>
          <w:szCs w:val="28"/>
          <w:lang w:val="ru-RU"/>
        </w:rPr>
        <w:t>отриманих</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результатів</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досліджень</w:t>
      </w:r>
      <w:proofErr w:type="spellEnd"/>
      <w:r w:rsidR="002665BA" w:rsidRPr="005E133B">
        <w:rPr>
          <w:rStyle w:val="dont-break-out"/>
          <w:rFonts w:ascii="Times New Roman" w:hAnsi="Times New Roman" w:cs="Times New Roman"/>
          <w:i/>
          <w:color w:val="343A40"/>
          <w:sz w:val="28"/>
          <w:szCs w:val="28"/>
          <w:lang w:val="ru-RU"/>
        </w:rPr>
        <w:t xml:space="preserve">, створено </w:t>
      </w:r>
      <w:proofErr w:type="spellStart"/>
      <w:r w:rsidR="002665BA" w:rsidRPr="005E133B">
        <w:rPr>
          <w:rStyle w:val="dont-break-out"/>
          <w:rFonts w:ascii="Times New Roman" w:hAnsi="Times New Roman" w:cs="Times New Roman"/>
          <w:i/>
          <w:color w:val="343A40"/>
          <w:sz w:val="28"/>
          <w:szCs w:val="28"/>
          <w:lang w:val="ru-RU"/>
        </w:rPr>
        <w:t>раціональну</w:t>
      </w:r>
      <w:proofErr w:type="spellEnd"/>
      <w:r w:rsidR="002665BA" w:rsidRPr="005E133B">
        <w:rPr>
          <w:rStyle w:val="dont-break-out"/>
          <w:rFonts w:ascii="Times New Roman" w:hAnsi="Times New Roman" w:cs="Times New Roman"/>
          <w:i/>
          <w:color w:val="343A40"/>
          <w:sz w:val="28"/>
          <w:szCs w:val="28"/>
          <w:lang w:val="ru-RU"/>
        </w:rPr>
        <w:t xml:space="preserve"> й </w:t>
      </w:r>
      <w:proofErr w:type="spellStart"/>
      <w:r w:rsidR="002665BA" w:rsidRPr="005E133B">
        <w:rPr>
          <w:rStyle w:val="dont-break-out"/>
          <w:rFonts w:ascii="Times New Roman" w:hAnsi="Times New Roman" w:cs="Times New Roman"/>
          <w:i/>
          <w:color w:val="343A40"/>
          <w:sz w:val="28"/>
          <w:szCs w:val="28"/>
          <w:lang w:val="ru-RU"/>
        </w:rPr>
        <w:t>безпечну</w:t>
      </w:r>
      <w:proofErr w:type="spellEnd"/>
      <w:r w:rsidR="002665BA" w:rsidRPr="005E133B">
        <w:rPr>
          <w:rStyle w:val="dont-break-out"/>
          <w:rFonts w:ascii="Times New Roman" w:hAnsi="Times New Roman" w:cs="Times New Roman"/>
          <w:i/>
          <w:color w:val="343A40"/>
          <w:sz w:val="28"/>
          <w:szCs w:val="28"/>
          <w:lang w:val="ru-RU"/>
        </w:rPr>
        <w:t xml:space="preserve"> систему </w:t>
      </w:r>
      <w:proofErr w:type="spellStart"/>
      <w:r w:rsidR="002665BA" w:rsidRPr="005E133B">
        <w:rPr>
          <w:rStyle w:val="dont-break-out"/>
          <w:rFonts w:ascii="Times New Roman" w:hAnsi="Times New Roman" w:cs="Times New Roman"/>
          <w:i/>
          <w:color w:val="343A40"/>
          <w:sz w:val="28"/>
          <w:szCs w:val="28"/>
          <w:lang w:val="ru-RU"/>
        </w:rPr>
        <w:t>захисту</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посівів</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пшениці</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EC7655" w:rsidRPr="005E133B">
        <w:rPr>
          <w:rStyle w:val="dont-break-out"/>
          <w:rFonts w:ascii="Times New Roman" w:hAnsi="Times New Roman" w:cs="Times New Roman"/>
          <w:i/>
          <w:color w:val="343A40"/>
          <w:sz w:val="28"/>
          <w:szCs w:val="28"/>
          <w:lang w:val="ru-RU"/>
        </w:rPr>
        <w:t>дворучки</w:t>
      </w:r>
      <w:proofErr w:type="spellEnd"/>
      <w:r w:rsidR="00EC7655" w:rsidRPr="005E133B">
        <w:rPr>
          <w:rStyle w:val="dont-break-out"/>
          <w:rFonts w:ascii="Times New Roman" w:hAnsi="Times New Roman" w:cs="Times New Roman"/>
          <w:i/>
          <w:color w:val="343A40"/>
          <w:sz w:val="28"/>
          <w:szCs w:val="28"/>
          <w:lang w:val="ru-RU"/>
        </w:rPr>
        <w:t xml:space="preserve"> сорту </w:t>
      </w:r>
      <w:proofErr w:type="spellStart"/>
      <w:r w:rsidR="00EC7655" w:rsidRPr="005E133B">
        <w:rPr>
          <w:rStyle w:val="dont-break-out"/>
          <w:rFonts w:ascii="Times New Roman" w:hAnsi="Times New Roman" w:cs="Times New Roman"/>
          <w:i/>
          <w:color w:val="343A40"/>
          <w:sz w:val="28"/>
          <w:szCs w:val="28"/>
          <w:lang w:val="ru-RU"/>
        </w:rPr>
        <w:t>Кларіса</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від</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бур’янів</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що</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сприяє</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зростанню</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906D1F" w:rsidRPr="005E133B">
        <w:rPr>
          <w:rStyle w:val="dont-break-out"/>
          <w:rFonts w:ascii="Times New Roman" w:hAnsi="Times New Roman" w:cs="Times New Roman"/>
          <w:i/>
          <w:color w:val="343A40"/>
          <w:sz w:val="28"/>
          <w:szCs w:val="28"/>
          <w:lang w:val="ru-RU"/>
        </w:rPr>
        <w:t>урожай</w:t>
      </w:r>
      <w:r w:rsidR="002665BA" w:rsidRPr="005E133B">
        <w:rPr>
          <w:rStyle w:val="dont-break-out"/>
          <w:rFonts w:ascii="Times New Roman" w:hAnsi="Times New Roman" w:cs="Times New Roman"/>
          <w:i/>
          <w:color w:val="343A40"/>
          <w:sz w:val="28"/>
          <w:szCs w:val="28"/>
          <w:lang w:val="ru-RU"/>
        </w:rPr>
        <w:t>ності</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цієї</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культури</w:t>
      </w:r>
      <w:proofErr w:type="spellEnd"/>
      <w:r w:rsidR="002665BA" w:rsidRPr="005E133B">
        <w:rPr>
          <w:rStyle w:val="dont-break-out"/>
          <w:rFonts w:ascii="Times New Roman" w:hAnsi="Times New Roman" w:cs="Times New Roman"/>
          <w:i/>
          <w:color w:val="343A40"/>
          <w:sz w:val="28"/>
          <w:szCs w:val="28"/>
          <w:lang w:val="ru-RU"/>
        </w:rPr>
        <w:t xml:space="preserve"> за </w:t>
      </w:r>
      <w:proofErr w:type="spellStart"/>
      <w:r w:rsidR="002665BA" w:rsidRPr="005E133B">
        <w:rPr>
          <w:rStyle w:val="dont-break-out"/>
          <w:rFonts w:ascii="Times New Roman" w:hAnsi="Times New Roman" w:cs="Times New Roman"/>
          <w:i/>
          <w:color w:val="343A40"/>
          <w:sz w:val="28"/>
          <w:szCs w:val="28"/>
          <w:lang w:val="ru-RU"/>
        </w:rPr>
        <w:t>вирощування</w:t>
      </w:r>
      <w:proofErr w:type="spellEnd"/>
      <w:r w:rsidR="002665BA" w:rsidRPr="005E133B">
        <w:rPr>
          <w:rStyle w:val="dont-break-out"/>
          <w:rFonts w:ascii="Times New Roman" w:hAnsi="Times New Roman" w:cs="Times New Roman"/>
          <w:i/>
          <w:color w:val="343A40"/>
          <w:sz w:val="28"/>
          <w:szCs w:val="28"/>
          <w:lang w:val="ru-RU"/>
        </w:rPr>
        <w:t xml:space="preserve"> в </w:t>
      </w:r>
      <w:proofErr w:type="spellStart"/>
      <w:r w:rsidR="002665BA" w:rsidRPr="005E133B">
        <w:rPr>
          <w:rStyle w:val="dont-break-out"/>
          <w:rFonts w:ascii="Times New Roman" w:hAnsi="Times New Roman" w:cs="Times New Roman"/>
          <w:i/>
          <w:color w:val="343A40"/>
          <w:sz w:val="28"/>
          <w:szCs w:val="28"/>
          <w:lang w:val="ru-RU"/>
        </w:rPr>
        <w:t>умовах</w:t>
      </w:r>
      <w:proofErr w:type="spellEnd"/>
      <w:r w:rsidR="002665BA" w:rsidRPr="005E133B">
        <w:rPr>
          <w:rStyle w:val="dont-break-out"/>
          <w:rFonts w:ascii="Times New Roman" w:hAnsi="Times New Roman" w:cs="Times New Roman"/>
          <w:i/>
          <w:color w:val="343A40"/>
          <w:sz w:val="28"/>
          <w:szCs w:val="28"/>
          <w:lang w:val="ru-RU"/>
        </w:rPr>
        <w:t xml:space="preserve"> Правобережного </w:t>
      </w:r>
      <w:proofErr w:type="spellStart"/>
      <w:r w:rsidR="002665BA" w:rsidRPr="005E133B">
        <w:rPr>
          <w:rStyle w:val="dont-break-out"/>
          <w:rFonts w:ascii="Times New Roman" w:hAnsi="Times New Roman" w:cs="Times New Roman"/>
          <w:i/>
          <w:color w:val="343A40"/>
          <w:sz w:val="28"/>
          <w:szCs w:val="28"/>
          <w:lang w:val="ru-RU"/>
        </w:rPr>
        <w:t>Лісостепу</w:t>
      </w:r>
      <w:proofErr w:type="spellEnd"/>
      <w:r w:rsidR="002665BA" w:rsidRPr="005E133B">
        <w:rPr>
          <w:rStyle w:val="dont-break-out"/>
          <w:rFonts w:ascii="Times New Roman" w:hAnsi="Times New Roman" w:cs="Times New Roman"/>
          <w:i/>
          <w:color w:val="343A40"/>
          <w:sz w:val="28"/>
          <w:szCs w:val="28"/>
          <w:lang w:val="ru-RU"/>
        </w:rPr>
        <w:t xml:space="preserve"> </w:t>
      </w:r>
      <w:proofErr w:type="spellStart"/>
      <w:r w:rsidR="002665BA" w:rsidRPr="005E133B">
        <w:rPr>
          <w:rStyle w:val="dont-break-out"/>
          <w:rFonts w:ascii="Times New Roman" w:hAnsi="Times New Roman" w:cs="Times New Roman"/>
          <w:i/>
          <w:color w:val="343A40"/>
          <w:sz w:val="28"/>
          <w:szCs w:val="28"/>
          <w:lang w:val="ru-RU"/>
        </w:rPr>
        <w:t>України</w:t>
      </w:r>
      <w:proofErr w:type="spellEnd"/>
      <w:r w:rsidR="002665BA" w:rsidRPr="005E133B">
        <w:rPr>
          <w:rStyle w:val="dont-break-out"/>
          <w:rFonts w:ascii="Times New Roman" w:hAnsi="Times New Roman" w:cs="Times New Roman"/>
          <w:i/>
          <w:color w:val="343A40"/>
          <w:sz w:val="28"/>
          <w:szCs w:val="28"/>
          <w:lang w:val="ru-RU"/>
        </w:rPr>
        <w:t xml:space="preserve">. </w:t>
      </w:r>
    </w:p>
    <w:p w14:paraId="34FD8F39" w14:textId="77777777" w:rsidR="005E133B" w:rsidRPr="005F75DD" w:rsidRDefault="005E133B" w:rsidP="005F75DD">
      <w:pPr>
        <w:spacing w:after="0" w:line="360" w:lineRule="auto"/>
        <w:ind w:firstLine="851"/>
        <w:jc w:val="both"/>
        <w:rPr>
          <w:rFonts w:ascii="Times New Roman" w:hAnsi="Times New Roman"/>
          <w:i/>
          <w:sz w:val="28"/>
          <w:szCs w:val="28"/>
          <w:lang w:val="uk-UA"/>
        </w:rPr>
      </w:pPr>
      <w:r w:rsidRPr="005F75DD">
        <w:rPr>
          <w:rFonts w:ascii="Times New Roman" w:hAnsi="Times New Roman"/>
          <w:b/>
          <w:i/>
          <w:sz w:val="28"/>
          <w:szCs w:val="28"/>
          <w:lang w:val="uk-UA"/>
        </w:rPr>
        <w:t>Ключові слова:</w:t>
      </w:r>
      <w:r w:rsidRPr="005F75DD">
        <w:rPr>
          <w:rFonts w:ascii="Times New Roman" w:hAnsi="Times New Roman"/>
          <w:i/>
          <w:sz w:val="28"/>
          <w:szCs w:val="28"/>
          <w:lang w:val="uk-UA"/>
        </w:rPr>
        <w:t xml:space="preserve"> гербіцид </w:t>
      </w:r>
      <w:proofErr w:type="spellStart"/>
      <w:r w:rsidRPr="005F75DD">
        <w:rPr>
          <w:rFonts w:ascii="Times New Roman" w:eastAsia="Times New Roman" w:hAnsi="Times New Roman"/>
          <w:bCs/>
          <w:i/>
          <w:color w:val="3E3E3E"/>
          <w:sz w:val="28"/>
          <w:szCs w:val="28"/>
          <w:lang w:val="uk-UA"/>
        </w:rPr>
        <w:t>Триатлон</w:t>
      </w:r>
      <w:proofErr w:type="spellEnd"/>
      <w:r w:rsidRPr="005F75DD">
        <w:rPr>
          <w:rFonts w:ascii="Times New Roman" w:eastAsia="Times New Roman" w:hAnsi="Times New Roman"/>
          <w:bCs/>
          <w:i/>
          <w:color w:val="3E3E3E"/>
          <w:sz w:val="28"/>
          <w:szCs w:val="28"/>
          <w:lang w:val="uk-UA"/>
        </w:rPr>
        <w:t xml:space="preserve"> Прайм</w:t>
      </w:r>
      <w:r w:rsidRPr="005F75DD">
        <w:rPr>
          <w:rFonts w:ascii="Times New Roman" w:hAnsi="Times New Roman"/>
          <w:i/>
          <w:sz w:val="28"/>
          <w:szCs w:val="28"/>
          <w:lang w:val="uk-UA"/>
        </w:rPr>
        <w:t xml:space="preserve">, </w:t>
      </w:r>
      <w:proofErr w:type="spellStart"/>
      <w:r w:rsidRPr="005F75DD">
        <w:rPr>
          <w:rFonts w:ascii="Times New Roman" w:hAnsi="Times New Roman"/>
          <w:i/>
          <w:sz w:val="28"/>
          <w:szCs w:val="28"/>
          <w:lang w:val="uk-UA"/>
        </w:rPr>
        <w:t>Амінокат</w:t>
      </w:r>
      <w:proofErr w:type="spellEnd"/>
      <w:r w:rsidRPr="005F75DD">
        <w:rPr>
          <w:rFonts w:ascii="Times New Roman" w:hAnsi="Times New Roman"/>
          <w:i/>
          <w:sz w:val="28"/>
          <w:szCs w:val="28"/>
          <w:lang w:val="uk-UA"/>
        </w:rPr>
        <w:t xml:space="preserve"> 30,  сорт пшениці </w:t>
      </w:r>
      <w:proofErr w:type="spellStart"/>
      <w:r w:rsidRPr="005F75DD">
        <w:rPr>
          <w:rFonts w:ascii="Times New Roman" w:hAnsi="Times New Roman"/>
          <w:i/>
          <w:sz w:val="28"/>
          <w:szCs w:val="28"/>
          <w:lang w:val="uk-UA"/>
        </w:rPr>
        <w:t>дворучки</w:t>
      </w:r>
      <w:proofErr w:type="spellEnd"/>
      <w:r w:rsidRPr="005F75DD">
        <w:rPr>
          <w:rFonts w:ascii="Times New Roman" w:hAnsi="Times New Roman"/>
          <w:i/>
          <w:sz w:val="28"/>
          <w:szCs w:val="28"/>
          <w:lang w:val="uk-UA"/>
        </w:rPr>
        <w:t xml:space="preserve"> Клариса,  хлорофіл, площа листкової поверхні, урожайність. </w:t>
      </w:r>
    </w:p>
    <w:p w14:paraId="7E6C470F" w14:textId="77777777" w:rsidR="005F75DD" w:rsidRPr="00083C47" w:rsidRDefault="005F75DD" w:rsidP="003A06E5">
      <w:pPr>
        <w:spacing w:after="0" w:line="360" w:lineRule="auto"/>
        <w:ind w:firstLine="851"/>
        <w:jc w:val="both"/>
        <w:rPr>
          <w:rFonts w:ascii="Times New Roman" w:hAnsi="Times New Roman" w:cs="Times New Roman"/>
          <w:b/>
          <w:i/>
          <w:sz w:val="28"/>
          <w:szCs w:val="28"/>
          <w:lang w:val="ru-RU"/>
        </w:rPr>
      </w:pPr>
    </w:p>
    <w:p w14:paraId="1AEF03FC" w14:textId="77777777" w:rsidR="00204035" w:rsidRDefault="005F75DD" w:rsidP="003A06E5">
      <w:pPr>
        <w:spacing w:after="0" w:line="360" w:lineRule="auto"/>
        <w:ind w:firstLine="851"/>
        <w:jc w:val="both"/>
        <w:rPr>
          <w:rFonts w:ascii="Times New Roman" w:hAnsi="Times New Roman" w:cs="Times New Roman"/>
          <w:b/>
          <w:i/>
          <w:sz w:val="28"/>
          <w:szCs w:val="28"/>
          <w:lang w:val="uk-UA"/>
        </w:rPr>
      </w:pPr>
      <w:proofErr w:type="spellStart"/>
      <w:r w:rsidRPr="005F75DD">
        <w:rPr>
          <w:rFonts w:ascii="Times New Roman" w:hAnsi="Times New Roman" w:cs="Times New Roman"/>
          <w:b/>
          <w:i/>
          <w:sz w:val="28"/>
          <w:szCs w:val="28"/>
        </w:rPr>
        <w:t>Rozborska</w:t>
      </w:r>
      <w:proofErr w:type="spellEnd"/>
      <w:r w:rsidRPr="005F75DD">
        <w:rPr>
          <w:rFonts w:ascii="Times New Roman" w:hAnsi="Times New Roman" w:cs="Times New Roman"/>
          <w:b/>
          <w:i/>
          <w:sz w:val="28"/>
          <w:szCs w:val="28"/>
        </w:rPr>
        <w:t xml:space="preserve"> L.V.</w:t>
      </w:r>
      <w:r>
        <w:rPr>
          <w:rFonts w:ascii="Times New Roman" w:hAnsi="Times New Roman" w:cs="Times New Roman"/>
          <w:b/>
          <w:i/>
          <w:sz w:val="28"/>
          <w:szCs w:val="28"/>
          <w:lang w:val="uk-UA"/>
        </w:rPr>
        <w:t xml:space="preserve">, </w:t>
      </w:r>
      <w:proofErr w:type="spellStart"/>
      <w:r w:rsidRPr="005F75DD">
        <w:rPr>
          <w:rFonts w:ascii="Times New Roman" w:hAnsi="Times New Roman" w:cs="Times New Roman"/>
          <w:b/>
          <w:i/>
          <w:sz w:val="28"/>
          <w:szCs w:val="28"/>
        </w:rPr>
        <w:t>Zabolotnyi</w:t>
      </w:r>
      <w:proofErr w:type="spellEnd"/>
      <w:r w:rsidRPr="005F75DD">
        <w:rPr>
          <w:rFonts w:ascii="Times New Roman" w:hAnsi="Times New Roman" w:cs="Times New Roman"/>
          <w:b/>
          <w:i/>
          <w:sz w:val="28"/>
          <w:szCs w:val="28"/>
        </w:rPr>
        <w:t xml:space="preserve"> O.I. </w:t>
      </w:r>
      <w:r w:rsidR="00204035" w:rsidRPr="00204035">
        <w:rPr>
          <w:rFonts w:ascii="Times New Roman" w:hAnsi="Times New Roman" w:cs="Times New Roman"/>
          <w:b/>
          <w:i/>
          <w:sz w:val="28"/>
          <w:szCs w:val="28"/>
        </w:rPr>
        <w:t xml:space="preserve">Effect of the Herbicide </w:t>
      </w:r>
      <w:proofErr w:type="spellStart"/>
      <w:r w:rsidR="00204035" w:rsidRPr="00204035">
        <w:rPr>
          <w:rFonts w:ascii="Times New Roman" w:hAnsi="Times New Roman" w:cs="Times New Roman"/>
          <w:b/>
          <w:i/>
          <w:sz w:val="28"/>
          <w:szCs w:val="28"/>
        </w:rPr>
        <w:t>Triatlon</w:t>
      </w:r>
      <w:proofErr w:type="spellEnd"/>
      <w:r w:rsidR="00204035" w:rsidRPr="00204035">
        <w:rPr>
          <w:rFonts w:ascii="Times New Roman" w:hAnsi="Times New Roman" w:cs="Times New Roman"/>
          <w:b/>
          <w:i/>
          <w:sz w:val="28"/>
          <w:szCs w:val="28"/>
        </w:rPr>
        <w:t xml:space="preserve"> Prime and the Growth Regulator </w:t>
      </w:r>
      <w:proofErr w:type="spellStart"/>
      <w:r w:rsidR="00204035" w:rsidRPr="00204035">
        <w:rPr>
          <w:rFonts w:ascii="Times New Roman" w:hAnsi="Times New Roman" w:cs="Times New Roman"/>
          <w:b/>
          <w:i/>
          <w:sz w:val="28"/>
          <w:szCs w:val="28"/>
        </w:rPr>
        <w:t>Aminocat</w:t>
      </w:r>
      <w:proofErr w:type="spellEnd"/>
      <w:r w:rsidR="00204035" w:rsidRPr="00204035">
        <w:rPr>
          <w:rFonts w:ascii="Times New Roman" w:hAnsi="Times New Roman" w:cs="Times New Roman"/>
          <w:b/>
          <w:i/>
          <w:sz w:val="28"/>
          <w:szCs w:val="28"/>
        </w:rPr>
        <w:t xml:space="preserve"> 30 on Photosynthetic Parameters and Yield of Winter–Spring Wheat</w:t>
      </w:r>
    </w:p>
    <w:p w14:paraId="5E78A600" w14:textId="77777777" w:rsidR="005E133B" w:rsidRDefault="005E133B" w:rsidP="003A06E5">
      <w:pPr>
        <w:spacing w:after="0" w:line="360" w:lineRule="auto"/>
        <w:ind w:firstLine="851"/>
        <w:jc w:val="both"/>
        <w:rPr>
          <w:rFonts w:ascii="Times New Roman" w:hAnsi="Times New Roman" w:cs="Times New Roman"/>
          <w:i/>
          <w:sz w:val="28"/>
          <w:szCs w:val="28"/>
        </w:rPr>
      </w:pPr>
      <w:r w:rsidRPr="005E133B">
        <w:rPr>
          <w:rFonts w:ascii="Times New Roman" w:hAnsi="Times New Roman" w:cs="Times New Roman"/>
          <w:i/>
          <w:sz w:val="28"/>
          <w:szCs w:val="28"/>
        </w:rPr>
        <w:t xml:space="preserve">In Ukraine, it is possible to use methods of biological agriculture, which have significant scientific and production potential of crop production, with the production of environmentally friendly agricultural products for use in the domestic and foreign </w:t>
      </w:r>
      <w:r w:rsidRPr="005E133B">
        <w:rPr>
          <w:rFonts w:ascii="Times New Roman" w:hAnsi="Times New Roman" w:cs="Times New Roman"/>
          <w:i/>
          <w:sz w:val="28"/>
          <w:szCs w:val="28"/>
        </w:rPr>
        <w:lastRenderedPageBreak/>
        <w:t xml:space="preserve">markets. To increase wheat yields, there are a number of technologies, among which a special role is given to large -scale use, both synthetic and biological protection. However, due to excessive chemical load, the environmental problems of </w:t>
      </w:r>
      <w:proofErr w:type="spellStart"/>
      <w:r w:rsidRPr="005E133B">
        <w:rPr>
          <w:rFonts w:ascii="Times New Roman" w:hAnsi="Times New Roman" w:cs="Times New Roman"/>
          <w:i/>
          <w:sz w:val="28"/>
          <w:szCs w:val="28"/>
        </w:rPr>
        <w:t>agrophytocenoses</w:t>
      </w:r>
      <w:proofErr w:type="spellEnd"/>
      <w:r w:rsidRPr="005E133B">
        <w:rPr>
          <w:rFonts w:ascii="Times New Roman" w:hAnsi="Times New Roman" w:cs="Times New Roman"/>
          <w:i/>
          <w:sz w:val="28"/>
          <w:szCs w:val="28"/>
        </w:rPr>
        <w:t xml:space="preserve"> (environmental pollution and crop production by the remains of agrochemicals) began. Hence it is extremely important to reduce chemical load, develop and introduce new methods for environmental optimization of plant protection and </w:t>
      </w:r>
      <w:proofErr w:type="spellStart"/>
      <w:r w:rsidRPr="005E133B">
        <w:rPr>
          <w:rFonts w:ascii="Times New Roman" w:hAnsi="Times New Roman" w:cs="Times New Roman"/>
          <w:i/>
          <w:sz w:val="28"/>
          <w:szCs w:val="28"/>
        </w:rPr>
        <w:t>biologization</w:t>
      </w:r>
      <w:proofErr w:type="spellEnd"/>
      <w:r w:rsidRPr="005E133B">
        <w:rPr>
          <w:rFonts w:ascii="Times New Roman" w:hAnsi="Times New Roman" w:cs="Times New Roman"/>
          <w:i/>
          <w:sz w:val="28"/>
          <w:szCs w:val="28"/>
        </w:rPr>
        <w:t xml:space="preserve"> of </w:t>
      </w:r>
      <w:proofErr w:type="spellStart"/>
      <w:r w:rsidRPr="005E133B">
        <w:rPr>
          <w:rFonts w:ascii="Times New Roman" w:hAnsi="Times New Roman" w:cs="Times New Roman"/>
          <w:i/>
          <w:sz w:val="28"/>
          <w:szCs w:val="28"/>
        </w:rPr>
        <w:t>agrocenoses</w:t>
      </w:r>
      <w:proofErr w:type="spellEnd"/>
      <w:r w:rsidRPr="005E133B">
        <w:rPr>
          <w:rFonts w:ascii="Times New Roman" w:hAnsi="Times New Roman" w:cs="Times New Roman"/>
          <w:i/>
          <w:sz w:val="28"/>
          <w:szCs w:val="28"/>
        </w:rPr>
        <w:t xml:space="preserve">. In Ukraine, increasing attention is paid to the </w:t>
      </w:r>
      <w:proofErr w:type="spellStart"/>
      <w:r w:rsidRPr="005E133B">
        <w:rPr>
          <w:rFonts w:ascii="Times New Roman" w:hAnsi="Times New Roman" w:cs="Times New Roman"/>
          <w:i/>
          <w:sz w:val="28"/>
          <w:szCs w:val="28"/>
        </w:rPr>
        <w:t>biologization</w:t>
      </w:r>
      <w:proofErr w:type="spellEnd"/>
      <w:r w:rsidRPr="005E133B">
        <w:rPr>
          <w:rFonts w:ascii="Times New Roman" w:hAnsi="Times New Roman" w:cs="Times New Roman"/>
          <w:i/>
          <w:sz w:val="28"/>
          <w:szCs w:val="28"/>
        </w:rPr>
        <w:t xml:space="preserve"> of agriculture, the restriction of the use of pesticides in agro -technology of crops.</w:t>
      </w:r>
    </w:p>
    <w:p w14:paraId="55852477" w14:textId="77777777" w:rsidR="005F75DD" w:rsidRDefault="005E133B" w:rsidP="003A06E5">
      <w:pPr>
        <w:spacing w:after="0" w:line="360" w:lineRule="auto"/>
        <w:ind w:firstLine="851"/>
        <w:jc w:val="both"/>
        <w:rPr>
          <w:rFonts w:ascii="Times New Roman" w:hAnsi="Times New Roman" w:cs="Times New Roman"/>
          <w:i/>
          <w:sz w:val="28"/>
          <w:szCs w:val="28"/>
        </w:rPr>
      </w:pPr>
      <w:r w:rsidRPr="005E133B">
        <w:rPr>
          <w:rFonts w:ascii="Times New Roman" w:hAnsi="Times New Roman" w:cs="Times New Roman"/>
          <w:i/>
          <w:sz w:val="28"/>
          <w:szCs w:val="28"/>
        </w:rPr>
        <w:t xml:space="preserve">The work presents the results of studies of photosynthetic indicators and yield under different norms of herbicide introduced compatible with the plant growth regulator, in the conditions of </w:t>
      </w:r>
      <w:proofErr w:type="spellStart"/>
      <w:r w:rsidRPr="005E133B">
        <w:rPr>
          <w:rFonts w:ascii="Times New Roman" w:hAnsi="Times New Roman" w:cs="Times New Roman"/>
          <w:i/>
          <w:sz w:val="28"/>
          <w:szCs w:val="28"/>
        </w:rPr>
        <w:t>biologization</w:t>
      </w:r>
      <w:proofErr w:type="spellEnd"/>
      <w:r w:rsidRPr="005E133B">
        <w:rPr>
          <w:rFonts w:ascii="Times New Roman" w:hAnsi="Times New Roman" w:cs="Times New Roman"/>
          <w:i/>
          <w:sz w:val="28"/>
          <w:szCs w:val="28"/>
        </w:rPr>
        <w:t xml:space="preserve"> in the right -bank forest -steppe of Ukraine. The purpose of the work was to evaluate the sensitivity of the wheat of the Clarice variety to herbicide crop treatment by changes in grain yield levels, to study the efficiency of herbicide in crops and to identify the most environmentally friendly norm in the area of ​​the forest -steppe zone of Ukraine. The studies were performed in the conditions of experimental areas of the Department of Biology of Uman National University, located in the Right -Bank Forest -Steppe part of Ukraine, during the growing season 2022-2024.The effect of herbicide </w:t>
      </w:r>
      <w:r>
        <w:rPr>
          <w:rFonts w:ascii="Times New Roman" w:hAnsi="Times New Roman" w:cs="Times New Roman"/>
          <w:i/>
          <w:sz w:val="28"/>
          <w:szCs w:val="28"/>
        </w:rPr>
        <w:t>T</w:t>
      </w:r>
      <w:r w:rsidRPr="005E133B">
        <w:rPr>
          <w:rFonts w:ascii="Times New Roman" w:hAnsi="Times New Roman" w:cs="Times New Roman"/>
          <w:i/>
          <w:sz w:val="28"/>
          <w:szCs w:val="28"/>
        </w:rPr>
        <w:t>riathlon Prime in the standards from 0.04 to 0.06 kg/ha was studi</w:t>
      </w:r>
      <w:r>
        <w:rPr>
          <w:rFonts w:ascii="Times New Roman" w:hAnsi="Times New Roman" w:cs="Times New Roman"/>
          <w:i/>
          <w:sz w:val="28"/>
          <w:szCs w:val="28"/>
        </w:rPr>
        <w:t xml:space="preserve">ed in combination with an </w:t>
      </w:r>
      <w:proofErr w:type="spellStart"/>
      <w:r>
        <w:rPr>
          <w:rFonts w:ascii="Times New Roman" w:hAnsi="Times New Roman" w:cs="Times New Roman"/>
          <w:i/>
          <w:sz w:val="28"/>
          <w:szCs w:val="28"/>
        </w:rPr>
        <w:t>Amin</w:t>
      </w:r>
      <w:r w:rsidRPr="005E133B">
        <w:rPr>
          <w:rFonts w:ascii="Times New Roman" w:hAnsi="Times New Roman" w:cs="Times New Roman"/>
          <w:i/>
          <w:sz w:val="28"/>
          <w:szCs w:val="28"/>
        </w:rPr>
        <w:t>ocat</w:t>
      </w:r>
      <w:proofErr w:type="spellEnd"/>
      <w:r w:rsidRPr="005E133B">
        <w:rPr>
          <w:rFonts w:ascii="Times New Roman" w:hAnsi="Times New Roman" w:cs="Times New Roman"/>
          <w:i/>
          <w:sz w:val="28"/>
          <w:szCs w:val="28"/>
        </w:rPr>
        <w:t xml:space="preserve"> 30 (2 l/ha). The work environmentally substantiates the norms of derby herbicide and ways to avoid toxic effects of this drug in the process of protecting weed wheat crops. The biennial wheat yield is one of the important indicators of reutilization of photosynthesis products. It is established that the increase in photosynthetic parameters and the yield of wheat grain depends on the standards of the introduced drug, and it is recommended to use herbicide </w:t>
      </w:r>
      <w:r w:rsidR="00204035">
        <w:rPr>
          <w:rFonts w:ascii="Times New Roman" w:hAnsi="Times New Roman" w:cs="Times New Roman"/>
          <w:i/>
          <w:sz w:val="28"/>
          <w:szCs w:val="28"/>
        </w:rPr>
        <w:t>T</w:t>
      </w:r>
      <w:r w:rsidRPr="005E133B">
        <w:rPr>
          <w:rFonts w:ascii="Times New Roman" w:hAnsi="Times New Roman" w:cs="Times New Roman"/>
          <w:i/>
          <w:sz w:val="28"/>
          <w:szCs w:val="28"/>
        </w:rPr>
        <w:t xml:space="preserve">riathlon Prime at a rate of 0.05 kg/ha in combination with </w:t>
      </w:r>
      <w:proofErr w:type="spellStart"/>
      <w:r w:rsidR="00204035">
        <w:rPr>
          <w:rFonts w:ascii="Times New Roman" w:hAnsi="Times New Roman" w:cs="Times New Roman"/>
          <w:i/>
          <w:sz w:val="28"/>
          <w:szCs w:val="28"/>
        </w:rPr>
        <w:t>A</w:t>
      </w:r>
      <w:r w:rsidRPr="005E133B">
        <w:rPr>
          <w:rFonts w:ascii="Times New Roman" w:hAnsi="Times New Roman" w:cs="Times New Roman"/>
          <w:i/>
          <w:sz w:val="28"/>
          <w:szCs w:val="28"/>
        </w:rPr>
        <w:t>minocat</w:t>
      </w:r>
      <w:proofErr w:type="spellEnd"/>
      <w:r w:rsidRPr="005E133B">
        <w:rPr>
          <w:rFonts w:ascii="Times New Roman" w:hAnsi="Times New Roman" w:cs="Times New Roman"/>
          <w:i/>
          <w:sz w:val="28"/>
          <w:szCs w:val="28"/>
        </w:rPr>
        <w:t xml:space="preserve"> 30 (2 l/ha). According to the results of the research, a rational and safe system of protection of wheat crops of the Clarice variety from weeds was created, which contributes to the growth of the yield of this crop for growing in the conditions of the Right -Bank Forest -Steppe of Ukraine.</w:t>
      </w:r>
    </w:p>
    <w:p w14:paraId="6FD4DA98" w14:textId="77777777" w:rsidR="005F75DD" w:rsidRPr="005E133B" w:rsidRDefault="005F75DD" w:rsidP="003A06E5">
      <w:pPr>
        <w:spacing w:after="0" w:line="360" w:lineRule="auto"/>
        <w:ind w:firstLine="851"/>
        <w:jc w:val="both"/>
        <w:rPr>
          <w:rFonts w:ascii="Times New Roman" w:hAnsi="Times New Roman" w:cs="Times New Roman"/>
          <w:i/>
          <w:sz w:val="28"/>
          <w:szCs w:val="28"/>
        </w:rPr>
      </w:pPr>
      <w:r w:rsidRPr="005F75DD">
        <w:rPr>
          <w:rFonts w:ascii="Times New Roman" w:hAnsi="Times New Roman" w:cs="Times New Roman"/>
          <w:b/>
          <w:i/>
          <w:sz w:val="28"/>
          <w:szCs w:val="28"/>
        </w:rPr>
        <w:lastRenderedPageBreak/>
        <w:t>Keywords:</w:t>
      </w:r>
      <w:r w:rsidRPr="005F75DD">
        <w:rPr>
          <w:rFonts w:ascii="Times New Roman" w:hAnsi="Times New Roman" w:cs="Times New Roman"/>
          <w:i/>
          <w:sz w:val="28"/>
          <w:szCs w:val="28"/>
        </w:rPr>
        <w:t xml:space="preserve"> Herbicide </w:t>
      </w:r>
      <w:r w:rsidR="00204035">
        <w:rPr>
          <w:rFonts w:ascii="Times New Roman" w:hAnsi="Times New Roman" w:cs="Times New Roman"/>
          <w:i/>
          <w:sz w:val="28"/>
          <w:szCs w:val="28"/>
        </w:rPr>
        <w:t>T</w:t>
      </w:r>
      <w:r w:rsidRPr="005F75DD">
        <w:rPr>
          <w:rFonts w:ascii="Times New Roman" w:hAnsi="Times New Roman" w:cs="Times New Roman"/>
          <w:i/>
          <w:sz w:val="28"/>
          <w:szCs w:val="28"/>
        </w:rPr>
        <w:t xml:space="preserve">riathlon Prime, </w:t>
      </w:r>
      <w:proofErr w:type="spellStart"/>
      <w:r w:rsidR="00204035">
        <w:rPr>
          <w:rFonts w:ascii="Times New Roman" w:hAnsi="Times New Roman" w:cs="Times New Roman"/>
          <w:i/>
          <w:sz w:val="28"/>
          <w:szCs w:val="28"/>
        </w:rPr>
        <w:t>A</w:t>
      </w:r>
      <w:r w:rsidRPr="005F75DD">
        <w:rPr>
          <w:rFonts w:ascii="Times New Roman" w:hAnsi="Times New Roman" w:cs="Times New Roman"/>
          <w:i/>
          <w:sz w:val="28"/>
          <w:szCs w:val="28"/>
        </w:rPr>
        <w:t>minocat</w:t>
      </w:r>
      <w:proofErr w:type="spellEnd"/>
      <w:r w:rsidRPr="005F75DD">
        <w:rPr>
          <w:rFonts w:ascii="Times New Roman" w:hAnsi="Times New Roman" w:cs="Times New Roman"/>
          <w:i/>
          <w:sz w:val="28"/>
          <w:szCs w:val="28"/>
        </w:rPr>
        <w:t xml:space="preserve"> 30, wheat variety of Claris biennial, chlorophyll, leaf surface area, yield.</w:t>
      </w:r>
    </w:p>
    <w:p w14:paraId="53D2F29A" w14:textId="77777777" w:rsidR="00F56A2F" w:rsidRDefault="003A06E5" w:rsidP="003A06E5">
      <w:pPr>
        <w:pStyle w:val="ae"/>
        <w:widowControl w:val="0"/>
        <w:tabs>
          <w:tab w:val="left" w:pos="1161"/>
        </w:tabs>
        <w:autoSpaceDE w:val="0"/>
        <w:autoSpaceDN w:val="0"/>
        <w:spacing w:after="0" w:line="360" w:lineRule="auto"/>
        <w:ind w:left="0" w:firstLine="567"/>
        <w:contextualSpacing w:val="0"/>
        <w:jc w:val="both"/>
        <w:rPr>
          <w:rFonts w:ascii="Times New Roman" w:hAnsi="Times New Roman" w:cs="Times New Roman"/>
          <w:sz w:val="28"/>
          <w:szCs w:val="28"/>
          <w:lang w:val="uk-UA"/>
        </w:rPr>
      </w:pPr>
      <w:r w:rsidRPr="00083C47">
        <w:rPr>
          <w:rFonts w:ascii="Times New Roman" w:hAnsi="Times New Roman" w:cs="Times New Roman"/>
          <w:b/>
          <w:bCs/>
          <w:sz w:val="28"/>
          <w:szCs w:val="28"/>
          <w:lang w:val="ru-RU"/>
        </w:rPr>
        <w:t xml:space="preserve">Постановка </w:t>
      </w:r>
      <w:proofErr w:type="spellStart"/>
      <w:r w:rsidRPr="00083C47">
        <w:rPr>
          <w:rFonts w:ascii="Times New Roman" w:hAnsi="Times New Roman" w:cs="Times New Roman"/>
          <w:b/>
          <w:bCs/>
          <w:sz w:val="28"/>
          <w:szCs w:val="28"/>
          <w:lang w:val="ru-RU"/>
        </w:rPr>
        <w:t>проблеми</w:t>
      </w:r>
      <w:proofErr w:type="spellEnd"/>
      <w:r w:rsidRPr="00083C47">
        <w:rPr>
          <w:rFonts w:ascii="Times New Roman" w:hAnsi="Times New Roman" w:cs="Times New Roman"/>
          <w:b/>
          <w:bCs/>
          <w:sz w:val="28"/>
          <w:szCs w:val="28"/>
          <w:lang w:val="ru-RU"/>
        </w:rPr>
        <w:t>.</w:t>
      </w:r>
      <w:r w:rsidRPr="00083C47">
        <w:rPr>
          <w:rFonts w:ascii="Times New Roman" w:hAnsi="Times New Roman" w:cs="Times New Roman"/>
          <w:sz w:val="28"/>
          <w:szCs w:val="28"/>
          <w:lang w:val="ru-RU"/>
        </w:rPr>
        <w:t xml:space="preserve"> </w:t>
      </w:r>
      <w:r w:rsidR="00364057" w:rsidRPr="00FE6675">
        <w:rPr>
          <w:rFonts w:ascii="Times New Roman" w:hAnsi="Times New Roman" w:cs="Times New Roman"/>
          <w:sz w:val="28"/>
          <w:szCs w:val="28"/>
          <w:lang w:val="uk-UA"/>
        </w:rPr>
        <w:t>Ключовим завданням агропромислового комплексу України було і залишається збільшення виробництва високоякісного зерна. Для підвищення урожайності пшениці існує ряд технологій, серед яких особлива роль відводиться масштабному використанню, як синтетичних засобів захисту, так і біологічних</w:t>
      </w:r>
      <w:r>
        <w:rPr>
          <w:rFonts w:ascii="Times New Roman" w:hAnsi="Times New Roman" w:cs="Times New Roman"/>
          <w:sz w:val="28"/>
          <w:szCs w:val="28"/>
          <w:lang w:val="uk-UA"/>
        </w:rPr>
        <w:t xml:space="preserve">. </w:t>
      </w:r>
      <w:r w:rsidR="00364057" w:rsidRPr="00FE6675">
        <w:rPr>
          <w:rFonts w:ascii="Times New Roman" w:hAnsi="Times New Roman" w:cs="Times New Roman"/>
          <w:sz w:val="28"/>
          <w:szCs w:val="28"/>
          <w:lang w:val="uk-UA"/>
        </w:rPr>
        <w:t>Пестициди дають можливість захистити посіви від бур’янів. Проте через надмірне хімічне навантаження почали проявлятися і загострюватися екологічні проблеми агрофітоценозів, виникла гостра проблема забруднення довкілля і рослинницької продукції залишками агрохімікатів. Надмірна хімізація й виснаження ґрунтів приводять до різкого зниження родючості ґрунту, тому надзвичайно важливо знизити хімічне навантаження, розробити й впровадити нові методи для екологічної оптимізації захисту рослин. Тому</w:t>
      </w:r>
      <w:r w:rsidR="00364057">
        <w:rPr>
          <w:rFonts w:ascii="Times New Roman" w:hAnsi="Times New Roman" w:cs="Times New Roman"/>
          <w:sz w:val="28"/>
          <w:szCs w:val="28"/>
          <w:lang w:val="uk-UA"/>
        </w:rPr>
        <w:t>,</w:t>
      </w:r>
      <w:r w:rsidR="00364057" w:rsidRPr="00FE6675">
        <w:rPr>
          <w:rFonts w:ascii="Times New Roman" w:hAnsi="Times New Roman" w:cs="Times New Roman"/>
          <w:sz w:val="28"/>
          <w:szCs w:val="28"/>
          <w:lang w:val="uk-UA"/>
        </w:rPr>
        <w:t xml:space="preserve"> в останні роки в ряді країн світу, в тому числі і в Україні, все більша увага приділяється </w:t>
      </w:r>
      <w:proofErr w:type="spellStart"/>
      <w:r w:rsidR="00364057" w:rsidRPr="00FE6675">
        <w:rPr>
          <w:rFonts w:ascii="Times New Roman" w:hAnsi="Times New Roman" w:cs="Times New Roman"/>
          <w:sz w:val="28"/>
          <w:szCs w:val="28"/>
          <w:lang w:val="uk-UA"/>
        </w:rPr>
        <w:t>біологізації</w:t>
      </w:r>
      <w:proofErr w:type="spellEnd"/>
      <w:r w:rsidR="00364057" w:rsidRPr="00FE6675">
        <w:rPr>
          <w:rFonts w:ascii="Times New Roman" w:hAnsi="Times New Roman" w:cs="Times New Roman"/>
          <w:sz w:val="28"/>
          <w:szCs w:val="28"/>
          <w:lang w:val="uk-UA"/>
        </w:rPr>
        <w:t xml:space="preserve"> в </w:t>
      </w:r>
      <w:proofErr w:type="spellStart"/>
      <w:r w:rsidR="00364057" w:rsidRPr="00FE6675">
        <w:rPr>
          <w:rFonts w:ascii="Times New Roman" w:hAnsi="Times New Roman" w:cs="Times New Roman"/>
          <w:sz w:val="28"/>
          <w:szCs w:val="28"/>
          <w:lang w:val="uk-UA"/>
        </w:rPr>
        <w:t>агротехнології</w:t>
      </w:r>
      <w:proofErr w:type="spellEnd"/>
      <w:r w:rsidR="00364057" w:rsidRPr="00FE6675">
        <w:rPr>
          <w:rFonts w:ascii="Times New Roman" w:hAnsi="Times New Roman" w:cs="Times New Roman"/>
          <w:sz w:val="28"/>
          <w:szCs w:val="28"/>
          <w:lang w:val="uk-UA"/>
        </w:rPr>
        <w:t xml:space="preserve"> сільськогосподарських культур</w:t>
      </w:r>
      <w:r w:rsidR="00364057" w:rsidRPr="00FE6675">
        <w:rPr>
          <w:rFonts w:ascii="Times New Roman" w:hAnsi="Times New Roman" w:cs="Times New Roman"/>
          <w:sz w:val="28"/>
          <w:szCs w:val="28"/>
          <w:lang w:val="uk-UA" w:eastAsia="uk-UA" w:bidi="uk-UA"/>
        </w:rPr>
        <w:t xml:space="preserve"> [1].</w:t>
      </w:r>
      <w:r w:rsidR="00364057" w:rsidRPr="00FE6675">
        <w:rPr>
          <w:rFonts w:ascii="Times New Roman" w:hAnsi="Times New Roman" w:cs="Times New Roman"/>
          <w:sz w:val="28"/>
          <w:szCs w:val="28"/>
          <w:lang w:val="uk-UA"/>
        </w:rPr>
        <w:t xml:space="preserve"> </w:t>
      </w:r>
    </w:p>
    <w:p w14:paraId="5EB1E1AC" w14:textId="77777777" w:rsidR="00364057" w:rsidRPr="00FE6675" w:rsidRDefault="00364057" w:rsidP="003A06E5">
      <w:pPr>
        <w:pStyle w:val="ae"/>
        <w:widowControl w:val="0"/>
        <w:tabs>
          <w:tab w:val="left" w:pos="1161"/>
        </w:tabs>
        <w:autoSpaceDE w:val="0"/>
        <w:autoSpaceDN w:val="0"/>
        <w:spacing w:after="0" w:line="360" w:lineRule="auto"/>
        <w:ind w:left="0" w:firstLine="567"/>
        <w:contextualSpacing w:val="0"/>
        <w:jc w:val="both"/>
        <w:rPr>
          <w:rFonts w:ascii="Times New Roman" w:hAnsi="Times New Roman" w:cs="Times New Roman"/>
          <w:sz w:val="28"/>
          <w:szCs w:val="28"/>
          <w:lang w:val="uk-UA"/>
        </w:rPr>
      </w:pPr>
      <w:r w:rsidRPr="00FE6675">
        <w:rPr>
          <w:rFonts w:ascii="Times New Roman" w:hAnsi="Times New Roman" w:cs="Times New Roman"/>
          <w:sz w:val="28"/>
          <w:szCs w:val="28"/>
          <w:lang w:val="uk-UA" w:bidi="uk-UA"/>
        </w:rPr>
        <w:t xml:space="preserve">При використанні сучасних інтенсивних технологій за вирощування пшениці озимої не можливе застосування екологічно - небезпечних синтетичних засобів захисту, які забруднюють продукцію рослинництва, ґрунти, водойми, і цим самим негативно впливають на здоров’я людини. Тому, за останній час спостерігається новий напрямок </w:t>
      </w:r>
      <w:proofErr w:type="spellStart"/>
      <w:r w:rsidRPr="00FE6675">
        <w:rPr>
          <w:rFonts w:ascii="Times New Roman" w:hAnsi="Times New Roman" w:cs="Times New Roman"/>
          <w:sz w:val="28"/>
          <w:szCs w:val="28"/>
          <w:lang w:val="uk-UA" w:bidi="uk-UA"/>
        </w:rPr>
        <w:t>біологізації</w:t>
      </w:r>
      <w:proofErr w:type="spellEnd"/>
      <w:r w:rsidRPr="00FE6675">
        <w:rPr>
          <w:rFonts w:ascii="Times New Roman" w:hAnsi="Times New Roman" w:cs="Times New Roman"/>
          <w:sz w:val="28"/>
          <w:szCs w:val="28"/>
          <w:lang w:val="uk-UA" w:bidi="uk-UA"/>
        </w:rPr>
        <w:t xml:space="preserve"> сільського господарства, який має на меті розробку та впровадження альтернативних екологічно-безпечних систем у відповідній </w:t>
      </w:r>
      <w:proofErr w:type="spellStart"/>
      <w:r w:rsidRPr="00FE6675">
        <w:rPr>
          <w:rFonts w:ascii="Times New Roman" w:hAnsi="Times New Roman" w:cs="Times New Roman"/>
          <w:sz w:val="28"/>
          <w:szCs w:val="28"/>
          <w:lang w:val="uk-UA" w:bidi="uk-UA"/>
        </w:rPr>
        <w:t>грунтово</w:t>
      </w:r>
      <w:proofErr w:type="spellEnd"/>
      <w:r w:rsidRPr="00FE6675">
        <w:rPr>
          <w:rFonts w:ascii="Times New Roman" w:hAnsi="Times New Roman" w:cs="Times New Roman"/>
          <w:sz w:val="28"/>
          <w:szCs w:val="28"/>
          <w:lang w:val="uk-UA" w:bidi="uk-UA"/>
        </w:rPr>
        <w:t xml:space="preserve">-кліматичній зоні, </w:t>
      </w:r>
      <w:proofErr w:type="spellStart"/>
      <w:r w:rsidRPr="00FE6675">
        <w:rPr>
          <w:rFonts w:ascii="Times New Roman" w:hAnsi="Times New Roman" w:cs="Times New Roman"/>
          <w:sz w:val="28"/>
          <w:szCs w:val="28"/>
          <w:lang w:val="uk-UA" w:bidi="uk-UA"/>
        </w:rPr>
        <w:t>енерго</w:t>
      </w:r>
      <w:proofErr w:type="spellEnd"/>
      <w:r w:rsidRPr="00FE6675">
        <w:rPr>
          <w:rFonts w:ascii="Times New Roman" w:hAnsi="Times New Roman" w:cs="Times New Roman"/>
          <w:sz w:val="28"/>
          <w:szCs w:val="28"/>
          <w:lang w:val="uk-UA" w:bidi="uk-UA"/>
        </w:rPr>
        <w:t xml:space="preserve">- й </w:t>
      </w:r>
      <w:proofErr w:type="spellStart"/>
      <w:r w:rsidRPr="00FE6675">
        <w:rPr>
          <w:rFonts w:ascii="Times New Roman" w:hAnsi="Times New Roman" w:cs="Times New Roman"/>
          <w:sz w:val="28"/>
          <w:szCs w:val="28"/>
          <w:lang w:val="uk-UA" w:bidi="uk-UA"/>
        </w:rPr>
        <w:t>ресурсоощадної</w:t>
      </w:r>
      <w:proofErr w:type="spellEnd"/>
      <w:r w:rsidRPr="00FE6675">
        <w:rPr>
          <w:rFonts w:ascii="Times New Roman" w:hAnsi="Times New Roman" w:cs="Times New Roman"/>
          <w:sz w:val="28"/>
          <w:szCs w:val="28"/>
          <w:lang w:val="uk-UA" w:bidi="uk-UA"/>
        </w:rPr>
        <w:t xml:space="preserve"> технології вирощування культурних рослин, застосування біологічних препаратів для належного підтримання </w:t>
      </w:r>
      <w:proofErr w:type="spellStart"/>
      <w:r w:rsidRPr="00FE6675">
        <w:rPr>
          <w:rFonts w:ascii="Times New Roman" w:hAnsi="Times New Roman" w:cs="Times New Roman"/>
          <w:sz w:val="28"/>
          <w:szCs w:val="28"/>
          <w:lang w:val="uk-UA" w:bidi="uk-UA"/>
        </w:rPr>
        <w:t>фітосаніторного</w:t>
      </w:r>
      <w:proofErr w:type="spellEnd"/>
      <w:r w:rsidRPr="00FE6675">
        <w:rPr>
          <w:rFonts w:ascii="Times New Roman" w:hAnsi="Times New Roman" w:cs="Times New Roman"/>
          <w:sz w:val="28"/>
          <w:szCs w:val="28"/>
          <w:lang w:val="uk-UA" w:bidi="uk-UA"/>
        </w:rPr>
        <w:t xml:space="preserve"> стану довкілля [</w:t>
      </w:r>
      <w:r w:rsidR="003A06E5">
        <w:rPr>
          <w:rFonts w:ascii="Times New Roman" w:hAnsi="Times New Roman" w:cs="Times New Roman"/>
          <w:sz w:val="28"/>
          <w:szCs w:val="28"/>
          <w:lang w:val="uk-UA" w:bidi="uk-UA"/>
        </w:rPr>
        <w:t>2</w:t>
      </w:r>
      <w:r w:rsidRPr="00FE6675">
        <w:rPr>
          <w:rFonts w:ascii="Times New Roman" w:hAnsi="Times New Roman" w:cs="Times New Roman"/>
          <w:sz w:val="28"/>
          <w:szCs w:val="28"/>
          <w:lang w:val="uk-UA" w:bidi="uk-UA"/>
        </w:rPr>
        <w:t>].</w:t>
      </w:r>
      <w:r w:rsidR="003A06E5">
        <w:rPr>
          <w:rFonts w:ascii="Times New Roman" w:hAnsi="Times New Roman" w:cs="Times New Roman"/>
          <w:sz w:val="28"/>
          <w:szCs w:val="28"/>
          <w:lang w:val="uk-UA" w:bidi="uk-UA"/>
        </w:rPr>
        <w:t xml:space="preserve"> </w:t>
      </w:r>
    </w:p>
    <w:p w14:paraId="692B7A9E" w14:textId="77777777" w:rsidR="00DA5C48" w:rsidRDefault="009479D5" w:rsidP="00364057">
      <w:pPr>
        <w:spacing w:after="0" w:line="360" w:lineRule="auto"/>
        <w:ind w:firstLine="567"/>
        <w:jc w:val="both"/>
        <w:rPr>
          <w:rFonts w:ascii="Times New Roman" w:hAnsi="Times New Roman" w:cs="Times New Roman"/>
          <w:sz w:val="28"/>
          <w:szCs w:val="28"/>
          <w:lang w:val="uk-UA"/>
        </w:rPr>
      </w:pPr>
      <w:proofErr w:type="spellStart"/>
      <w:r w:rsidRPr="009479D5">
        <w:rPr>
          <w:rFonts w:ascii="Times New Roman" w:hAnsi="Times New Roman" w:cs="Times New Roman"/>
          <w:b/>
          <w:bCs/>
          <w:sz w:val="28"/>
          <w:szCs w:val="28"/>
          <w:lang w:val="ru-RU"/>
        </w:rPr>
        <w:t>Аналіз</w:t>
      </w:r>
      <w:proofErr w:type="spellEnd"/>
      <w:r w:rsidRPr="009479D5">
        <w:rPr>
          <w:rFonts w:ascii="Times New Roman" w:hAnsi="Times New Roman" w:cs="Times New Roman"/>
          <w:b/>
          <w:bCs/>
          <w:sz w:val="28"/>
          <w:szCs w:val="28"/>
          <w:lang w:val="ru-RU"/>
        </w:rPr>
        <w:t xml:space="preserve"> </w:t>
      </w:r>
      <w:proofErr w:type="spellStart"/>
      <w:r w:rsidRPr="009479D5">
        <w:rPr>
          <w:rFonts w:ascii="Times New Roman" w:hAnsi="Times New Roman" w:cs="Times New Roman"/>
          <w:b/>
          <w:bCs/>
          <w:sz w:val="28"/>
          <w:szCs w:val="28"/>
          <w:lang w:val="ru-RU"/>
        </w:rPr>
        <w:t>останніх</w:t>
      </w:r>
      <w:proofErr w:type="spellEnd"/>
      <w:r w:rsidRPr="009479D5">
        <w:rPr>
          <w:rFonts w:ascii="Times New Roman" w:hAnsi="Times New Roman" w:cs="Times New Roman"/>
          <w:b/>
          <w:bCs/>
          <w:sz w:val="28"/>
          <w:szCs w:val="28"/>
          <w:lang w:val="ru-RU"/>
        </w:rPr>
        <w:t xml:space="preserve"> </w:t>
      </w:r>
      <w:proofErr w:type="spellStart"/>
      <w:r w:rsidRPr="009479D5">
        <w:rPr>
          <w:rFonts w:ascii="Times New Roman" w:hAnsi="Times New Roman" w:cs="Times New Roman"/>
          <w:b/>
          <w:bCs/>
          <w:sz w:val="28"/>
          <w:szCs w:val="28"/>
          <w:lang w:val="ru-RU"/>
        </w:rPr>
        <w:t>досліджень</w:t>
      </w:r>
      <w:proofErr w:type="spellEnd"/>
      <w:r w:rsidRPr="009479D5">
        <w:rPr>
          <w:rFonts w:ascii="Times New Roman" w:hAnsi="Times New Roman" w:cs="Times New Roman"/>
          <w:b/>
          <w:bCs/>
          <w:sz w:val="28"/>
          <w:szCs w:val="28"/>
          <w:lang w:val="ru-RU"/>
        </w:rPr>
        <w:t xml:space="preserve"> і </w:t>
      </w:r>
      <w:proofErr w:type="spellStart"/>
      <w:r w:rsidRPr="009479D5">
        <w:rPr>
          <w:rFonts w:ascii="Times New Roman" w:hAnsi="Times New Roman" w:cs="Times New Roman"/>
          <w:b/>
          <w:bCs/>
          <w:sz w:val="28"/>
          <w:szCs w:val="28"/>
          <w:lang w:val="ru-RU"/>
        </w:rPr>
        <w:t>публікацій</w:t>
      </w:r>
      <w:proofErr w:type="spellEnd"/>
      <w:r>
        <w:rPr>
          <w:rFonts w:ascii="Times New Roman" w:hAnsi="Times New Roman" w:cs="Times New Roman"/>
          <w:b/>
          <w:bCs/>
          <w:sz w:val="28"/>
          <w:szCs w:val="28"/>
          <w:lang w:val="uk-UA"/>
        </w:rPr>
        <w:t>.</w:t>
      </w:r>
      <w:r w:rsidRPr="002C5C20">
        <w:rPr>
          <w:rFonts w:ascii="Times New Roman" w:hAnsi="Times New Roman"/>
          <w:sz w:val="28"/>
          <w:szCs w:val="28"/>
          <w:lang w:val="uk-UA"/>
        </w:rPr>
        <w:t xml:space="preserve"> </w:t>
      </w:r>
      <w:r w:rsidR="00DA5C48">
        <w:rPr>
          <w:rFonts w:ascii="Times New Roman" w:hAnsi="Times New Roman" w:cs="Times New Roman"/>
          <w:sz w:val="28"/>
          <w:szCs w:val="28"/>
          <w:lang w:val="uk-UA" w:bidi="uk-UA"/>
        </w:rPr>
        <w:t>А</w:t>
      </w:r>
      <w:r w:rsidR="00DA5C48" w:rsidRPr="00FE6675">
        <w:rPr>
          <w:rFonts w:ascii="Times New Roman" w:hAnsi="Times New Roman" w:cs="Times New Roman"/>
          <w:sz w:val="28"/>
          <w:szCs w:val="28"/>
          <w:lang w:val="uk-UA" w:bidi="uk-UA"/>
        </w:rPr>
        <w:t>ктуальним у дослідженнях є вдосконалення та розробка новітніх елементів екологічно-безпечної технології при вирощуванні пшениці озимої.</w:t>
      </w:r>
      <w:r w:rsidR="00DA5C48" w:rsidRPr="00FE6675">
        <w:rPr>
          <w:rFonts w:ascii="Times New Roman" w:hAnsi="Times New Roman" w:cs="Times New Roman"/>
          <w:sz w:val="28"/>
          <w:szCs w:val="28"/>
          <w:lang w:val="uk-UA" w:eastAsia="uk-UA" w:bidi="uk-UA"/>
        </w:rPr>
        <w:t xml:space="preserve"> Для екологічно оптимізованого захисту рослин надзвичайно важливо знижувати хімічне навантаження на рослини та ґрунт, </w:t>
      </w:r>
      <w:r w:rsidR="00DA5C48" w:rsidRPr="00FE6675">
        <w:rPr>
          <w:rFonts w:ascii="Times New Roman" w:hAnsi="Times New Roman" w:cs="Times New Roman"/>
          <w:sz w:val="28"/>
          <w:szCs w:val="28"/>
          <w:lang w:val="uk-UA" w:eastAsia="uk-UA" w:bidi="uk-UA"/>
        </w:rPr>
        <w:lastRenderedPageBreak/>
        <w:t xml:space="preserve">розкривати, розробляти й впроваджувати невикористані можливості та нові методи біотехнології. Такі заходи </w:t>
      </w:r>
      <w:proofErr w:type="spellStart"/>
      <w:r w:rsidR="00DA5C48" w:rsidRPr="00FE6675">
        <w:rPr>
          <w:rFonts w:ascii="Times New Roman" w:hAnsi="Times New Roman" w:cs="Times New Roman"/>
          <w:sz w:val="28"/>
          <w:szCs w:val="28"/>
          <w:lang w:val="uk-UA" w:eastAsia="uk-UA" w:bidi="uk-UA"/>
        </w:rPr>
        <w:t>біологізації</w:t>
      </w:r>
      <w:proofErr w:type="spellEnd"/>
      <w:r w:rsidR="00DA5C48" w:rsidRPr="00FE6675">
        <w:rPr>
          <w:rFonts w:ascii="Times New Roman" w:hAnsi="Times New Roman" w:cs="Times New Roman"/>
          <w:sz w:val="28"/>
          <w:szCs w:val="28"/>
          <w:lang w:val="uk-UA" w:eastAsia="uk-UA" w:bidi="uk-UA"/>
        </w:rPr>
        <w:t xml:space="preserve"> необхідно спрямовувати на відновлення родючості ґрунтів, підвищуючи продуктивність зерна пшениці озимої</w:t>
      </w:r>
      <w:r w:rsidR="00DA5C48" w:rsidRPr="00FE6675">
        <w:rPr>
          <w:rFonts w:ascii="Times New Roman" w:hAnsi="Times New Roman" w:cs="Times New Roman"/>
          <w:spacing w:val="-2"/>
          <w:sz w:val="28"/>
          <w:szCs w:val="28"/>
          <w:lang w:val="uk-UA" w:eastAsia="uk-UA" w:bidi="uk-UA"/>
        </w:rPr>
        <w:t xml:space="preserve"> </w:t>
      </w:r>
      <w:r w:rsidR="00DA5C48" w:rsidRPr="00FE6675">
        <w:rPr>
          <w:rFonts w:ascii="Times New Roman" w:hAnsi="Times New Roman" w:cs="Times New Roman"/>
          <w:sz w:val="28"/>
          <w:szCs w:val="28"/>
          <w:lang w:val="uk-UA" w:eastAsia="uk-UA" w:bidi="uk-UA"/>
        </w:rPr>
        <w:t>[1].</w:t>
      </w:r>
      <w:r w:rsidR="00DA5C48" w:rsidRPr="00FE6675">
        <w:rPr>
          <w:rFonts w:ascii="Times New Roman" w:hAnsi="Times New Roman" w:cs="Times New Roman"/>
          <w:sz w:val="28"/>
          <w:szCs w:val="28"/>
          <w:lang w:val="uk-UA"/>
        </w:rPr>
        <w:t xml:space="preserve"> </w:t>
      </w:r>
    </w:p>
    <w:p w14:paraId="440BF842" w14:textId="77777777" w:rsidR="00364057" w:rsidRPr="00F56A2F" w:rsidRDefault="00364057" w:rsidP="007D589F">
      <w:pPr>
        <w:spacing w:after="0" w:line="360" w:lineRule="auto"/>
        <w:ind w:firstLine="709"/>
        <w:jc w:val="both"/>
        <w:rPr>
          <w:rFonts w:ascii="Times New Roman" w:hAnsi="Times New Roman" w:cs="Times New Roman"/>
          <w:sz w:val="28"/>
          <w:szCs w:val="28"/>
          <w:lang w:val="uk-UA"/>
        </w:rPr>
      </w:pPr>
      <w:r w:rsidRPr="002C5C20">
        <w:rPr>
          <w:rFonts w:ascii="Times New Roman" w:hAnsi="Times New Roman"/>
          <w:sz w:val="28"/>
          <w:szCs w:val="28"/>
          <w:lang w:val="uk-UA"/>
        </w:rPr>
        <w:t>В умовах змін</w:t>
      </w:r>
      <w:r>
        <w:rPr>
          <w:rFonts w:ascii="Times New Roman" w:hAnsi="Times New Roman"/>
          <w:sz w:val="28"/>
          <w:szCs w:val="28"/>
          <w:lang w:val="uk-UA"/>
        </w:rPr>
        <w:t>и</w:t>
      </w:r>
      <w:r w:rsidRPr="002C5C20">
        <w:rPr>
          <w:rFonts w:ascii="Times New Roman" w:hAnsi="Times New Roman"/>
          <w:sz w:val="28"/>
          <w:szCs w:val="28"/>
          <w:lang w:val="uk-UA"/>
        </w:rPr>
        <w:t xml:space="preserve"> клімату</w:t>
      </w:r>
      <w:r>
        <w:rPr>
          <w:rFonts w:ascii="Times New Roman" w:hAnsi="Times New Roman"/>
          <w:sz w:val="28"/>
          <w:szCs w:val="28"/>
          <w:lang w:val="uk-UA"/>
        </w:rPr>
        <w:t xml:space="preserve"> та війни в Україні</w:t>
      </w:r>
      <w:r>
        <w:rPr>
          <w:rFonts w:ascii="Times New Roman" w:hAnsi="Times New Roman"/>
          <w:color w:val="231F20"/>
          <w:w w:val="105"/>
          <w:sz w:val="28"/>
          <w:szCs w:val="28"/>
          <w:lang w:val="uk-UA"/>
        </w:rPr>
        <w:t>,</w:t>
      </w:r>
      <w:r w:rsidRPr="002C5C20">
        <w:rPr>
          <w:rFonts w:ascii="Times New Roman" w:hAnsi="Times New Roman"/>
          <w:sz w:val="28"/>
          <w:szCs w:val="28"/>
          <w:lang w:val="uk-UA"/>
        </w:rPr>
        <w:t xml:space="preserve"> важлив</w:t>
      </w:r>
      <w:r>
        <w:rPr>
          <w:rFonts w:ascii="Times New Roman" w:hAnsi="Times New Roman"/>
          <w:sz w:val="28"/>
          <w:szCs w:val="28"/>
          <w:lang w:val="uk-UA"/>
        </w:rPr>
        <w:t xml:space="preserve">им </w:t>
      </w:r>
      <w:r w:rsidRPr="002C5C20">
        <w:rPr>
          <w:rFonts w:ascii="Times New Roman" w:hAnsi="Times New Roman"/>
          <w:sz w:val="28"/>
          <w:szCs w:val="28"/>
          <w:lang w:val="uk-UA"/>
        </w:rPr>
        <w:t>є пошук адаптивних елементів технологій вирощування</w:t>
      </w:r>
      <w:r>
        <w:rPr>
          <w:rFonts w:ascii="Times New Roman" w:hAnsi="Times New Roman"/>
          <w:sz w:val="28"/>
          <w:szCs w:val="28"/>
          <w:lang w:val="uk-UA"/>
        </w:rPr>
        <w:t xml:space="preserve"> пшениці озимої</w:t>
      </w:r>
      <w:r w:rsidRPr="002C5C20">
        <w:rPr>
          <w:rFonts w:ascii="Times New Roman" w:hAnsi="Times New Roman"/>
          <w:sz w:val="28"/>
          <w:szCs w:val="28"/>
          <w:lang w:val="uk-UA"/>
        </w:rPr>
        <w:t xml:space="preserve">, які </w:t>
      </w:r>
      <w:r>
        <w:rPr>
          <w:rFonts w:ascii="Times New Roman" w:hAnsi="Times New Roman"/>
          <w:sz w:val="28"/>
          <w:szCs w:val="28"/>
          <w:lang w:val="uk-UA"/>
        </w:rPr>
        <w:t xml:space="preserve">б </w:t>
      </w:r>
      <w:r w:rsidRPr="002C5C20">
        <w:rPr>
          <w:rFonts w:ascii="Times New Roman" w:hAnsi="Times New Roman"/>
          <w:sz w:val="28"/>
          <w:szCs w:val="28"/>
          <w:lang w:val="uk-UA"/>
        </w:rPr>
        <w:t>забезпеч</w:t>
      </w:r>
      <w:r>
        <w:rPr>
          <w:rFonts w:ascii="Times New Roman" w:hAnsi="Times New Roman"/>
          <w:sz w:val="28"/>
          <w:szCs w:val="28"/>
          <w:lang w:val="uk-UA"/>
        </w:rPr>
        <w:t xml:space="preserve">или </w:t>
      </w:r>
      <w:r w:rsidRPr="002C5C20">
        <w:rPr>
          <w:rFonts w:ascii="Times New Roman" w:hAnsi="Times New Roman"/>
          <w:sz w:val="28"/>
          <w:szCs w:val="28"/>
          <w:lang w:val="uk-UA"/>
        </w:rPr>
        <w:t>стабіл</w:t>
      </w:r>
      <w:r>
        <w:rPr>
          <w:rFonts w:ascii="Times New Roman" w:hAnsi="Times New Roman"/>
          <w:sz w:val="28"/>
          <w:szCs w:val="28"/>
          <w:lang w:val="uk-UA"/>
        </w:rPr>
        <w:t>ьне</w:t>
      </w:r>
      <w:r w:rsidRPr="002C5C20">
        <w:rPr>
          <w:rFonts w:ascii="Times New Roman" w:hAnsi="Times New Roman"/>
          <w:sz w:val="28"/>
          <w:szCs w:val="28"/>
          <w:lang w:val="uk-UA"/>
        </w:rPr>
        <w:t xml:space="preserve"> збільшення продуктивності </w:t>
      </w:r>
      <w:r>
        <w:rPr>
          <w:rFonts w:ascii="Times New Roman" w:hAnsi="Times New Roman"/>
          <w:sz w:val="28"/>
          <w:szCs w:val="28"/>
          <w:lang w:val="uk-UA"/>
        </w:rPr>
        <w:t>сільськогосподарської культури за</w:t>
      </w:r>
      <w:r w:rsidRPr="002C5C20">
        <w:rPr>
          <w:rFonts w:ascii="Times New Roman" w:hAnsi="Times New Roman"/>
          <w:sz w:val="28"/>
          <w:szCs w:val="28"/>
          <w:lang w:val="uk-UA"/>
        </w:rPr>
        <w:t xml:space="preserve"> </w:t>
      </w:r>
      <w:r>
        <w:rPr>
          <w:rFonts w:ascii="Times New Roman" w:hAnsi="Times New Roman"/>
          <w:sz w:val="28"/>
          <w:szCs w:val="28"/>
          <w:lang w:val="uk-UA"/>
        </w:rPr>
        <w:t>використ</w:t>
      </w:r>
      <w:r w:rsidRPr="002C5C20">
        <w:rPr>
          <w:rFonts w:ascii="Times New Roman" w:hAnsi="Times New Roman"/>
          <w:sz w:val="28"/>
          <w:szCs w:val="28"/>
          <w:lang w:val="uk-UA"/>
        </w:rPr>
        <w:t xml:space="preserve">ання сучасних </w:t>
      </w:r>
      <w:r>
        <w:rPr>
          <w:rFonts w:ascii="Times New Roman" w:hAnsi="Times New Roman"/>
          <w:sz w:val="28"/>
          <w:szCs w:val="28"/>
          <w:lang w:val="uk-UA"/>
        </w:rPr>
        <w:t>прийомів</w:t>
      </w:r>
      <w:r w:rsidRPr="002C5C20">
        <w:rPr>
          <w:rFonts w:ascii="Times New Roman" w:hAnsi="Times New Roman"/>
          <w:sz w:val="28"/>
          <w:szCs w:val="28"/>
          <w:lang w:val="uk-UA"/>
        </w:rPr>
        <w:t xml:space="preserve">, </w:t>
      </w:r>
      <w:r>
        <w:rPr>
          <w:rFonts w:ascii="Times New Roman" w:hAnsi="Times New Roman"/>
          <w:sz w:val="28"/>
          <w:szCs w:val="28"/>
          <w:lang w:val="uk-UA"/>
        </w:rPr>
        <w:t xml:space="preserve">що нині є </w:t>
      </w:r>
      <w:r w:rsidRPr="002C5C20">
        <w:rPr>
          <w:rFonts w:ascii="Times New Roman" w:hAnsi="Times New Roman"/>
          <w:sz w:val="28"/>
          <w:szCs w:val="28"/>
          <w:lang w:val="uk-UA"/>
        </w:rPr>
        <w:t xml:space="preserve"> актуальн</w:t>
      </w:r>
      <w:r>
        <w:rPr>
          <w:rFonts w:ascii="Times New Roman" w:hAnsi="Times New Roman"/>
          <w:sz w:val="28"/>
          <w:szCs w:val="28"/>
          <w:lang w:val="uk-UA"/>
        </w:rPr>
        <w:t>им</w:t>
      </w:r>
      <w:r w:rsidRPr="002C5C20">
        <w:rPr>
          <w:rFonts w:ascii="Times New Roman" w:hAnsi="Times New Roman"/>
          <w:sz w:val="28"/>
          <w:szCs w:val="28"/>
          <w:lang w:val="uk-UA"/>
        </w:rPr>
        <w:t xml:space="preserve"> </w:t>
      </w:r>
      <w:r w:rsidRPr="002C5C20">
        <w:rPr>
          <w:rFonts w:ascii="Times New Roman" w:hAnsi="Times New Roman"/>
          <w:sz w:val="28"/>
          <w:szCs w:val="28"/>
          <w:lang w:val="uk-UA" w:eastAsia="ru-RU"/>
        </w:rPr>
        <w:t>[</w:t>
      </w:r>
      <w:r w:rsidR="00F56A2F">
        <w:rPr>
          <w:rFonts w:ascii="Times New Roman" w:hAnsi="Times New Roman"/>
          <w:sz w:val="28"/>
          <w:szCs w:val="28"/>
          <w:lang w:val="uk-UA" w:eastAsia="ru-RU"/>
        </w:rPr>
        <w:t>3</w:t>
      </w:r>
      <w:r w:rsidRPr="002C5C20">
        <w:rPr>
          <w:rFonts w:ascii="Times New Roman" w:hAnsi="Times New Roman"/>
          <w:sz w:val="28"/>
          <w:szCs w:val="28"/>
          <w:lang w:val="uk-UA"/>
        </w:rPr>
        <w:t>].</w:t>
      </w:r>
      <w:r w:rsidRPr="007A05FC">
        <w:rPr>
          <w:rFonts w:ascii="Times New Roman" w:hAnsi="Times New Roman"/>
          <w:sz w:val="28"/>
          <w:szCs w:val="28"/>
          <w:lang w:val="uk-UA"/>
        </w:rPr>
        <w:t xml:space="preserve"> </w:t>
      </w:r>
      <w:r w:rsidRPr="009E4EC8">
        <w:rPr>
          <w:rFonts w:ascii="Times New Roman" w:hAnsi="Times New Roman"/>
          <w:sz w:val="28"/>
          <w:szCs w:val="28"/>
          <w:lang w:val="uk-UA"/>
        </w:rPr>
        <w:t>Однак</w:t>
      </w:r>
      <w:r>
        <w:rPr>
          <w:rFonts w:ascii="Times New Roman" w:hAnsi="Times New Roman"/>
          <w:sz w:val="28"/>
          <w:szCs w:val="28"/>
          <w:lang w:val="uk-UA"/>
        </w:rPr>
        <w:t>,</w:t>
      </w:r>
      <w:r w:rsidRPr="009E4EC8">
        <w:rPr>
          <w:rFonts w:ascii="Times New Roman" w:hAnsi="Times New Roman"/>
          <w:sz w:val="28"/>
          <w:szCs w:val="28"/>
          <w:lang w:val="uk-UA"/>
        </w:rPr>
        <w:t xml:space="preserve"> для зменшення екологічної небезпечності гербіцидів поліпшується їх асортимент, вдосконалюються технології використання, розробляються і вводяться в склад препаратів антидоти, ведеться селекція рослин на стійкість до гербіцидів [</w:t>
      </w:r>
      <w:r>
        <w:rPr>
          <w:rFonts w:ascii="Times New Roman" w:hAnsi="Times New Roman"/>
          <w:sz w:val="28"/>
          <w:szCs w:val="28"/>
          <w:lang w:val="uk-UA"/>
        </w:rPr>
        <w:t>4</w:t>
      </w:r>
      <w:r w:rsidRPr="009E4EC8">
        <w:rPr>
          <w:rFonts w:ascii="Times New Roman" w:hAnsi="Times New Roman"/>
          <w:sz w:val="28"/>
          <w:szCs w:val="28"/>
          <w:lang w:val="uk-UA"/>
        </w:rPr>
        <w:t xml:space="preserve">]. </w:t>
      </w:r>
    </w:p>
    <w:p w14:paraId="1A3FD54B" w14:textId="77777777" w:rsidR="00364057" w:rsidRDefault="00364057" w:rsidP="007D589F">
      <w:pPr>
        <w:pStyle w:val="ae"/>
        <w:tabs>
          <w:tab w:val="left" w:pos="709"/>
        </w:tabs>
        <w:spacing w:after="0" w:line="360" w:lineRule="auto"/>
        <w:ind w:left="0" w:firstLine="709"/>
        <w:jc w:val="both"/>
        <w:rPr>
          <w:rFonts w:ascii="Times New Roman" w:hAnsi="Times New Roman"/>
          <w:sz w:val="28"/>
          <w:szCs w:val="28"/>
          <w:lang w:val="ru-RU"/>
        </w:rPr>
      </w:pPr>
      <w:r w:rsidRPr="006E69F3">
        <w:rPr>
          <w:rFonts w:ascii="Times New Roman" w:hAnsi="Times New Roman"/>
          <w:sz w:val="28"/>
          <w:szCs w:val="28"/>
          <w:lang w:val="ru-RU"/>
        </w:rPr>
        <w:t xml:space="preserve">Зернова </w:t>
      </w:r>
      <w:proofErr w:type="spellStart"/>
      <w:r w:rsidRPr="006E69F3">
        <w:rPr>
          <w:rFonts w:ascii="Times New Roman" w:hAnsi="Times New Roman"/>
          <w:sz w:val="28"/>
          <w:szCs w:val="28"/>
          <w:lang w:val="ru-RU"/>
        </w:rPr>
        <w:t>галузь</w:t>
      </w:r>
      <w:proofErr w:type="spellEnd"/>
      <w:r w:rsidRPr="006E69F3">
        <w:rPr>
          <w:rFonts w:ascii="Times New Roman" w:hAnsi="Times New Roman"/>
          <w:sz w:val="28"/>
          <w:szCs w:val="28"/>
          <w:lang w:val="ru-RU"/>
        </w:rPr>
        <w:t xml:space="preserve"> є </w:t>
      </w:r>
      <w:proofErr w:type="spellStart"/>
      <w:r w:rsidRPr="006E69F3">
        <w:rPr>
          <w:rFonts w:ascii="Times New Roman" w:hAnsi="Times New Roman"/>
          <w:sz w:val="28"/>
          <w:szCs w:val="28"/>
          <w:lang w:val="ru-RU"/>
        </w:rPr>
        <w:t>запорукою</w:t>
      </w:r>
      <w:proofErr w:type="spellEnd"/>
      <w:r w:rsidRPr="006E69F3">
        <w:rPr>
          <w:rFonts w:ascii="Times New Roman" w:hAnsi="Times New Roman"/>
          <w:sz w:val="28"/>
          <w:szCs w:val="28"/>
          <w:lang w:val="ru-RU"/>
        </w:rPr>
        <w:t xml:space="preserve"> </w:t>
      </w:r>
      <w:proofErr w:type="spellStart"/>
      <w:r w:rsidRPr="006E69F3">
        <w:rPr>
          <w:rFonts w:ascii="Times New Roman" w:hAnsi="Times New Roman"/>
          <w:sz w:val="28"/>
          <w:szCs w:val="28"/>
          <w:lang w:val="ru-RU"/>
        </w:rPr>
        <w:t>сталого</w:t>
      </w:r>
      <w:proofErr w:type="spellEnd"/>
      <w:r w:rsidRPr="006E69F3">
        <w:rPr>
          <w:rFonts w:ascii="Times New Roman" w:hAnsi="Times New Roman"/>
          <w:sz w:val="28"/>
          <w:szCs w:val="28"/>
          <w:lang w:val="ru-RU"/>
        </w:rPr>
        <w:t xml:space="preserve"> </w:t>
      </w:r>
      <w:proofErr w:type="spellStart"/>
      <w:r w:rsidRPr="006E69F3">
        <w:rPr>
          <w:rFonts w:ascii="Times New Roman" w:hAnsi="Times New Roman"/>
          <w:sz w:val="28"/>
          <w:szCs w:val="28"/>
          <w:lang w:val="ru-RU"/>
        </w:rPr>
        <w:t>розвитку</w:t>
      </w:r>
      <w:proofErr w:type="spellEnd"/>
      <w:r w:rsidRPr="006E69F3">
        <w:rPr>
          <w:rFonts w:ascii="Times New Roman" w:hAnsi="Times New Roman"/>
          <w:sz w:val="28"/>
          <w:szCs w:val="28"/>
          <w:lang w:val="ru-RU"/>
        </w:rPr>
        <w:t xml:space="preserve"> АПК. </w:t>
      </w:r>
      <w:proofErr w:type="spellStart"/>
      <w:r w:rsidRPr="006E69F3">
        <w:rPr>
          <w:rFonts w:ascii="Times New Roman" w:hAnsi="Times New Roman"/>
          <w:sz w:val="28"/>
          <w:szCs w:val="28"/>
          <w:lang w:val="ru-RU"/>
        </w:rPr>
        <w:t>Г</w:t>
      </w:r>
      <w:r w:rsidRPr="006E69F3">
        <w:rPr>
          <w:rFonts w:ascii="Times New Roman" w:hAnsi="Times New Roman"/>
          <w:color w:val="231F20"/>
          <w:sz w:val="28"/>
          <w:szCs w:val="28"/>
          <w:lang w:val="ru-RU"/>
        </w:rPr>
        <w:t>оловн</w:t>
      </w:r>
      <w:r>
        <w:rPr>
          <w:rFonts w:ascii="Times New Roman" w:hAnsi="Times New Roman"/>
          <w:color w:val="231F20"/>
          <w:sz w:val="28"/>
          <w:szCs w:val="28"/>
          <w:lang w:val="uk-UA"/>
        </w:rPr>
        <w:t>ою</w:t>
      </w:r>
      <w:proofErr w:type="spellEnd"/>
      <w:r w:rsidRPr="006E69F3">
        <w:rPr>
          <w:rFonts w:ascii="Times New Roman" w:hAnsi="Times New Roman"/>
          <w:color w:val="231F20"/>
          <w:sz w:val="28"/>
          <w:szCs w:val="28"/>
          <w:lang w:val="ru-RU"/>
        </w:rPr>
        <w:t xml:space="preserve"> </w:t>
      </w:r>
      <w:proofErr w:type="spellStart"/>
      <w:r w:rsidRPr="006E69F3">
        <w:rPr>
          <w:rFonts w:ascii="Times New Roman" w:hAnsi="Times New Roman"/>
          <w:color w:val="231F20"/>
          <w:sz w:val="28"/>
          <w:szCs w:val="28"/>
          <w:lang w:val="ru-RU"/>
        </w:rPr>
        <w:t>зернов</w:t>
      </w:r>
      <w:r>
        <w:rPr>
          <w:rFonts w:ascii="Times New Roman" w:hAnsi="Times New Roman"/>
          <w:color w:val="231F20"/>
          <w:sz w:val="28"/>
          <w:szCs w:val="28"/>
          <w:lang w:val="uk-UA"/>
        </w:rPr>
        <w:t>ою</w:t>
      </w:r>
      <w:proofErr w:type="spellEnd"/>
      <w:r w:rsidRPr="006E69F3">
        <w:rPr>
          <w:rFonts w:ascii="Times New Roman" w:hAnsi="Times New Roman"/>
          <w:color w:val="231F20"/>
          <w:sz w:val="28"/>
          <w:szCs w:val="28"/>
          <w:lang w:val="ru-RU"/>
        </w:rPr>
        <w:t xml:space="preserve"> та </w:t>
      </w:r>
      <w:proofErr w:type="spellStart"/>
      <w:r w:rsidRPr="006E69F3">
        <w:rPr>
          <w:rFonts w:ascii="Times New Roman" w:hAnsi="Times New Roman"/>
          <w:color w:val="231F20"/>
          <w:sz w:val="28"/>
          <w:szCs w:val="28"/>
          <w:lang w:val="ru-RU"/>
        </w:rPr>
        <w:t>продовольч</w:t>
      </w:r>
      <w:r>
        <w:rPr>
          <w:rFonts w:ascii="Times New Roman" w:hAnsi="Times New Roman"/>
          <w:color w:val="231F20"/>
          <w:sz w:val="28"/>
          <w:szCs w:val="28"/>
          <w:lang w:val="uk-UA"/>
        </w:rPr>
        <w:t>ою</w:t>
      </w:r>
      <w:proofErr w:type="spellEnd"/>
      <w:r w:rsidRPr="006E69F3">
        <w:rPr>
          <w:rFonts w:ascii="Times New Roman" w:hAnsi="Times New Roman"/>
          <w:color w:val="231F20"/>
          <w:sz w:val="28"/>
          <w:szCs w:val="28"/>
          <w:lang w:val="ru-RU"/>
        </w:rPr>
        <w:t xml:space="preserve"> культур</w:t>
      </w:r>
      <w:proofErr w:type="spellStart"/>
      <w:r>
        <w:rPr>
          <w:rFonts w:ascii="Times New Roman" w:hAnsi="Times New Roman"/>
          <w:color w:val="231F20"/>
          <w:sz w:val="28"/>
          <w:szCs w:val="28"/>
          <w:lang w:val="uk-UA"/>
        </w:rPr>
        <w:t>ою</w:t>
      </w:r>
      <w:proofErr w:type="spellEnd"/>
      <w:r w:rsidRPr="006E69F3">
        <w:rPr>
          <w:rFonts w:ascii="Times New Roman" w:hAnsi="Times New Roman"/>
          <w:color w:val="231F20"/>
          <w:sz w:val="28"/>
          <w:szCs w:val="28"/>
          <w:lang w:val="ru-RU"/>
        </w:rPr>
        <w:t xml:space="preserve"> </w:t>
      </w:r>
      <w:r w:rsidRPr="006E69F3">
        <w:rPr>
          <w:rFonts w:ascii="Times New Roman" w:hAnsi="Times New Roman"/>
          <w:sz w:val="28"/>
          <w:szCs w:val="28"/>
          <w:lang w:val="ru-RU"/>
        </w:rPr>
        <w:t xml:space="preserve">Степу та </w:t>
      </w:r>
      <w:proofErr w:type="spellStart"/>
      <w:r w:rsidRPr="006E69F3">
        <w:rPr>
          <w:rFonts w:ascii="Times New Roman" w:hAnsi="Times New Roman"/>
          <w:sz w:val="28"/>
          <w:szCs w:val="28"/>
          <w:lang w:val="ru-RU"/>
        </w:rPr>
        <w:t>Лісостепу</w:t>
      </w:r>
      <w:proofErr w:type="spellEnd"/>
      <w:r w:rsidRPr="006E69F3">
        <w:rPr>
          <w:rFonts w:ascii="Times New Roman" w:hAnsi="Times New Roman"/>
          <w:sz w:val="28"/>
          <w:szCs w:val="28"/>
          <w:lang w:val="ru-RU"/>
        </w:rPr>
        <w:t xml:space="preserve"> </w:t>
      </w:r>
      <w:proofErr w:type="spellStart"/>
      <w:r w:rsidRPr="006E69F3">
        <w:rPr>
          <w:rFonts w:ascii="Times New Roman" w:hAnsi="Times New Roman"/>
          <w:sz w:val="28"/>
          <w:szCs w:val="28"/>
          <w:lang w:val="ru-RU"/>
        </w:rPr>
        <w:t>України</w:t>
      </w:r>
      <w:proofErr w:type="spellEnd"/>
      <w:r w:rsidRPr="006E69F3">
        <w:rPr>
          <w:rFonts w:ascii="Times New Roman" w:hAnsi="Times New Roman"/>
          <w:sz w:val="28"/>
          <w:szCs w:val="28"/>
          <w:lang w:val="ru-RU"/>
        </w:rPr>
        <w:t xml:space="preserve"> є </w:t>
      </w:r>
      <w:proofErr w:type="spellStart"/>
      <w:r w:rsidRPr="006E69F3">
        <w:rPr>
          <w:rFonts w:ascii="Times New Roman" w:hAnsi="Times New Roman"/>
          <w:sz w:val="28"/>
          <w:szCs w:val="28"/>
          <w:lang w:val="ru-RU"/>
        </w:rPr>
        <w:t>пшениця</w:t>
      </w:r>
      <w:proofErr w:type="spellEnd"/>
      <w:r w:rsidRPr="006E69F3">
        <w:rPr>
          <w:rFonts w:ascii="Times New Roman" w:hAnsi="Times New Roman"/>
          <w:sz w:val="28"/>
          <w:szCs w:val="28"/>
          <w:lang w:val="ru-RU"/>
        </w:rPr>
        <w:t xml:space="preserve"> </w:t>
      </w:r>
      <w:proofErr w:type="spellStart"/>
      <w:r w:rsidRPr="006E69F3">
        <w:rPr>
          <w:rFonts w:ascii="Times New Roman" w:hAnsi="Times New Roman"/>
          <w:sz w:val="28"/>
          <w:szCs w:val="28"/>
          <w:lang w:val="ru-RU"/>
        </w:rPr>
        <w:t>озима</w:t>
      </w:r>
      <w:proofErr w:type="spellEnd"/>
      <w:r w:rsidRPr="006E69F3">
        <w:rPr>
          <w:rFonts w:ascii="Times New Roman" w:hAnsi="Times New Roman"/>
          <w:sz w:val="28"/>
          <w:szCs w:val="28"/>
          <w:lang w:val="ru-RU"/>
        </w:rPr>
        <w:t xml:space="preserve">, </w:t>
      </w:r>
      <w:proofErr w:type="spellStart"/>
      <w:r w:rsidRPr="006E69F3">
        <w:rPr>
          <w:rFonts w:ascii="Times New Roman" w:hAnsi="Times New Roman"/>
          <w:sz w:val="28"/>
          <w:szCs w:val="28"/>
          <w:lang w:val="ru-RU"/>
        </w:rPr>
        <w:t>збільшення</w:t>
      </w:r>
      <w:proofErr w:type="spellEnd"/>
      <w:r w:rsidRPr="006E69F3">
        <w:rPr>
          <w:rFonts w:ascii="Times New Roman" w:hAnsi="Times New Roman"/>
          <w:sz w:val="28"/>
          <w:szCs w:val="28"/>
          <w:lang w:val="ru-RU"/>
        </w:rPr>
        <w:t xml:space="preserve"> </w:t>
      </w:r>
      <w:proofErr w:type="spellStart"/>
      <w:r w:rsidRPr="006E69F3">
        <w:rPr>
          <w:rFonts w:ascii="Times New Roman" w:hAnsi="Times New Roman"/>
          <w:sz w:val="28"/>
          <w:szCs w:val="28"/>
          <w:lang w:val="ru-RU"/>
        </w:rPr>
        <w:t>виробництва</w:t>
      </w:r>
      <w:proofErr w:type="spellEnd"/>
      <w:r w:rsidRPr="006E69F3">
        <w:rPr>
          <w:rFonts w:ascii="Times New Roman" w:hAnsi="Times New Roman"/>
          <w:sz w:val="28"/>
          <w:szCs w:val="28"/>
          <w:lang w:val="ru-RU"/>
        </w:rPr>
        <w:t xml:space="preserve"> зерна</w:t>
      </w:r>
      <w:r w:rsidRPr="006E69F3">
        <w:rPr>
          <w:rFonts w:ascii="Times New Roman" w:hAnsi="Times New Roman"/>
          <w:spacing w:val="-4"/>
          <w:sz w:val="28"/>
          <w:szCs w:val="28"/>
          <w:lang w:val="ru-RU"/>
        </w:rPr>
        <w:t xml:space="preserve"> </w:t>
      </w:r>
      <w:proofErr w:type="spellStart"/>
      <w:r w:rsidRPr="006E69F3">
        <w:rPr>
          <w:rFonts w:ascii="Times New Roman" w:hAnsi="Times New Roman"/>
          <w:sz w:val="28"/>
          <w:szCs w:val="28"/>
          <w:lang w:val="ru-RU"/>
        </w:rPr>
        <w:t>якої</w:t>
      </w:r>
      <w:proofErr w:type="spellEnd"/>
      <w:r w:rsidRPr="006E69F3">
        <w:rPr>
          <w:rFonts w:ascii="Times New Roman" w:hAnsi="Times New Roman"/>
          <w:spacing w:val="-4"/>
          <w:sz w:val="28"/>
          <w:szCs w:val="28"/>
          <w:lang w:val="ru-RU"/>
        </w:rPr>
        <w:t xml:space="preserve"> </w:t>
      </w:r>
      <w:proofErr w:type="spellStart"/>
      <w:r w:rsidRPr="006E69F3">
        <w:rPr>
          <w:rFonts w:ascii="Times New Roman" w:hAnsi="Times New Roman"/>
          <w:sz w:val="28"/>
          <w:szCs w:val="28"/>
          <w:lang w:val="ru-RU"/>
        </w:rPr>
        <w:t>здатне</w:t>
      </w:r>
      <w:proofErr w:type="spellEnd"/>
      <w:r w:rsidRPr="006E69F3">
        <w:rPr>
          <w:rFonts w:ascii="Times New Roman" w:hAnsi="Times New Roman"/>
          <w:spacing w:val="-4"/>
          <w:sz w:val="28"/>
          <w:szCs w:val="28"/>
          <w:lang w:val="ru-RU"/>
        </w:rPr>
        <w:t xml:space="preserve"> </w:t>
      </w:r>
      <w:proofErr w:type="spellStart"/>
      <w:r w:rsidRPr="006E69F3">
        <w:rPr>
          <w:rFonts w:ascii="Times New Roman" w:hAnsi="Times New Roman"/>
          <w:sz w:val="28"/>
          <w:szCs w:val="28"/>
          <w:lang w:val="ru-RU"/>
        </w:rPr>
        <w:t>задовольнити</w:t>
      </w:r>
      <w:proofErr w:type="spellEnd"/>
      <w:r w:rsidRPr="006E69F3">
        <w:rPr>
          <w:rFonts w:ascii="Times New Roman" w:hAnsi="Times New Roman"/>
          <w:spacing w:val="-4"/>
          <w:sz w:val="28"/>
          <w:szCs w:val="28"/>
          <w:lang w:val="ru-RU"/>
        </w:rPr>
        <w:t xml:space="preserve"> </w:t>
      </w:r>
      <w:proofErr w:type="spellStart"/>
      <w:r w:rsidRPr="006E69F3">
        <w:rPr>
          <w:rFonts w:ascii="Times New Roman" w:hAnsi="Times New Roman"/>
          <w:sz w:val="28"/>
          <w:szCs w:val="28"/>
          <w:lang w:val="ru-RU"/>
        </w:rPr>
        <w:t>продовольчі</w:t>
      </w:r>
      <w:proofErr w:type="spellEnd"/>
      <w:r w:rsidRPr="006E69F3">
        <w:rPr>
          <w:rFonts w:ascii="Times New Roman" w:hAnsi="Times New Roman"/>
          <w:spacing w:val="-4"/>
          <w:sz w:val="28"/>
          <w:szCs w:val="28"/>
          <w:lang w:val="ru-RU"/>
        </w:rPr>
        <w:t xml:space="preserve"> </w:t>
      </w:r>
      <w:r w:rsidRPr="006E69F3">
        <w:rPr>
          <w:rFonts w:ascii="Times New Roman" w:hAnsi="Times New Roman"/>
          <w:sz w:val="28"/>
          <w:szCs w:val="28"/>
          <w:lang w:val="ru-RU"/>
        </w:rPr>
        <w:t>потреби</w:t>
      </w:r>
      <w:r w:rsidRPr="006E69F3">
        <w:rPr>
          <w:rFonts w:ascii="Times New Roman" w:hAnsi="Times New Roman"/>
          <w:spacing w:val="-4"/>
          <w:sz w:val="28"/>
          <w:szCs w:val="28"/>
          <w:lang w:val="ru-RU"/>
        </w:rPr>
        <w:t xml:space="preserve"> </w:t>
      </w:r>
      <w:proofErr w:type="spellStart"/>
      <w:r w:rsidRPr="006E69F3">
        <w:rPr>
          <w:rFonts w:ascii="Times New Roman" w:hAnsi="Times New Roman"/>
          <w:sz w:val="28"/>
          <w:szCs w:val="28"/>
          <w:lang w:val="ru-RU"/>
        </w:rPr>
        <w:t>населення</w:t>
      </w:r>
      <w:proofErr w:type="spellEnd"/>
      <w:r w:rsidRPr="006E69F3">
        <w:rPr>
          <w:rFonts w:ascii="Times New Roman" w:hAnsi="Times New Roman"/>
          <w:spacing w:val="-4"/>
          <w:sz w:val="28"/>
          <w:szCs w:val="28"/>
          <w:lang w:val="ru-RU"/>
        </w:rPr>
        <w:t xml:space="preserve"> </w:t>
      </w:r>
      <w:proofErr w:type="spellStart"/>
      <w:r w:rsidRPr="006E69F3">
        <w:rPr>
          <w:rFonts w:ascii="Times New Roman" w:hAnsi="Times New Roman"/>
          <w:sz w:val="28"/>
          <w:szCs w:val="28"/>
          <w:lang w:val="ru-RU"/>
        </w:rPr>
        <w:t>держави</w:t>
      </w:r>
      <w:proofErr w:type="spellEnd"/>
      <w:r w:rsidRPr="006E69F3">
        <w:rPr>
          <w:rFonts w:ascii="Times New Roman" w:hAnsi="Times New Roman"/>
          <w:spacing w:val="-4"/>
          <w:sz w:val="28"/>
          <w:szCs w:val="28"/>
          <w:lang w:val="ru-RU"/>
        </w:rPr>
        <w:t xml:space="preserve"> </w:t>
      </w:r>
      <w:r w:rsidRPr="006E69F3">
        <w:rPr>
          <w:rFonts w:ascii="Times New Roman" w:hAnsi="Times New Roman"/>
          <w:sz w:val="28"/>
          <w:szCs w:val="28"/>
          <w:lang w:val="ru-RU"/>
        </w:rPr>
        <w:t>та</w:t>
      </w:r>
      <w:r w:rsidRPr="006E69F3">
        <w:rPr>
          <w:rFonts w:ascii="Times New Roman" w:hAnsi="Times New Roman"/>
          <w:spacing w:val="-4"/>
          <w:sz w:val="28"/>
          <w:szCs w:val="28"/>
          <w:lang w:val="ru-RU"/>
        </w:rPr>
        <w:t xml:space="preserve"> </w:t>
      </w:r>
      <w:proofErr w:type="spellStart"/>
      <w:r w:rsidRPr="006E69F3">
        <w:rPr>
          <w:rFonts w:ascii="Times New Roman" w:hAnsi="Times New Roman"/>
          <w:sz w:val="28"/>
          <w:szCs w:val="28"/>
          <w:lang w:val="ru-RU"/>
        </w:rPr>
        <w:t>істотно</w:t>
      </w:r>
      <w:proofErr w:type="spellEnd"/>
      <w:r w:rsidRPr="006E69F3">
        <w:rPr>
          <w:rFonts w:ascii="Times New Roman" w:hAnsi="Times New Roman"/>
          <w:spacing w:val="-2"/>
          <w:sz w:val="28"/>
          <w:szCs w:val="28"/>
          <w:lang w:val="ru-RU"/>
        </w:rPr>
        <w:t xml:space="preserve"> </w:t>
      </w:r>
      <w:proofErr w:type="spellStart"/>
      <w:r w:rsidRPr="006E69F3">
        <w:rPr>
          <w:rFonts w:ascii="Times New Roman" w:hAnsi="Times New Roman"/>
          <w:sz w:val="28"/>
          <w:szCs w:val="28"/>
          <w:lang w:val="ru-RU"/>
        </w:rPr>
        <w:t>збільшити</w:t>
      </w:r>
      <w:proofErr w:type="spellEnd"/>
      <w:r w:rsidRPr="006E69F3">
        <w:rPr>
          <w:rFonts w:ascii="Times New Roman" w:hAnsi="Times New Roman"/>
          <w:spacing w:val="-2"/>
          <w:sz w:val="28"/>
          <w:szCs w:val="28"/>
          <w:lang w:val="ru-RU"/>
        </w:rPr>
        <w:t xml:space="preserve"> </w:t>
      </w:r>
      <w:proofErr w:type="spellStart"/>
      <w:r w:rsidRPr="006E69F3">
        <w:rPr>
          <w:rFonts w:ascii="Times New Roman" w:hAnsi="Times New Roman"/>
          <w:sz w:val="28"/>
          <w:szCs w:val="28"/>
          <w:lang w:val="ru-RU"/>
        </w:rPr>
        <w:t>обсяги</w:t>
      </w:r>
      <w:proofErr w:type="spellEnd"/>
      <w:r w:rsidRPr="006E69F3">
        <w:rPr>
          <w:rFonts w:ascii="Times New Roman" w:hAnsi="Times New Roman"/>
          <w:spacing w:val="-2"/>
          <w:sz w:val="28"/>
          <w:szCs w:val="28"/>
          <w:lang w:val="ru-RU"/>
        </w:rPr>
        <w:t xml:space="preserve"> </w:t>
      </w:r>
      <w:proofErr w:type="spellStart"/>
      <w:r w:rsidRPr="006E69F3">
        <w:rPr>
          <w:rFonts w:ascii="Times New Roman" w:hAnsi="Times New Roman"/>
          <w:sz w:val="28"/>
          <w:szCs w:val="28"/>
          <w:lang w:val="ru-RU"/>
        </w:rPr>
        <w:t>експорту</w:t>
      </w:r>
      <w:proofErr w:type="spellEnd"/>
      <w:r w:rsidRPr="006E69F3">
        <w:rPr>
          <w:rFonts w:ascii="Times New Roman" w:hAnsi="Times New Roman"/>
          <w:spacing w:val="-2"/>
          <w:sz w:val="28"/>
          <w:szCs w:val="28"/>
          <w:lang w:val="ru-RU"/>
        </w:rPr>
        <w:t xml:space="preserve"> </w:t>
      </w:r>
      <w:proofErr w:type="spellStart"/>
      <w:r w:rsidRPr="006E69F3">
        <w:rPr>
          <w:rFonts w:ascii="Times New Roman" w:hAnsi="Times New Roman"/>
          <w:sz w:val="28"/>
          <w:szCs w:val="28"/>
          <w:lang w:val="ru-RU"/>
        </w:rPr>
        <w:t>зернової</w:t>
      </w:r>
      <w:proofErr w:type="spellEnd"/>
      <w:r w:rsidRPr="006E69F3">
        <w:rPr>
          <w:rFonts w:ascii="Times New Roman" w:hAnsi="Times New Roman"/>
          <w:spacing w:val="-2"/>
          <w:sz w:val="28"/>
          <w:szCs w:val="28"/>
          <w:lang w:val="ru-RU"/>
        </w:rPr>
        <w:t xml:space="preserve"> </w:t>
      </w:r>
      <w:proofErr w:type="spellStart"/>
      <w:r w:rsidRPr="006E69F3">
        <w:rPr>
          <w:rFonts w:ascii="Times New Roman" w:hAnsi="Times New Roman"/>
          <w:sz w:val="28"/>
          <w:szCs w:val="28"/>
          <w:lang w:val="ru-RU"/>
        </w:rPr>
        <w:t>продукції</w:t>
      </w:r>
      <w:proofErr w:type="spellEnd"/>
      <w:r w:rsidRPr="006E69F3">
        <w:rPr>
          <w:rFonts w:ascii="Times New Roman" w:hAnsi="Times New Roman"/>
          <w:spacing w:val="-3"/>
          <w:sz w:val="28"/>
          <w:szCs w:val="28"/>
          <w:lang w:val="ru-RU"/>
        </w:rPr>
        <w:t xml:space="preserve"> </w:t>
      </w:r>
      <w:r w:rsidRPr="006E69F3">
        <w:rPr>
          <w:rFonts w:ascii="Times New Roman" w:hAnsi="Times New Roman"/>
          <w:sz w:val="28"/>
          <w:szCs w:val="28"/>
          <w:lang w:val="ru-RU"/>
        </w:rPr>
        <w:t>[</w:t>
      </w:r>
      <w:r>
        <w:rPr>
          <w:rFonts w:ascii="Times New Roman" w:hAnsi="Times New Roman"/>
          <w:sz w:val="28"/>
          <w:szCs w:val="28"/>
          <w:lang w:val="uk-UA"/>
        </w:rPr>
        <w:t>5, 6</w:t>
      </w:r>
      <w:r w:rsidRPr="006E69F3">
        <w:rPr>
          <w:rFonts w:ascii="Times New Roman" w:hAnsi="Times New Roman"/>
          <w:sz w:val="28"/>
          <w:szCs w:val="28"/>
          <w:lang w:val="ru-RU"/>
        </w:rPr>
        <w:t>].</w:t>
      </w:r>
    </w:p>
    <w:p w14:paraId="1DE66581" w14:textId="77777777" w:rsidR="00364057" w:rsidRDefault="00364057" w:rsidP="00364057">
      <w:pPr>
        <w:spacing w:after="0" w:line="360" w:lineRule="auto"/>
        <w:ind w:firstLine="709"/>
        <w:jc w:val="both"/>
        <w:rPr>
          <w:rFonts w:ascii="Times New Roman" w:hAnsi="Times New Roman"/>
          <w:sz w:val="28"/>
          <w:szCs w:val="28"/>
          <w:lang w:val="uk-UA"/>
        </w:rPr>
      </w:pPr>
      <w:r w:rsidRPr="00B36501">
        <w:rPr>
          <w:rFonts w:ascii="Times New Roman" w:eastAsia="Times New Roman" w:hAnsi="Times New Roman"/>
          <w:color w:val="000000"/>
          <w:sz w:val="28"/>
          <w:szCs w:val="28"/>
          <w:lang w:val="uk-UA"/>
        </w:rPr>
        <w:t>Боротьба з бур’янами є одним із найбільш складних і затратних елеме</w:t>
      </w:r>
      <w:r>
        <w:rPr>
          <w:rFonts w:ascii="Times New Roman" w:eastAsia="Times New Roman" w:hAnsi="Times New Roman"/>
          <w:color w:val="000000"/>
          <w:sz w:val="28"/>
          <w:szCs w:val="28"/>
          <w:lang w:val="uk-UA"/>
        </w:rPr>
        <w:t xml:space="preserve">нтів технології захисту посівів </w:t>
      </w:r>
      <w:r w:rsidRPr="00B36501">
        <w:rPr>
          <w:rFonts w:ascii="Times New Roman" w:eastAsia="Times New Roman" w:hAnsi="Times New Roman"/>
          <w:color w:val="000000"/>
          <w:sz w:val="28"/>
          <w:szCs w:val="28"/>
          <w:lang w:val="uk-UA"/>
        </w:rPr>
        <w:t xml:space="preserve">пшениці. </w:t>
      </w:r>
      <w:r>
        <w:rPr>
          <w:rFonts w:ascii="Times New Roman" w:hAnsi="Times New Roman"/>
          <w:sz w:val="28"/>
          <w:szCs w:val="28"/>
          <w:lang w:val="uk-UA"/>
        </w:rPr>
        <w:t>В</w:t>
      </w:r>
      <w:r w:rsidRPr="00F214A7">
        <w:rPr>
          <w:rFonts w:ascii="Times New Roman" w:hAnsi="Times New Roman"/>
          <w:sz w:val="28"/>
          <w:szCs w:val="28"/>
          <w:lang w:val="uk-UA"/>
        </w:rPr>
        <w:t xml:space="preserve"> </w:t>
      </w:r>
      <w:r w:rsidRPr="00DC666B">
        <w:rPr>
          <w:rFonts w:ascii="Times New Roman" w:hAnsi="Times New Roman"/>
          <w:sz w:val="28"/>
          <w:szCs w:val="28"/>
          <w:lang w:val="uk-UA"/>
        </w:rPr>
        <w:t>агроценозах</w:t>
      </w:r>
      <w:r>
        <w:rPr>
          <w:rFonts w:ascii="Times New Roman" w:hAnsi="Times New Roman"/>
          <w:sz w:val="28"/>
          <w:szCs w:val="28"/>
          <w:lang w:val="uk-UA"/>
        </w:rPr>
        <w:t xml:space="preserve"> </w:t>
      </w:r>
      <w:r w:rsidRPr="00DC666B">
        <w:rPr>
          <w:rFonts w:ascii="Times New Roman" w:hAnsi="Times New Roman"/>
          <w:sz w:val="28"/>
          <w:szCs w:val="28"/>
          <w:lang w:val="uk-UA"/>
        </w:rPr>
        <w:t xml:space="preserve">бур’яни </w:t>
      </w:r>
      <w:r>
        <w:rPr>
          <w:rFonts w:ascii="Times New Roman" w:hAnsi="Times New Roman"/>
          <w:sz w:val="28"/>
          <w:szCs w:val="28"/>
          <w:lang w:val="uk-UA"/>
        </w:rPr>
        <w:t xml:space="preserve">це </w:t>
      </w:r>
      <w:r w:rsidRPr="00DC666B">
        <w:rPr>
          <w:rFonts w:ascii="Times New Roman" w:hAnsi="Times New Roman"/>
          <w:sz w:val="28"/>
          <w:szCs w:val="28"/>
          <w:lang w:val="uk-UA"/>
        </w:rPr>
        <w:t xml:space="preserve"> супутник</w:t>
      </w:r>
      <w:r>
        <w:rPr>
          <w:rFonts w:ascii="Times New Roman" w:hAnsi="Times New Roman"/>
          <w:sz w:val="28"/>
          <w:szCs w:val="28"/>
          <w:lang w:val="uk-UA"/>
        </w:rPr>
        <w:t>и</w:t>
      </w:r>
      <w:r w:rsidRPr="00DC666B">
        <w:rPr>
          <w:rFonts w:ascii="Times New Roman" w:hAnsi="Times New Roman"/>
          <w:sz w:val="28"/>
          <w:szCs w:val="28"/>
          <w:lang w:val="uk-UA"/>
        </w:rPr>
        <w:t xml:space="preserve"> культурни</w:t>
      </w:r>
      <w:r>
        <w:rPr>
          <w:rFonts w:ascii="Times New Roman" w:hAnsi="Times New Roman"/>
          <w:sz w:val="28"/>
          <w:szCs w:val="28"/>
          <w:lang w:val="uk-UA"/>
        </w:rPr>
        <w:t>х</w:t>
      </w:r>
      <w:r w:rsidRPr="00DC666B">
        <w:rPr>
          <w:rFonts w:ascii="Times New Roman" w:hAnsi="Times New Roman"/>
          <w:sz w:val="28"/>
          <w:szCs w:val="28"/>
          <w:lang w:val="uk-UA"/>
        </w:rPr>
        <w:t xml:space="preserve"> рослин</w:t>
      </w:r>
      <w:r>
        <w:rPr>
          <w:rFonts w:ascii="Times New Roman" w:hAnsi="Times New Roman"/>
          <w:sz w:val="28"/>
          <w:szCs w:val="28"/>
          <w:lang w:val="uk-UA"/>
        </w:rPr>
        <w:t xml:space="preserve">, які </w:t>
      </w:r>
      <w:r w:rsidRPr="00DC666B">
        <w:rPr>
          <w:rFonts w:ascii="Times New Roman" w:hAnsi="Times New Roman"/>
          <w:sz w:val="28"/>
          <w:szCs w:val="28"/>
          <w:lang w:val="uk-UA"/>
        </w:rPr>
        <w:t xml:space="preserve">постійно конкурують з ними, </w:t>
      </w:r>
      <w:r>
        <w:rPr>
          <w:rFonts w:ascii="Times New Roman" w:hAnsi="Times New Roman"/>
          <w:sz w:val="28"/>
          <w:szCs w:val="28"/>
          <w:lang w:val="uk-UA"/>
        </w:rPr>
        <w:t xml:space="preserve">а отже за </w:t>
      </w:r>
      <w:r w:rsidRPr="00F214A7">
        <w:rPr>
          <w:rFonts w:ascii="Times New Roman" w:hAnsi="Times New Roman"/>
          <w:sz w:val="28"/>
          <w:szCs w:val="28"/>
          <w:lang w:val="uk-UA"/>
        </w:rPr>
        <w:t>інтенсивн</w:t>
      </w:r>
      <w:r>
        <w:rPr>
          <w:rFonts w:ascii="Times New Roman" w:hAnsi="Times New Roman"/>
          <w:sz w:val="28"/>
          <w:szCs w:val="28"/>
          <w:lang w:val="uk-UA"/>
        </w:rPr>
        <w:t>их</w:t>
      </w:r>
      <w:r w:rsidRPr="00F214A7">
        <w:rPr>
          <w:rFonts w:ascii="Times New Roman" w:hAnsi="Times New Roman"/>
          <w:sz w:val="28"/>
          <w:szCs w:val="28"/>
          <w:lang w:val="uk-UA"/>
        </w:rPr>
        <w:t xml:space="preserve"> технологі</w:t>
      </w:r>
      <w:r>
        <w:rPr>
          <w:rFonts w:ascii="Times New Roman" w:hAnsi="Times New Roman"/>
          <w:sz w:val="28"/>
          <w:szCs w:val="28"/>
          <w:lang w:val="uk-UA"/>
        </w:rPr>
        <w:t>й, над</w:t>
      </w:r>
      <w:r w:rsidRPr="00F214A7">
        <w:rPr>
          <w:rFonts w:ascii="Times New Roman" w:hAnsi="Times New Roman"/>
          <w:sz w:val="28"/>
          <w:szCs w:val="28"/>
          <w:lang w:val="uk-UA"/>
        </w:rPr>
        <w:t>важлив</w:t>
      </w:r>
      <w:r>
        <w:rPr>
          <w:rFonts w:ascii="Times New Roman" w:hAnsi="Times New Roman"/>
          <w:sz w:val="28"/>
          <w:szCs w:val="28"/>
          <w:lang w:val="uk-UA"/>
        </w:rPr>
        <w:t>о</w:t>
      </w:r>
      <w:r w:rsidRPr="00F214A7">
        <w:rPr>
          <w:rFonts w:ascii="Times New Roman" w:hAnsi="Times New Roman"/>
          <w:sz w:val="28"/>
          <w:szCs w:val="28"/>
          <w:lang w:val="uk-UA"/>
        </w:rPr>
        <w:t xml:space="preserve"> контрол</w:t>
      </w:r>
      <w:r>
        <w:rPr>
          <w:rFonts w:ascii="Times New Roman" w:hAnsi="Times New Roman"/>
          <w:sz w:val="28"/>
          <w:szCs w:val="28"/>
          <w:lang w:val="uk-UA"/>
        </w:rPr>
        <w:t>ювати</w:t>
      </w:r>
      <w:r w:rsidRPr="00F214A7">
        <w:rPr>
          <w:rFonts w:ascii="Times New Roman" w:hAnsi="Times New Roman"/>
          <w:sz w:val="28"/>
          <w:szCs w:val="28"/>
          <w:lang w:val="uk-UA"/>
        </w:rPr>
        <w:t xml:space="preserve"> фітосанітарн</w:t>
      </w:r>
      <w:r>
        <w:rPr>
          <w:rFonts w:ascii="Times New Roman" w:hAnsi="Times New Roman"/>
          <w:sz w:val="28"/>
          <w:szCs w:val="28"/>
          <w:lang w:val="uk-UA"/>
        </w:rPr>
        <w:t>ий</w:t>
      </w:r>
      <w:r w:rsidRPr="00F214A7">
        <w:rPr>
          <w:rFonts w:ascii="Times New Roman" w:hAnsi="Times New Roman"/>
          <w:sz w:val="28"/>
          <w:szCs w:val="28"/>
          <w:lang w:val="uk-UA"/>
        </w:rPr>
        <w:t xml:space="preserve"> стан посівів</w:t>
      </w:r>
      <w:r>
        <w:rPr>
          <w:rFonts w:ascii="Times New Roman" w:eastAsia="Times New Roman" w:hAnsi="Times New Roman"/>
          <w:color w:val="000000"/>
          <w:sz w:val="28"/>
          <w:szCs w:val="28"/>
          <w:lang w:val="uk-UA"/>
        </w:rPr>
        <w:t xml:space="preserve"> З іншого боку, у</w:t>
      </w:r>
      <w:r w:rsidRPr="00B36501">
        <w:rPr>
          <w:rFonts w:ascii="Times New Roman" w:hAnsi="Times New Roman"/>
          <w:spacing w:val="-12"/>
          <w:sz w:val="28"/>
          <w:szCs w:val="28"/>
          <w:lang w:val="uk-UA"/>
        </w:rPr>
        <w:t>мови потепління для вегетаційного періоду сільськогосподарських культур негативно впливають</w:t>
      </w:r>
      <w:r w:rsidRPr="00032813">
        <w:rPr>
          <w:rFonts w:ascii="Times New Roman" w:hAnsi="Times New Roman"/>
          <w:spacing w:val="-12"/>
          <w:sz w:val="28"/>
          <w:szCs w:val="28"/>
          <w:lang w:val="uk-UA"/>
        </w:rPr>
        <w:t xml:space="preserve"> на фітосанітарний стан посівів</w:t>
      </w:r>
      <w:r>
        <w:rPr>
          <w:rFonts w:ascii="Times New Roman" w:hAnsi="Times New Roman"/>
          <w:spacing w:val="-12"/>
          <w:sz w:val="28"/>
          <w:szCs w:val="28"/>
          <w:lang w:val="uk-UA"/>
        </w:rPr>
        <w:t xml:space="preserve"> у весняно-літній період. </w:t>
      </w:r>
      <w:r w:rsidRPr="00032813">
        <w:rPr>
          <w:rFonts w:ascii="Times New Roman" w:hAnsi="Times New Roman"/>
          <w:spacing w:val="-12"/>
          <w:sz w:val="28"/>
          <w:szCs w:val="28"/>
          <w:lang w:val="uk-UA"/>
        </w:rPr>
        <w:t xml:space="preserve"> </w:t>
      </w:r>
      <w:r>
        <w:rPr>
          <w:rFonts w:ascii="Times New Roman" w:hAnsi="Times New Roman"/>
          <w:spacing w:val="-12"/>
          <w:sz w:val="28"/>
          <w:szCs w:val="28"/>
          <w:lang w:val="uk-UA"/>
        </w:rPr>
        <w:t>Такі умови зміни клімату</w:t>
      </w:r>
      <w:r w:rsidRPr="00032813">
        <w:rPr>
          <w:rFonts w:ascii="Times New Roman" w:hAnsi="Times New Roman"/>
          <w:spacing w:val="-12"/>
          <w:sz w:val="28"/>
          <w:szCs w:val="28"/>
          <w:lang w:val="uk-UA"/>
        </w:rPr>
        <w:t xml:space="preserve"> </w:t>
      </w:r>
      <w:r w:rsidR="00FA0F46">
        <w:rPr>
          <w:rFonts w:ascii="Times New Roman" w:hAnsi="Times New Roman"/>
          <w:spacing w:val="-12"/>
          <w:sz w:val="28"/>
          <w:szCs w:val="28"/>
          <w:lang w:val="uk-UA"/>
        </w:rPr>
        <w:t>істотно</w:t>
      </w:r>
      <w:r w:rsidRPr="00032813">
        <w:rPr>
          <w:rFonts w:ascii="Times New Roman" w:hAnsi="Times New Roman"/>
          <w:spacing w:val="-12"/>
          <w:sz w:val="28"/>
          <w:szCs w:val="28"/>
          <w:lang w:val="uk-UA"/>
        </w:rPr>
        <w:t xml:space="preserve"> впливають на розвиток сільськогосподарських культур та сприяють забур’яненості посівів.</w:t>
      </w:r>
      <w:r>
        <w:rPr>
          <w:rFonts w:ascii="Times New Roman" w:hAnsi="Times New Roman"/>
          <w:spacing w:val="-12"/>
          <w:sz w:val="28"/>
          <w:szCs w:val="28"/>
          <w:lang w:val="uk-UA"/>
        </w:rPr>
        <w:t xml:space="preserve"> Тому, т</w:t>
      </w:r>
      <w:r>
        <w:rPr>
          <w:rFonts w:ascii="Times New Roman" w:hAnsi="Times New Roman"/>
          <w:sz w:val="28"/>
          <w:szCs w:val="28"/>
          <w:lang w:val="uk-UA"/>
        </w:rPr>
        <w:t xml:space="preserve">ехнології знищення бур’янів повинні бути </w:t>
      </w:r>
      <w:r w:rsidRPr="00FB0D15">
        <w:rPr>
          <w:rFonts w:ascii="Times New Roman" w:hAnsi="Times New Roman"/>
          <w:sz w:val="28"/>
          <w:szCs w:val="28"/>
          <w:lang w:val="uk-UA"/>
        </w:rPr>
        <w:t>індивідуальним</w:t>
      </w:r>
      <w:r>
        <w:rPr>
          <w:rFonts w:ascii="Times New Roman" w:hAnsi="Times New Roman"/>
          <w:sz w:val="28"/>
          <w:szCs w:val="28"/>
          <w:lang w:val="uk-UA"/>
        </w:rPr>
        <w:t>и, враховуючи</w:t>
      </w:r>
      <w:r w:rsidRPr="00FB0D15">
        <w:rPr>
          <w:rFonts w:ascii="Times New Roman" w:hAnsi="Times New Roman"/>
          <w:sz w:val="28"/>
          <w:szCs w:val="28"/>
          <w:lang w:val="uk-UA"/>
        </w:rPr>
        <w:t xml:space="preserve"> агроекологічн</w:t>
      </w:r>
      <w:r>
        <w:rPr>
          <w:rFonts w:ascii="Times New Roman" w:hAnsi="Times New Roman"/>
          <w:sz w:val="28"/>
          <w:szCs w:val="28"/>
          <w:lang w:val="uk-UA"/>
        </w:rPr>
        <w:t>ий стан</w:t>
      </w:r>
      <w:r w:rsidRPr="00FB0D15">
        <w:rPr>
          <w:rFonts w:ascii="Times New Roman" w:hAnsi="Times New Roman"/>
          <w:sz w:val="28"/>
          <w:szCs w:val="28"/>
          <w:lang w:val="uk-UA"/>
        </w:rPr>
        <w:t xml:space="preserve">  забур’янен</w:t>
      </w:r>
      <w:r>
        <w:rPr>
          <w:rFonts w:ascii="Times New Roman" w:hAnsi="Times New Roman"/>
          <w:sz w:val="28"/>
          <w:szCs w:val="28"/>
          <w:lang w:val="uk-UA"/>
        </w:rPr>
        <w:t>ості</w:t>
      </w:r>
      <w:r w:rsidRPr="00FB0D15">
        <w:rPr>
          <w:rFonts w:ascii="Times New Roman" w:hAnsi="Times New Roman"/>
          <w:sz w:val="28"/>
          <w:szCs w:val="28"/>
          <w:lang w:val="uk-UA"/>
        </w:rPr>
        <w:t xml:space="preserve"> </w:t>
      </w:r>
      <w:r>
        <w:rPr>
          <w:rFonts w:ascii="Times New Roman" w:hAnsi="Times New Roman"/>
          <w:sz w:val="28"/>
          <w:szCs w:val="28"/>
          <w:lang w:val="uk-UA"/>
        </w:rPr>
        <w:t xml:space="preserve">посівів, що дає змогу уникнути </w:t>
      </w:r>
      <w:r w:rsidRPr="001A19A0">
        <w:rPr>
          <w:rFonts w:ascii="Times New Roman" w:hAnsi="Times New Roman"/>
          <w:sz w:val="28"/>
          <w:szCs w:val="28"/>
          <w:lang w:val="uk-UA"/>
        </w:rPr>
        <w:t xml:space="preserve">небажаних стресів </w:t>
      </w:r>
      <w:r>
        <w:rPr>
          <w:rFonts w:ascii="Times New Roman" w:hAnsi="Times New Roman"/>
          <w:sz w:val="28"/>
          <w:szCs w:val="28"/>
          <w:lang w:val="uk-UA"/>
        </w:rPr>
        <w:t>для</w:t>
      </w:r>
      <w:r w:rsidRPr="001A19A0">
        <w:rPr>
          <w:rFonts w:ascii="Times New Roman" w:hAnsi="Times New Roman"/>
          <w:sz w:val="28"/>
          <w:szCs w:val="28"/>
          <w:lang w:val="uk-UA"/>
        </w:rPr>
        <w:t xml:space="preserve"> рослин</w:t>
      </w:r>
      <w:r>
        <w:rPr>
          <w:rFonts w:ascii="Times New Roman" w:hAnsi="Times New Roman"/>
          <w:sz w:val="28"/>
          <w:szCs w:val="28"/>
          <w:lang w:val="uk-UA"/>
        </w:rPr>
        <w:t>, а також</w:t>
      </w:r>
      <w:r w:rsidRPr="00A70803">
        <w:rPr>
          <w:rFonts w:ascii="Times New Roman" w:hAnsi="Times New Roman"/>
          <w:sz w:val="28"/>
          <w:szCs w:val="28"/>
          <w:lang w:val="uk-UA"/>
        </w:rPr>
        <w:t xml:space="preserve"> </w:t>
      </w:r>
      <w:r w:rsidRPr="00DC666B">
        <w:rPr>
          <w:rFonts w:ascii="Times New Roman" w:hAnsi="Times New Roman"/>
          <w:sz w:val="28"/>
          <w:szCs w:val="28"/>
          <w:lang w:val="uk-UA"/>
        </w:rPr>
        <w:t xml:space="preserve">завчасно </w:t>
      </w:r>
      <w:r>
        <w:rPr>
          <w:rFonts w:ascii="Times New Roman" w:hAnsi="Times New Roman"/>
          <w:sz w:val="28"/>
          <w:szCs w:val="28"/>
          <w:lang w:val="uk-UA"/>
        </w:rPr>
        <w:t xml:space="preserve">їх </w:t>
      </w:r>
      <w:r w:rsidRPr="00DC666B">
        <w:rPr>
          <w:rFonts w:ascii="Times New Roman" w:hAnsi="Times New Roman"/>
          <w:sz w:val="28"/>
          <w:szCs w:val="28"/>
          <w:lang w:val="uk-UA"/>
        </w:rPr>
        <w:t>знищ</w:t>
      </w:r>
      <w:r>
        <w:rPr>
          <w:rFonts w:ascii="Times New Roman" w:hAnsi="Times New Roman"/>
          <w:sz w:val="28"/>
          <w:szCs w:val="28"/>
          <w:lang w:val="uk-UA"/>
        </w:rPr>
        <w:t xml:space="preserve">ити </w:t>
      </w:r>
      <w:r w:rsidRPr="009E4EC8">
        <w:rPr>
          <w:rFonts w:ascii="Times New Roman" w:hAnsi="Times New Roman"/>
          <w:sz w:val="28"/>
          <w:szCs w:val="28"/>
          <w:lang w:val="uk-UA"/>
        </w:rPr>
        <w:t>[</w:t>
      </w:r>
      <w:r w:rsidR="00344EBA">
        <w:rPr>
          <w:rFonts w:ascii="Times New Roman" w:hAnsi="Times New Roman"/>
          <w:sz w:val="28"/>
          <w:szCs w:val="28"/>
          <w:lang w:val="uk-UA"/>
        </w:rPr>
        <w:t>7</w:t>
      </w:r>
      <w:r>
        <w:rPr>
          <w:rFonts w:ascii="Times New Roman" w:hAnsi="Times New Roman"/>
          <w:sz w:val="28"/>
          <w:szCs w:val="28"/>
          <w:lang w:val="uk-UA"/>
        </w:rPr>
        <w:t>]</w:t>
      </w:r>
      <w:r w:rsidRPr="00FB0D15">
        <w:rPr>
          <w:rFonts w:ascii="Times New Roman" w:hAnsi="Times New Roman"/>
          <w:sz w:val="28"/>
          <w:szCs w:val="28"/>
          <w:lang w:val="uk-UA"/>
        </w:rPr>
        <w:t>.</w:t>
      </w:r>
      <w:r>
        <w:rPr>
          <w:rFonts w:ascii="Times New Roman" w:hAnsi="Times New Roman"/>
          <w:sz w:val="28"/>
          <w:szCs w:val="28"/>
          <w:lang w:val="uk-UA"/>
        </w:rPr>
        <w:t xml:space="preserve"> </w:t>
      </w:r>
    </w:p>
    <w:p w14:paraId="2AD0D5BD" w14:textId="77777777" w:rsidR="00364057" w:rsidRDefault="00364057" w:rsidP="00364057">
      <w:pPr>
        <w:spacing w:after="0" w:line="360" w:lineRule="auto"/>
        <w:ind w:firstLine="709"/>
        <w:jc w:val="both"/>
        <w:outlineLvl w:val="6"/>
        <w:rPr>
          <w:rFonts w:ascii="Times New Roman" w:hAnsi="Times New Roman"/>
          <w:sz w:val="28"/>
          <w:szCs w:val="28"/>
          <w:lang w:val="uk-UA"/>
        </w:rPr>
      </w:pPr>
      <w:r w:rsidRPr="00FB0D15">
        <w:rPr>
          <w:rFonts w:ascii="Times New Roman" w:hAnsi="Times New Roman"/>
          <w:sz w:val="28"/>
          <w:szCs w:val="28"/>
          <w:lang w:val="uk-UA"/>
        </w:rPr>
        <w:t xml:space="preserve"> </w:t>
      </w:r>
      <w:r>
        <w:rPr>
          <w:rFonts w:ascii="Times New Roman" w:hAnsi="Times New Roman"/>
          <w:sz w:val="28"/>
          <w:szCs w:val="28"/>
          <w:lang w:val="uk-UA"/>
        </w:rPr>
        <w:t xml:space="preserve">Ще одна умова високого врожаю – це правильно підібраний сорт культурної рослини, який би максимально забезпечив гарні якісні показники і відповідав умовам вирощування культури. Тому ми використали сорт пшениці </w:t>
      </w:r>
      <w:proofErr w:type="spellStart"/>
      <w:r>
        <w:rPr>
          <w:rFonts w:ascii="Times New Roman" w:hAnsi="Times New Roman"/>
          <w:sz w:val="28"/>
          <w:szCs w:val="28"/>
          <w:lang w:val="uk-UA"/>
        </w:rPr>
        <w:t>дворучки</w:t>
      </w:r>
      <w:proofErr w:type="spellEnd"/>
      <w:r>
        <w:rPr>
          <w:rFonts w:ascii="Times New Roman" w:hAnsi="Times New Roman"/>
          <w:sz w:val="28"/>
          <w:szCs w:val="28"/>
          <w:lang w:val="uk-UA"/>
        </w:rPr>
        <w:t xml:space="preserve"> Клариса, яку можна сіяти як восени, так і весною. Це дуже важливо як у військовий </w:t>
      </w:r>
      <w:r>
        <w:rPr>
          <w:rFonts w:ascii="Times New Roman" w:hAnsi="Times New Roman"/>
          <w:sz w:val="28"/>
          <w:szCs w:val="28"/>
          <w:lang w:val="uk-UA"/>
        </w:rPr>
        <w:lastRenderedPageBreak/>
        <w:t>період, так і в умовах зміни клімату у бік потепління, коли з вагомих причин, або не засіяли вчасно, або посіви пропали. Тоді весною можливо змінити ситуацію і посіяти даний сорт.</w:t>
      </w:r>
      <w:r w:rsidRPr="00495F12">
        <w:rPr>
          <w:rFonts w:ascii="Times New Roman" w:hAnsi="Times New Roman"/>
          <w:sz w:val="28"/>
          <w:szCs w:val="28"/>
          <w:lang w:val="uk-UA"/>
        </w:rPr>
        <w:t xml:space="preserve"> </w:t>
      </w:r>
      <w:r>
        <w:rPr>
          <w:rFonts w:ascii="Times New Roman" w:hAnsi="Times New Roman"/>
          <w:sz w:val="28"/>
          <w:szCs w:val="28"/>
          <w:lang w:val="uk-UA"/>
        </w:rPr>
        <w:t xml:space="preserve">Сорт також характеризується </w:t>
      </w:r>
      <w:r w:rsidRPr="00877EB6">
        <w:rPr>
          <w:rFonts w:ascii="Times New Roman" w:hAnsi="Times New Roman"/>
          <w:sz w:val="28"/>
          <w:szCs w:val="28"/>
          <w:lang w:val="uk-UA"/>
        </w:rPr>
        <w:t>ви</w:t>
      </w:r>
      <w:r>
        <w:rPr>
          <w:rFonts w:ascii="Times New Roman" w:hAnsi="Times New Roman"/>
          <w:sz w:val="28"/>
          <w:szCs w:val="28"/>
          <w:lang w:val="uk-UA"/>
        </w:rPr>
        <w:t xml:space="preserve">сокою </w:t>
      </w:r>
      <w:r w:rsidRPr="00877EB6">
        <w:rPr>
          <w:rFonts w:ascii="Times New Roman" w:hAnsi="Times New Roman"/>
          <w:sz w:val="28"/>
          <w:szCs w:val="28"/>
          <w:lang w:val="uk-UA"/>
        </w:rPr>
        <w:t xml:space="preserve">адаптивністю до несприятливих умов вирощування, </w:t>
      </w:r>
      <w:r>
        <w:rPr>
          <w:rFonts w:ascii="Times New Roman" w:hAnsi="Times New Roman"/>
          <w:sz w:val="28"/>
          <w:szCs w:val="28"/>
          <w:lang w:val="uk-UA"/>
        </w:rPr>
        <w:t xml:space="preserve">невисокими </w:t>
      </w:r>
      <w:r w:rsidRPr="00877EB6">
        <w:rPr>
          <w:rFonts w:ascii="Times New Roman" w:hAnsi="Times New Roman"/>
          <w:sz w:val="28"/>
          <w:szCs w:val="28"/>
          <w:lang w:val="uk-UA"/>
        </w:rPr>
        <w:t xml:space="preserve">вимогами до агрофону та попередників, </w:t>
      </w:r>
      <w:r>
        <w:rPr>
          <w:rFonts w:ascii="Times New Roman" w:hAnsi="Times New Roman"/>
          <w:sz w:val="28"/>
          <w:szCs w:val="28"/>
          <w:lang w:val="uk-UA"/>
        </w:rPr>
        <w:t xml:space="preserve">тобто </w:t>
      </w:r>
      <w:r w:rsidRPr="00877EB6">
        <w:rPr>
          <w:rFonts w:ascii="Times New Roman" w:hAnsi="Times New Roman"/>
          <w:sz w:val="28"/>
          <w:szCs w:val="28"/>
          <w:lang w:val="uk-UA"/>
        </w:rPr>
        <w:t>за середніх умов росту і розвитку рослин</w:t>
      </w:r>
      <w:r>
        <w:rPr>
          <w:rFonts w:ascii="Times New Roman" w:hAnsi="Times New Roman"/>
          <w:sz w:val="28"/>
          <w:szCs w:val="28"/>
          <w:lang w:val="uk-UA"/>
        </w:rPr>
        <w:t xml:space="preserve"> пшениця краще конкурує з бур</w:t>
      </w:r>
      <w:r w:rsidRPr="007B3057">
        <w:rPr>
          <w:rFonts w:ascii="Times New Roman" w:hAnsi="Times New Roman"/>
          <w:sz w:val="28"/>
          <w:szCs w:val="28"/>
          <w:lang w:val="uk-UA"/>
        </w:rPr>
        <w:t>’</w:t>
      </w:r>
      <w:r>
        <w:rPr>
          <w:rFonts w:ascii="Times New Roman" w:hAnsi="Times New Roman"/>
          <w:sz w:val="28"/>
          <w:szCs w:val="28"/>
          <w:lang w:val="uk-UA"/>
        </w:rPr>
        <w:t>янами</w:t>
      </w:r>
      <w:r w:rsidRPr="00877EB6">
        <w:rPr>
          <w:rFonts w:ascii="Times New Roman" w:hAnsi="Times New Roman"/>
          <w:sz w:val="28"/>
          <w:szCs w:val="28"/>
          <w:lang w:val="uk-UA"/>
        </w:rPr>
        <w:t>.</w:t>
      </w:r>
    </w:p>
    <w:p w14:paraId="28A47F44" w14:textId="77777777" w:rsidR="00F56A2F" w:rsidRDefault="00364057" w:rsidP="007D589F">
      <w:pPr>
        <w:pStyle w:val="ae"/>
        <w:tabs>
          <w:tab w:val="left" w:pos="599"/>
        </w:tabs>
        <w:spacing w:after="0" w:line="360" w:lineRule="auto"/>
        <w:ind w:left="0" w:firstLine="709"/>
        <w:jc w:val="both"/>
        <w:rPr>
          <w:rFonts w:ascii="Times New Roman" w:hAnsi="Times New Roman"/>
          <w:spacing w:val="-2"/>
          <w:sz w:val="28"/>
          <w:szCs w:val="28"/>
          <w:lang w:val="uk-UA"/>
        </w:rPr>
      </w:pPr>
      <w:r w:rsidRPr="006E69F3">
        <w:rPr>
          <w:rFonts w:ascii="Times New Roman" w:hAnsi="Times New Roman"/>
          <w:color w:val="231F20"/>
          <w:sz w:val="28"/>
          <w:szCs w:val="28"/>
          <w:lang w:val="uk-UA"/>
        </w:rPr>
        <w:t xml:space="preserve">За зміни пріоритетів розвитку галузі рослинництва, сівозмін і структури посівних площ, технологій в останні десятиліття, значна частина її посівів </w:t>
      </w:r>
      <w:r>
        <w:rPr>
          <w:rFonts w:ascii="Times New Roman" w:hAnsi="Times New Roman"/>
          <w:color w:val="231F20"/>
          <w:sz w:val="28"/>
          <w:szCs w:val="28"/>
          <w:lang w:val="uk-UA"/>
        </w:rPr>
        <w:t>розвивається з</w:t>
      </w:r>
      <w:r w:rsidRPr="006E69F3">
        <w:rPr>
          <w:rFonts w:ascii="Times New Roman" w:hAnsi="Times New Roman"/>
          <w:color w:val="231F20"/>
          <w:sz w:val="28"/>
          <w:szCs w:val="28"/>
          <w:lang w:val="uk-UA"/>
        </w:rPr>
        <w:t xml:space="preserve"> погіршенням поживного і водного режимів </w:t>
      </w:r>
      <w:r>
        <w:rPr>
          <w:rFonts w:ascii="Times New Roman" w:hAnsi="Times New Roman"/>
          <w:color w:val="231F20"/>
          <w:sz w:val="28"/>
          <w:szCs w:val="28"/>
          <w:lang w:val="uk-UA"/>
        </w:rPr>
        <w:t>та</w:t>
      </w:r>
      <w:r w:rsidRPr="006E69F3">
        <w:rPr>
          <w:rFonts w:ascii="Times New Roman" w:hAnsi="Times New Roman"/>
          <w:color w:val="231F20"/>
          <w:sz w:val="28"/>
          <w:szCs w:val="28"/>
          <w:lang w:val="uk-UA"/>
        </w:rPr>
        <w:t xml:space="preserve"> більш високими показниками забур’яненості [</w:t>
      </w:r>
      <w:r w:rsidR="00344EBA">
        <w:rPr>
          <w:rFonts w:ascii="Times New Roman" w:hAnsi="Times New Roman"/>
          <w:color w:val="231F20"/>
          <w:sz w:val="28"/>
          <w:szCs w:val="28"/>
          <w:lang w:val="uk-UA"/>
        </w:rPr>
        <w:t>8</w:t>
      </w:r>
      <w:r w:rsidRPr="006E69F3">
        <w:rPr>
          <w:rFonts w:ascii="Times New Roman" w:hAnsi="Times New Roman"/>
          <w:color w:val="231F20"/>
          <w:sz w:val="28"/>
          <w:szCs w:val="28"/>
          <w:lang w:val="uk-UA"/>
        </w:rPr>
        <w:t>].</w:t>
      </w:r>
      <w:r w:rsidRPr="006E69F3">
        <w:rPr>
          <w:rFonts w:ascii="Times New Roman" w:hAnsi="Times New Roman"/>
          <w:spacing w:val="-2"/>
          <w:sz w:val="28"/>
          <w:szCs w:val="28"/>
          <w:lang w:val="uk-UA"/>
        </w:rPr>
        <w:t xml:space="preserve"> </w:t>
      </w:r>
    </w:p>
    <w:p w14:paraId="49B311BE" w14:textId="77777777" w:rsidR="00FA0F46" w:rsidRDefault="00FA0F46" w:rsidP="00FA0F46">
      <w:pPr>
        <w:spacing w:after="0" w:line="360" w:lineRule="auto"/>
        <w:ind w:firstLine="709"/>
        <w:jc w:val="both"/>
        <w:rPr>
          <w:lang w:val="uk-UA"/>
        </w:rPr>
      </w:pPr>
      <w:r w:rsidRPr="00083C47">
        <w:rPr>
          <w:rFonts w:ascii="Times New Roman" w:hAnsi="Times New Roman" w:cs="Times New Roman"/>
          <w:b/>
          <w:bCs/>
          <w:sz w:val="28"/>
          <w:szCs w:val="28"/>
          <w:lang w:val="uk-UA"/>
        </w:rPr>
        <w:t>Постановка завдання.</w:t>
      </w:r>
      <w:r w:rsidRPr="00083C47">
        <w:rPr>
          <w:rFonts w:ascii="Times New Roman" w:hAnsi="Times New Roman" w:cs="Times New Roman"/>
          <w:sz w:val="28"/>
          <w:szCs w:val="28"/>
          <w:lang w:val="uk-UA"/>
        </w:rPr>
        <w:t xml:space="preserve"> </w:t>
      </w:r>
      <w:r w:rsidRPr="00FA0F46">
        <w:rPr>
          <w:rFonts w:ascii="Times New Roman" w:eastAsia="Times New Roman" w:hAnsi="Times New Roman"/>
          <w:spacing w:val="-6"/>
          <w:sz w:val="28"/>
          <w:szCs w:val="28"/>
          <w:lang w:val="uk-UA" w:eastAsia="uk-UA" w:bidi="uk-UA"/>
        </w:rPr>
        <w:t>Метою роботи</w:t>
      </w:r>
      <w:r w:rsidRPr="00E73C1F">
        <w:rPr>
          <w:rFonts w:ascii="Times New Roman" w:eastAsia="Times New Roman" w:hAnsi="Times New Roman"/>
          <w:spacing w:val="-6"/>
          <w:sz w:val="28"/>
          <w:szCs w:val="28"/>
          <w:lang w:val="uk-UA" w:eastAsia="uk-UA" w:bidi="uk-UA"/>
        </w:rPr>
        <w:t xml:space="preserve"> </w:t>
      </w:r>
      <w:r>
        <w:rPr>
          <w:rFonts w:ascii="Times New Roman" w:eastAsia="Times New Roman" w:hAnsi="Times New Roman"/>
          <w:sz w:val="28"/>
          <w:szCs w:val="28"/>
          <w:lang w:val="uk-UA" w:eastAsia="uk-UA" w:bidi="uk-UA"/>
        </w:rPr>
        <w:t xml:space="preserve">було дослідити </w:t>
      </w:r>
      <w:r>
        <w:rPr>
          <w:rFonts w:ascii="Times New Roman" w:hAnsi="Times New Roman"/>
          <w:sz w:val="28"/>
          <w:szCs w:val="28"/>
          <w:lang w:val="uk-UA"/>
        </w:rPr>
        <w:t>ефективність</w:t>
      </w:r>
      <w:r w:rsidRPr="00210D8F">
        <w:rPr>
          <w:rFonts w:ascii="Times New Roman" w:hAnsi="Times New Roman"/>
          <w:sz w:val="28"/>
          <w:szCs w:val="28"/>
          <w:lang w:val="uk-UA"/>
        </w:rPr>
        <w:t xml:space="preserve"> </w:t>
      </w:r>
      <w:r>
        <w:rPr>
          <w:rFonts w:ascii="Times New Roman" w:hAnsi="Times New Roman"/>
          <w:sz w:val="28"/>
          <w:szCs w:val="28"/>
          <w:lang w:val="uk-UA"/>
        </w:rPr>
        <w:t xml:space="preserve">різних норм </w:t>
      </w:r>
      <w:r w:rsidRPr="00210D8F">
        <w:rPr>
          <w:rFonts w:ascii="Times New Roman" w:hAnsi="Times New Roman"/>
          <w:sz w:val="28"/>
          <w:szCs w:val="28"/>
          <w:lang w:val="uk-UA"/>
        </w:rPr>
        <w:t xml:space="preserve">гербіциду </w:t>
      </w:r>
      <w:proofErr w:type="spellStart"/>
      <w:r w:rsidRPr="00B9288F">
        <w:rPr>
          <w:rFonts w:ascii="Times New Roman" w:eastAsia="Times New Roman" w:hAnsi="Times New Roman"/>
          <w:bCs/>
          <w:color w:val="3E3E3E"/>
          <w:sz w:val="28"/>
          <w:szCs w:val="28"/>
          <w:lang w:val="uk-UA"/>
        </w:rPr>
        <w:t>Триатлон</w:t>
      </w:r>
      <w:proofErr w:type="spellEnd"/>
      <w:r w:rsidRPr="00B9288F">
        <w:rPr>
          <w:rFonts w:ascii="Times New Roman" w:eastAsia="Times New Roman" w:hAnsi="Times New Roman"/>
          <w:bCs/>
          <w:color w:val="3E3E3E"/>
          <w:sz w:val="28"/>
          <w:szCs w:val="28"/>
          <w:lang w:val="uk-UA"/>
        </w:rPr>
        <w:t xml:space="preserve"> Прайм</w:t>
      </w:r>
      <w:r>
        <w:rPr>
          <w:rFonts w:ascii="Times New Roman" w:hAnsi="Times New Roman"/>
          <w:sz w:val="28"/>
          <w:szCs w:val="28"/>
          <w:lang w:val="uk-UA"/>
        </w:rPr>
        <w:t xml:space="preserve"> </w:t>
      </w:r>
      <w:r w:rsidRPr="00210D8F">
        <w:rPr>
          <w:rFonts w:ascii="Times New Roman" w:hAnsi="Times New Roman"/>
          <w:sz w:val="28"/>
          <w:szCs w:val="28"/>
          <w:lang w:val="uk-UA"/>
        </w:rPr>
        <w:t>в посів</w:t>
      </w:r>
      <w:r>
        <w:rPr>
          <w:rFonts w:ascii="Times New Roman" w:hAnsi="Times New Roman"/>
          <w:sz w:val="28"/>
          <w:szCs w:val="28"/>
          <w:lang w:val="uk-UA"/>
        </w:rPr>
        <w:t>ах</w:t>
      </w:r>
      <w:r w:rsidRPr="00210D8F">
        <w:rPr>
          <w:rFonts w:ascii="Times New Roman" w:hAnsi="Times New Roman"/>
          <w:sz w:val="28"/>
          <w:szCs w:val="28"/>
          <w:lang w:val="uk-UA"/>
        </w:rPr>
        <w:t xml:space="preserve"> пшениці </w:t>
      </w:r>
      <w:proofErr w:type="spellStart"/>
      <w:r>
        <w:rPr>
          <w:rFonts w:ascii="Times New Roman" w:hAnsi="Times New Roman"/>
          <w:sz w:val="28"/>
          <w:szCs w:val="28"/>
          <w:lang w:val="uk-UA"/>
        </w:rPr>
        <w:t>дворучки</w:t>
      </w:r>
      <w:proofErr w:type="spellEnd"/>
      <w:r>
        <w:rPr>
          <w:rFonts w:ascii="Times New Roman" w:hAnsi="Times New Roman"/>
          <w:sz w:val="28"/>
          <w:szCs w:val="28"/>
          <w:lang w:val="uk-UA"/>
        </w:rPr>
        <w:t xml:space="preserve"> з регулятором росту </w:t>
      </w:r>
      <w:proofErr w:type="spellStart"/>
      <w:r>
        <w:rPr>
          <w:rFonts w:ascii="Times New Roman" w:hAnsi="Times New Roman"/>
          <w:sz w:val="28"/>
          <w:szCs w:val="28"/>
          <w:lang w:val="uk-UA"/>
        </w:rPr>
        <w:t>Амінокат</w:t>
      </w:r>
      <w:proofErr w:type="spellEnd"/>
      <w:r>
        <w:rPr>
          <w:rFonts w:ascii="Times New Roman" w:hAnsi="Times New Roman"/>
          <w:sz w:val="28"/>
          <w:szCs w:val="28"/>
          <w:lang w:val="uk-UA"/>
        </w:rPr>
        <w:t xml:space="preserve"> 30, а звідси</w:t>
      </w:r>
      <w:r w:rsidRPr="006C7795">
        <w:rPr>
          <w:rFonts w:ascii="Times New Roman" w:hAnsi="Times New Roman"/>
          <w:sz w:val="28"/>
          <w:szCs w:val="28"/>
          <w:lang w:val="uk-UA"/>
        </w:rPr>
        <w:t xml:space="preserve"> удосконал</w:t>
      </w:r>
      <w:r>
        <w:rPr>
          <w:rFonts w:ascii="Times New Roman" w:hAnsi="Times New Roman"/>
          <w:sz w:val="28"/>
          <w:szCs w:val="28"/>
          <w:lang w:val="uk-UA"/>
        </w:rPr>
        <w:t>ити</w:t>
      </w:r>
      <w:r w:rsidRPr="006C7795">
        <w:rPr>
          <w:rFonts w:ascii="Times New Roman" w:hAnsi="Times New Roman"/>
          <w:sz w:val="28"/>
          <w:szCs w:val="28"/>
          <w:lang w:val="uk-UA"/>
        </w:rPr>
        <w:t xml:space="preserve"> елемент</w:t>
      </w:r>
      <w:r>
        <w:rPr>
          <w:rFonts w:ascii="Times New Roman" w:hAnsi="Times New Roman"/>
          <w:sz w:val="28"/>
          <w:szCs w:val="28"/>
          <w:lang w:val="uk-UA"/>
        </w:rPr>
        <w:t>и</w:t>
      </w:r>
      <w:r w:rsidRPr="006C7795">
        <w:rPr>
          <w:rFonts w:ascii="Times New Roman" w:hAnsi="Times New Roman"/>
          <w:sz w:val="28"/>
          <w:szCs w:val="28"/>
          <w:lang w:val="uk-UA"/>
        </w:rPr>
        <w:t xml:space="preserve"> технологій вирощування </w:t>
      </w:r>
      <w:r>
        <w:rPr>
          <w:rFonts w:ascii="Times New Roman" w:hAnsi="Times New Roman"/>
          <w:sz w:val="28"/>
          <w:szCs w:val="28"/>
          <w:lang w:val="uk-UA"/>
        </w:rPr>
        <w:t xml:space="preserve">даного сорту та пошук </w:t>
      </w:r>
      <w:r w:rsidRPr="00210D8F">
        <w:rPr>
          <w:rFonts w:ascii="Times New Roman" w:hAnsi="Times New Roman"/>
          <w:sz w:val="28"/>
          <w:szCs w:val="28"/>
          <w:lang w:val="uk-UA"/>
        </w:rPr>
        <w:t>е</w:t>
      </w:r>
      <w:r>
        <w:rPr>
          <w:rFonts w:ascii="Times New Roman" w:hAnsi="Times New Roman"/>
          <w:sz w:val="28"/>
          <w:szCs w:val="28"/>
          <w:lang w:val="uk-UA"/>
        </w:rPr>
        <w:t>кономічно та екологічно вигідного варіанту, щодо норми внесення гербіциду у</w:t>
      </w:r>
      <w:r w:rsidRPr="00210D8F">
        <w:rPr>
          <w:rFonts w:ascii="Times New Roman" w:hAnsi="Times New Roman"/>
          <w:sz w:val="28"/>
          <w:szCs w:val="28"/>
          <w:lang w:val="uk-UA"/>
        </w:rPr>
        <w:t xml:space="preserve"> </w:t>
      </w:r>
      <w:r>
        <w:rPr>
          <w:rFonts w:ascii="Times New Roman" w:hAnsi="Times New Roman"/>
          <w:sz w:val="28"/>
          <w:szCs w:val="28"/>
          <w:lang w:val="uk-UA"/>
        </w:rPr>
        <w:t>Правобережному Лісостепу України.</w:t>
      </w:r>
      <w:r w:rsidRPr="006C7795">
        <w:rPr>
          <w:lang w:val="uk-UA"/>
        </w:rPr>
        <w:t xml:space="preserve"> </w:t>
      </w:r>
    </w:p>
    <w:p w14:paraId="75BC8F25" w14:textId="77777777" w:rsidR="00CE44C0" w:rsidRPr="00CE44C0" w:rsidRDefault="001C3444" w:rsidP="007D589F">
      <w:pPr>
        <w:tabs>
          <w:tab w:val="num" w:pos="426"/>
        </w:tabs>
        <w:spacing w:after="0" w:line="360" w:lineRule="auto"/>
        <w:ind w:firstLine="709"/>
        <w:jc w:val="both"/>
        <w:rPr>
          <w:rFonts w:ascii="Times New Roman" w:hAnsi="Times New Roman" w:cs="Times New Roman"/>
          <w:sz w:val="28"/>
          <w:szCs w:val="28"/>
          <w:lang w:val="ru-RU"/>
        </w:rPr>
      </w:pPr>
      <w:proofErr w:type="spellStart"/>
      <w:r w:rsidRPr="00CE44C0">
        <w:rPr>
          <w:rFonts w:ascii="Times New Roman" w:hAnsi="Times New Roman" w:cs="Times New Roman"/>
          <w:b/>
          <w:bCs/>
          <w:sz w:val="28"/>
          <w:szCs w:val="28"/>
          <w:lang w:val="ru-RU"/>
        </w:rPr>
        <w:t>Матеріали</w:t>
      </w:r>
      <w:proofErr w:type="spellEnd"/>
      <w:r w:rsidRPr="00CE44C0">
        <w:rPr>
          <w:rFonts w:ascii="Times New Roman" w:hAnsi="Times New Roman" w:cs="Times New Roman"/>
          <w:b/>
          <w:bCs/>
          <w:sz w:val="28"/>
          <w:szCs w:val="28"/>
          <w:lang w:val="ru-RU"/>
        </w:rPr>
        <w:t xml:space="preserve"> та методика </w:t>
      </w:r>
      <w:proofErr w:type="spellStart"/>
      <w:r w:rsidRPr="00CE44C0">
        <w:rPr>
          <w:rFonts w:ascii="Times New Roman" w:hAnsi="Times New Roman" w:cs="Times New Roman"/>
          <w:b/>
          <w:bCs/>
          <w:sz w:val="28"/>
          <w:szCs w:val="28"/>
          <w:lang w:val="ru-RU"/>
        </w:rPr>
        <w:t>дослідження</w:t>
      </w:r>
      <w:proofErr w:type="spellEnd"/>
      <w:r w:rsidRPr="00CE44C0">
        <w:rPr>
          <w:rFonts w:ascii="Times New Roman" w:hAnsi="Times New Roman" w:cs="Times New Roman"/>
          <w:b/>
          <w:bCs/>
          <w:sz w:val="28"/>
          <w:szCs w:val="28"/>
          <w:lang w:val="ru-RU"/>
        </w:rPr>
        <w:t xml:space="preserve">. </w:t>
      </w:r>
      <w:proofErr w:type="spellStart"/>
      <w:r w:rsidR="00364057" w:rsidRPr="00CE44C0">
        <w:rPr>
          <w:rFonts w:ascii="Times New Roman" w:hAnsi="Times New Roman" w:cs="Times New Roman"/>
          <w:sz w:val="28"/>
          <w:szCs w:val="28"/>
          <w:lang w:val="ru-RU"/>
        </w:rPr>
        <w:t>Дослідження</w:t>
      </w:r>
      <w:proofErr w:type="spellEnd"/>
      <w:r w:rsidR="00364057" w:rsidRPr="00CE44C0">
        <w:rPr>
          <w:rFonts w:ascii="Times New Roman" w:hAnsi="Times New Roman" w:cs="Times New Roman"/>
          <w:sz w:val="28"/>
          <w:szCs w:val="28"/>
          <w:lang w:val="ru-RU"/>
        </w:rPr>
        <w:t xml:space="preserve"> проводились у </w:t>
      </w:r>
      <w:proofErr w:type="spellStart"/>
      <w:r w:rsidR="00364057" w:rsidRPr="00CE44C0">
        <w:rPr>
          <w:rFonts w:ascii="Times New Roman" w:hAnsi="Times New Roman" w:cs="Times New Roman"/>
          <w:sz w:val="28"/>
          <w:szCs w:val="28"/>
          <w:lang w:val="ru-RU"/>
        </w:rPr>
        <w:t>помірно</w:t>
      </w:r>
      <w:proofErr w:type="spellEnd"/>
      <w:r w:rsidR="00364057" w:rsidRPr="00CE44C0">
        <w:rPr>
          <w:rFonts w:ascii="Times New Roman" w:hAnsi="Times New Roman" w:cs="Times New Roman"/>
          <w:sz w:val="28"/>
          <w:szCs w:val="28"/>
          <w:lang w:val="ru-RU"/>
        </w:rPr>
        <w:t xml:space="preserve">-континентальному </w:t>
      </w:r>
      <w:proofErr w:type="spellStart"/>
      <w:r w:rsidR="00364057" w:rsidRPr="00CE44C0">
        <w:rPr>
          <w:rFonts w:ascii="Times New Roman" w:hAnsi="Times New Roman" w:cs="Times New Roman"/>
          <w:sz w:val="28"/>
          <w:szCs w:val="28"/>
          <w:lang w:val="ru-RU"/>
        </w:rPr>
        <w:t>кліматі</w:t>
      </w:r>
      <w:proofErr w:type="spellEnd"/>
      <w:r w:rsidR="00364057" w:rsidRPr="00CE44C0">
        <w:rPr>
          <w:rFonts w:ascii="Times New Roman" w:hAnsi="Times New Roman" w:cs="Times New Roman"/>
          <w:sz w:val="28"/>
          <w:szCs w:val="28"/>
          <w:lang w:val="ru-RU"/>
        </w:rPr>
        <w:t xml:space="preserve"> з </w:t>
      </w:r>
      <w:proofErr w:type="spellStart"/>
      <w:r w:rsidR="00364057" w:rsidRPr="00CE44C0">
        <w:rPr>
          <w:rFonts w:ascii="Times New Roman" w:hAnsi="Times New Roman" w:cs="Times New Roman"/>
          <w:sz w:val="28"/>
          <w:szCs w:val="28"/>
          <w:lang w:val="ru-RU"/>
        </w:rPr>
        <w:t>урахуванням</w:t>
      </w:r>
      <w:proofErr w:type="spellEnd"/>
      <w:r w:rsidR="00364057" w:rsidRPr="00CE44C0">
        <w:rPr>
          <w:rFonts w:ascii="Times New Roman" w:hAnsi="Times New Roman" w:cs="Times New Roman"/>
          <w:sz w:val="28"/>
          <w:szCs w:val="28"/>
          <w:lang w:val="ru-RU"/>
        </w:rPr>
        <w:t xml:space="preserve"> </w:t>
      </w:r>
      <w:proofErr w:type="spellStart"/>
      <w:r w:rsidR="00364057" w:rsidRPr="00CE44C0">
        <w:rPr>
          <w:rFonts w:ascii="Times New Roman" w:hAnsi="Times New Roman" w:cs="Times New Roman"/>
          <w:sz w:val="28"/>
          <w:szCs w:val="28"/>
          <w:lang w:val="ru-RU"/>
        </w:rPr>
        <w:t>змін</w:t>
      </w:r>
      <w:proofErr w:type="spellEnd"/>
      <w:r w:rsidR="00364057" w:rsidRPr="00CE44C0">
        <w:rPr>
          <w:rFonts w:ascii="Times New Roman" w:hAnsi="Times New Roman" w:cs="Times New Roman"/>
          <w:sz w:val="28"/>
          <w:szCs w:val="28"/>
          <w:lang w:val="ru-RU"/>
        </w:rPr>
        <w:t xml:space="preserve"> температурного режиму</w:t>
      </w:r>
      <w:r w:rsidRPr="00CE44C0">
        <w:rPr>
          <w:rFonts w:ascii="Times New Roman" w:hAnsi="Times New Roman" w:cs="Times New Roman"/>
          <w:sz w:val="28"/>
          <w:szCs w:val="28"/>
          <w:lang w:val="ru-RU"/>
        </w:rPr>
        <w:t xml:space="preserve">, в </w:t>
      </w:r>
      <w:proofErr w:type="spellStart"/>
      <w:r w:rsidRPr="00CE44C0">
        <w:rPr>
          <w:rFonts w:ascii="Times New Roman" w:hAnsi="Times New Roman" w:cs="Times New Roman"/>
          <w:sz w:val="28"/>
          <w:szCs w:val="28"/>
          <w:lang w:val="ru-RU"/>
        </w:rPr>
        <w:t>польових</w:t>
      </w:r>
      <w:proofErr w:type="spellEnd"/>
      <w:r w:rsidRPr="00CE44C0">
        <w:rPr>
          <w:rFonts w:ascii="Times New Roman" w:hAnsi="Times New Roman" w:cs="Times New Roman"/>
          <w:sz w:val="28"/>
          <w:szCs w:val="28"/>
          <w:lang w:val="ru-RU"/>
        </w:rPr>
        <w:t xml:space="preserve"> та </w:t>
      </w:r>
      <w:proofErr w:type="spellStart"/>
      <w:r w:rsidRPr="00CE44C0">
        <w:rPr>
          <w:rFonts w:ascii="Times New Roman" w:hAnsi="Times New Roman" w:cs="Times New Roman"/>
          <w:sz w:val="28"/>
          <w:szCs w:val="28"/>
          <w:lang w:val="ru-RU"/>
        </w:rPr>
        <w:t>лабораторних</w:t>
      </w:r>
      <w:proofErr w:type="spellEnd"/>
      <w:r w:rsidRPr="00CE44C0">
        <w:rPr>
          <w:rFonts w:ascii="Times New Roman" w:hAnsi="Times New Roman" w:cs="Times New Roman"/>
          <w:sz w:val="28"/>
          <w:szCs w:val="28"/>
          <w:lang w:val="ru-RU"/>
        </w:rPr>
        <w:t xml:space="preserve"> </w:t>
      </w:r>
      <w:proofErr w:type="spellStart"/>
      <w:r w:rsidRPr="00CE44C0">
        <w:rPr>
          <w:rFonts w:ascii="Times New Roman" w:hAnsi="Times New Roman" w:cs="Times New Roman"/>
          <w:sz w:val="28"/>
          <w:szCs w:val="28"/>
          <w:lang w:val="ru-RU"/>
        </w:rPr>
        <w:t>умовах</w:t>
      </w:r>
      <w:proofErr w:type="spellEnd"/>
      <w:r w:rsidRPr="00CE44C0">
        <w:rPr>
          <w:rFonts w:ascii="Times New Roman" w:hAnsi="Times New Roman" w:cs="Times New Roman"/>
          <w:sz w:val="28"/>
          <w:szCs w:val="28"/>
          <w:lang w:val="ru-RU"/>
        </w:rPr>
        <w:t xml:space="preserve"> </w:t>
      </w:r>
      <w:proofErr w:type="spellStart"/>
      <w:r w:rsidRPr="00CE44C0">
        <w:rPr>
          <w:rFonts w:ascii="Times New Roman" w:hAnsi="Times New Roman" w:cs="Times New Roman"/>
          <w:sz w:val="28"/>
          <w:szCs w:val="28"/>
          <w:lang w:val="ru-RU"/>
        </w:rPr>
        <w:t>кафедри</w:t>
      </w:r>
      <w:proofErr w:type="spellEnd"/>
      <w:r w:rsidRPr="00CE44C0">
        <w:rPr>
          <w:rFonts w:ascii="Times New Roman" w:hAnsi="Times New Roman" w:cs="Times New Roman"/>
          <w:sz w:val="28"/>
          <w:szCs w:val="28"/>
          <w:lang w:val="ru-RU"/>
        </w:rPr>
        <w:t xml:space="preserve"> </w:t>
      </w:r>
      <w:proofErr w:type="spellStart"/>
      <w:r w:rsidRPr="00CE44C0">
        <w:rPr>
          <w:rFonts w:ascii="Times New Roman" w:hAnsi="Times New Roman" w:cs="Times New Roman"/>
          <w:sz w:val="28"/>
          <w:szCs w:val="28"/>
          <w:lang w:val="ru-RU"/>
        </w:rPr>
        <w:t>біології</w:t>
      </w:r>
      <w:proofErr w:type="spellEnd"/>
      <w:r w:rsidRPr="00CE44C0">
        <w:rPr>
          <w:rFonts w:ascii="Times New Roman" w:hAnsi="Times New Roman" w:cs="Times New Roman"/>
          <w:sz w:val="28"/>
          <w:szCs w:val="28"/>
          <w:lang w:val="ru-RU"/>
        </w:rPr>
        <w:t xml:space="preserve"> </w:t>
      </w:r>
      <w:proofErr w:type="spellStart"/>
      <w:r w:rsidRPr="00CE44C0">
        <w:rPr>
          <w:rFonts w:ascii="Times New Roman" w:hAnsi="Times New Roman" w:cs="Times New Roman"/>
          <w:sz w:val="28"/>
          <w:szCs w:val="28"/>
          <w:lang w:val="ru-RU"/>
        </w:rPr>
        <w:t>Уманського</w:t>
      </w:r>
      <w:proofErr w:type="spellEnd"/>
      <w:r w:rsidRPr="00CE44C0">
        <w:rPr>
          <w:rFonts w:ascii="Times New Roman" w:hAnsi="Times New Roman" w:cs="Times New Roman"/>
          <w:sz w:val="28"/>
          <w:szCs w:val="28"/>
          <w:lang w:val="ru-RU"/>
        </w:rPr>
        <w:t xml:space="preserve"> </w:t>
      </w:r>
      <w:proofErr w:type="spellStart"/>
      <w:r w:rsidRPr="00CE44C0">
        <w:rPr>
          <w:rFonts w:ascii="Times New Roman" w:hAnsi="Times New Roman" w:cs="Times New Roman"/>
          <w:sz w:val="28"/>
          <w:szCs w:val="28"/>
          <w:lang w:val="ru-RU"/>
        </w:rPr>
        <w:t>національного</w:t>
      </w:r>
      <w:proofErr w:type="spellEnd"/>
      <w:r w:rsidRPr="00CE44C0">
        <w:rPr>
          <w:rFonts w:ascii="Times New Roman" w:hAnsi="Times New Roman" w:cs="Times New Roman"/>
          <w:sz w:val="28"/>
          <w:szCs w:val="28"/>
          <w:lang w:val="ru-RU"/>
        </w:rPr>
        <w:t xml:space="preserve"> </w:t>
      </w:r>
      <w:proofErr w:type="spellStart"/>
      <w:r w:rsidRPr="00CE44C0">
        <w:rPr>
          <w:rFonts w:ascii="Times New Roman" w:hAnsi="Times New Roman" w:cs="Times New Roman"/>
          <w:sz w:val="28"/>
          <w:szCs w:val="28"/>
          <w:lang w:val="ru-RU"/>
        </w:rPr>
        <w:t>університету</w:t>
      </w:r>
      <w:proofErr w:type="spellEnd"/>
      <w:r w:rsidRPr="00CE44C0">
        <w:rPr>
          <w:rFonts w:ascii="Times New Roman" w:hAnsi="Times New Roman" w:cs="Times New Roman"/>
          <w:sz w:val="28"/>
          <w:szCs w:val="28"/>
          <w:lang w:val="ru-RU"/>
        </w:rPr>
        <w:t xml:space="preserve"> у 2022-2024 </w:t>
      </w:r>
      <w:proofErr w:type="spellStart"/>
      <w:r w:rsidRPr="00CE44C0">
        <w:rPr>
          <w:rFonts w:ascii="Times New Roman" w:hAnsi="Times New Roman" w:cs="Times New Roman"/>
          <w:sz w:val="28"/>
          <w:szCs w:val="28"/>
          <w:lang w:val="ru-RU"/>
        </w:rPr>
        <w:t>р.р</w:t>
      </w:r>
      <w:proofErr w:type="spellEnd"/>
      <w:r w:rsidRPr="00CE44C0">
        <w:rPr>
          <w:rFonts w:ascii="Times New Roman" w:hAnsi="Times New Roman" w:cs="Times New Roman"/>
          <w:sz w:val="28"/>
          <w:szCs w:val="28"/>
          <w:lang w:val="ru-RU"/>
        </w:rPr>
        <w:t xml:space="preserve">. в </w:t>
      </w:r>
      <w:proofErr w:type="spellStart"/>
      <w:r w:rsidRPr="00CE44C0">
        <w:rPr>
          <w:rFonts w:ascii="Times New Roman" w:hAnsi="Times New Roman" w:cs="Times New Roman"/>
          <w:sz w:val="28"/>
          <w:szCs w:val="28"/>
          <w:lang w:val="ru-RU"/>
        </w:rPr>
        <w:t>посівах</w:t>
      </w:r>
      <w:proofErr w:type="spellEnd"/>
      <w:r w:rsidRPr="00CE44C0">
        <w:rPr>
          <w:rFonts w:ascii="Times New Roman" w:hAnsi="Times New Roman" w:cs="Times New Roman"/>
          <w:sz w:val="28"/>
          <w:szCs w:val="28"/>
          <w:lang w:val="ru-RU"/>
        </w:rPr>
        <w:t xml:space="preserve"> </w:t>
      </w:r>
      <w:proofErr w:type="spellStart"/>
      <w:r w:rsidRPr="00CE44C0">
        <w:rPr>
          <w:rFonts w:ascii="Times New Roman" w:hAnsi="Times New Roman" w:cs="Times New Roman"/>
          <w:sz w:val="28"/>
          <w:szCs w:val="28"/>
          <w:lang w:val="ru-RU"/>
        </w:rPr>
        <w:t>пшениці</w:t>
      </w:r>
      <w:proofErr w:type="spellEnd"/>
      <w:r w:rsidRPr="00CE44C0">
        <w:rPr>
          <w:rFonts w:ascii="Times New Roman" w:hAnsi="Times New Roman" w:cs="Times New Roman"/>
          <w:sz w:val="28"/>
          <w:szCs w:val="28"/>
          <w:lang w:val="ru-RU"/>
        </w:rPr>
        <w:t xml:space="preserve"> </w:t>
      </w:r>
      <w:proofErr w:type="spellStart"/>
      <w:r w:rsidRPr="00CE44C0">
        <w:rPr>
          <w:rFonts w:ascii="Times New Roman" w:hAnsi="Times New Roman" w:cs="Times New Roman"/>
          <w:sz w:val="28"/>
          <w:szCs w:val="28"/>
          <w:lang w:val="ru-RU"/>
        </w:rPr>
        <w:t>дворучки</w:t>
      </w:r>
      <w:proofErr w:type="spellEnd"/>
      <w:r w:rsidRPr="00CE44C0">
        <w:rPr>
          <w:rFonts w:ascii="Times New Roman" w:hAnsi="Times New Roman" w:cs="Times New Roman"/>
          <w:sz w:val="28"/>
          <w:szCs w:val="28"/>
          <w:lang w:val="ru-RU"/>
        </w:rPr>
        <w:t xml:space="preserve"> сорту </w:t>
      </w:r>
      <w:proofErr w:type="spellStart"/>
      <w:r w:rsidRPr="00CE44C0">
        <w:rPr>
          <w:rFonts w:ascii="Times New Roman" w:hAnsi="Times New Roman" w:cs="Times New Roman"/>
          <w:sz w:val="28"/>
          <w:szCs w:val="28"/>
          <w:lang w:val="ru-RU"/>
        </w:rPr>
        <w:t>Кларіса</w:t>
      </w:r>
      <w:proofErr w:type="spellEnd"/>
      <w:r w:rsidR="00364057" w:rsidRPr="00CE44C0">
        <w:rPr>
          <w:rFonts w:ascii="Times New Roman" w:hAnsi="Times New Roman" w:cs="Times New Roman"/>
          <w:sz w:val="28"/>
          <w:szCs w:val="28"/>
          <w:lang w:val="ru-RU"/>
        </w:rPr>
        <w:t xml:space="preserve">. </w:t>
      </w:r>
      <w:proofErr w:type="spellStart"/>
      <w:r w:rsidR="00364057" w:rsidRPr="00CE44C0">
        <w:rPr>
          <w:rFonts w:ascii="Times New Roman" w:hAnsi="Times New Roman" w:cs="Times New Roman"/>
          <w:sz w:val="28"/>
          <w:szCs w:val="28"/>
          <w:lang w:val="ru-RU"/>
        </w:rPr>
        <w:t>Оцінювали</w:t>
      </w:r>
      <w:proofErr w:type="spellEnd"/>
      <w:r w:rsidR="00364057" w:rsidRPr="00CE44C0">
        <w:rPr>
          <w:rFonts w:ascii="Times New Roman" w:hAnsi="Times New Roman" w:cs="Times New Roman"/>
          <w:sz w:val="28"/>
          <w:szCs w:val="28"/>
          <w:lang w:val="ru-RU"/>
        </w:rPr>
        <w:t xml:space="preserve"> </w:t>
      </w:r>
      <w:proofErr w:type="spellStart"/>
      <w:r w:rsidR="00364057" w:rsidRPr="00CE44C0">
        <w:rPr>
          <w:rFonts w:ascii="Times New Roman" w:hAnsi="Times New Roman" w:cs="Times New Roman"/>
          <w:sz w:val="28"/>
          <w:szCs w:val="28"/>
          <w:lang w:val="ru-RU"/>
        </w:rPr>
        <w:t>норми</w:t>
      </w:r>
      <w:proofErr w:type="spellEnd"/>
      <w:r w:rsidR="00364057" w:rsidRPr="00CE44C0">
        <w:rPr>
          <w:rFonts w:ascii="Times New Roman" w:hAnsi="Times New Roman" w:cs="Times New Roman"/>
          <w:sz w:val="28"/>
          <w:szCs w:val="28"/>
          <w:lang w:val="ru-RU"/>
        </w:rPr>
        <w:t xml:space="preserve"> </w:t>
      </w:r>
      <w:proofErr w:type="spellStart"/>
      <w:r w:rsidR="00364057" w:rsidRPr="00CE44C0">
        <w:rPr>
          <w:rFonts w:ascii="Times New Roman" w:hAnsi="Times New Roman" w:cs="Times New Roman"/>
          <w:sz w:val="28"/>
          <w:szCs w:val="28"/>
          <w:lang w:val="ru-RU"/>
        </w:rPr>
        <w:t>гербіциду</w:t>
      </w:r>
      <w:proofErr w:type="spellEnd"/>
      <w:r w:rsidR="00364057" w:rsidRPr="00CE44C0">
        <w:rPr>
          <w:rFonts w:ascii="Times New Roman" w:hAnsi="Times New Roman" w:cs="Times New Roman"/>
          <w:sz w:val="28"/>
          <w:szCs w:val="28"/>
          <w:lang w:val="ru-RU"/>
        </w:rPr>
        <w:t xml:space="preserve"> Триатлон Прайм</w:t>
      </w:r>
      <w:r w:rsidRPr="00CE44C0">
        <w:rPr>
          <w:rFonts w:ascii="Times New Roman" w:hAnsi="Times New Roman" w:cs="Times New Roman"/>
          <w:sz w:val="28"/>
          <w:szCs w:val="28"/>
          <w:lang w:val="ru-RU"/>
        </w:rPr>
        <w:t xml:space="preserve"> </w:t>
      </w:r>
      <w:proofErr w:type="spellStart"/>
      <w:r w:rsidRPr="00CE44C0">
        <w:rPr>
          <w:rStyle w:val="dont-break-out"/>
          <w:rFonts w:ascii="Times New Roman" w:hAnsi="Times New Roman" w:cs="Times New Roman"/>
          <w:color w:val="343A40"/>
          <w:sz w:val="28"/>
          <w:szCs w:val="28"/>
          <w:lang w:val="ru-RU"/>
        </w:rPr>
        <w:t>від</w:t>
      </w:r>
      <w:proofErr w:type="spellEnd"/>
      <w:r w:rsidRPr="00CE44C0">
        <w:rPr>
          <w:rStyle w:val="dont-break-out"/>
          <w:rFonts w:ascii="Times New Roman" w:hAnsi="Times New Roman" w:cs="Times New Roman"/>
          <w:color w:val="343A40"/>
          <w:sz w:val="28"/>
          <w:szCs w:val="28"/>
          <w:lang w:val="ru-RU"/>
        </w:rPr>
        <w:t xml:space="preserve"> </w:t>
      </w:r>
      <w:r w:rsidRPr="00CE44C0">
        <w:rPr>
          <w:rFonts w:ascii="Times New Roman" w:hAnsi="Times New Roman" w:cs="Times New Roman"/>
          <w:bCs/>
          <w:sz w:val="28"/>
          <w:szCs w:val="28"/>
          <w:lang w:val="uk-UA"/>
        </w:rPr>
        <w:t>0,04 до 0,06 кг/га</w:t>
      </w:r>
      <w:r w:rsidR="00364057" w:rsidRPr="00CE44C0">
        <w:rPr>
          <w:rFonts w:ascii="Times New Roman" w:hAnsi="Times New Roman" w:cs="Times New Roman"/>
          <w:sz w:val="28"/>
          <w:szCs w:val="28"/>
          <w:lang w:val="ru-RU"/>
        </w:rPr>
        <w:t xml:space="preserve">, а також </w:t>
      </w:r>
      <w:proofErr w:type="spellStart"/>
      <w:r w:rsidR="00364057" w:rsidRPr="00CE44C0">
        <w:rPr>
          <w:rFonts w:ascii="Times New Roman" w:hAnsi="Times New Roman" w:cs="Times New Roman"/>
          <w:sz w:val="28"/>
          <w:szCs w:val="28"/>
          <w:lang w:val="ru-RU"/>
        </w:rPr>
        <w:t>їх</w:t>
      </w:r>
      <w:proofErr w:type="spellEnd"/>
      <w:r w:rsidR="00364057" w:rsidRPr="00CE44C0">
        <w:rPr>
          <w:rFonts w:ascii="Times New Roman" w:hAnsi="Times New Roman" w:cs="Times New Roman"/>
          <w:sz w:val="28"/>
          <w:szCs w:val="28"/>
          <w:lang w:val="ru-RU"/>
        </w:rPr>
        <w:t xml:space="preserve"> </w:t>
      </w:r>
      <w:proofErr w:type="spellStart"/>
      <w:r w:rsidR="00364057" w:rsidRPr="00CE44C0">
        <w:rPr>
          <w:rFonts w:ascii="Times New Roman" w:hAnsi="Times New Roman" w:cs="Times New Roman"/>
          <w:sz w:val="28"/>
          <w:szCs w:val="28"/>
          <w:lang w:val="ru-RU"/>
        </w:rPr>
        <w:t>комбінацію</w:t>
      </w:r>
      <w:proofErr w:type="spellEnd"/>
      <w:r w:rsidR="00364057" w:rsidRPr="00CE44C0">
        <w:rPr>
          <w:rFonts w:ascii="Times New Roman" w:hAnsi="Times New Roman" w:cs="Times New Roman"/>
          <w:sz w:val="28"/>
          <w:szCs w:val="28"/>
          <w:lang w:val="ru-RU"/>
        </w:rPr>
        <w:t xml:space="preserve"> з </w:t>
      </w:r>
      <w:proofErr w:type="spellStart"/>
      <w:r w:rsidR="00364057" w:rsidRPr="00CE44C0">
        <w:rPr>
          <w:rFonts w:ascii="Times New Roman" w:hAnsi="Times New Roman" w:cs="Times New Roman"/>
          <w:sz w:val="28"/>
          <w:szCs w:val="28"/>
          <w:lang w:val="ru-RU"/>
        </w:rPr>
        <w:t>Амінокатом</w:t>
      </w:r>
      <w:proofErr w:type="spellEnd"/>
      <w:r w:rsidR="00364057" w:rsidRPr="00CE44C0">
        <w:rPr>
          <w:rFonts w:ascii="Times New Roman" w:hAnsi="Times New Roman" w:cs="Times New Roman"/>
          <w:sz w:val="28"/>
          <w:szCs w:val="28"/>
          <w:lang w:val="ru-RU"/>
        </w:rPr>
        <w:t xml:space="preserve"> 30 (2 л/га). </w:t>
      </w:r>
      <w:proofErr w:type="spellStart"/>
      <w:r w:rsidR="00364057" w:rsidRPr="00CE44C0">
        <w:rPr>
          <w:rFonts w:ascii="Times New Roman" w:hAnsi="Times New Roman" w:cs="Times New Roman"/>
          <w:sz w:val="28"/>
          <w:szCs w:val="28"/>
          <w:lang w:val="ru-RU"/>
        </w:rPr>
        <w:t>Основн</w:t>
      </w:r>
      <w:r w:rsidR="00CE44C0" w:rsidRPr="00CE44C0">
        <w:rPr>
          <w:rFonts w:ascii="Times New Roman" w:hAnsi="Times New Roman" w:cs="Times New Roman"/>
          <w:sz w:val="28"/>
          <w:szCs w:val="28"/>
          <w:lang w:val="ru-RU"/>
        </w:rPr>
        <w:t>і</w:t>
      </w:r>
      <w:proofErr w:type="spellEnd"/>
      <w:r w:rsidR="00364057" w:rsidRPr="00CE44C0">
        <w:rPr>
          <w:rFonts w:ascii="Times New Roman" w:hAnsi="Times New Roman" w:cs="Times New Roman"/>
          <w:sz w:val="28"/>
          <w:szCs w:val="28"/>
          <w:lang w:val="ru-RU"/>
        </w:rPr>
        <w:t xml:space="preserve"> </w:t>
      </w:r>
      <w:proofErr w:type="spellStart"/>
      <w:r w:rsidR="00364057" w:rsidRPr="00CE44C0">
        <w:rPr>
          <w:rFonts w:ascii="Times New Roman" w:hAnsi="Times New Roman" w:cs="Times New Roman"/>
          <w:sz w:val="28"/>
          <w:szCs w:val="28"/>
          <w:lang w:val="ru-RU"/>
        </w:rPr>
        <w:t>показник</w:t>
      </w:r>
      <w:r w:rsidR="00CE44C0" w:rsidRPr="00CE44C0">
        <w:rPr>
          <w:rFonts w:ascii="Times New Roman" w:hAnsi="Times New Roman" w:cs="Times New Roman"/>
          <w:sz w:val="28"/>
          <w:szCs w:val="28"/>
          <w:lang w:val="ru-RU"/>
        </w:rPr>
        <w:t>и</w:t>
      </w:r>
      <w:proofErr w:type="spellEnd"/>
      <w:r w:rsidR="00CE44C0" w:rsidRPr="00CE44C0">
        <w:rPr>
          <w:rFonts w:ascii="Times New Roman" w:hAnsi="Times New Roman" w:cs="Times New Roman"/>
          <w:sz w:val="28"/>
          <w:szCs w:val="28"/>
          <w:lang w:val="ru-RU"/>
        </w:rPr>
        <w:t xml:space="preserve"> –</w:t>
      </w:r>
      <w:r w:rsidR="00364057" w:rsidRPr="00CE44C0">
        <w:rPr>
          <w:rFonts w:ascii="Times New Roman" w:hAnsi="Times New Roman" w:cs="Times New Roman"/>
          <w:sz w:val="28"/>
          <w:szCs w:val="28"/>
          <w:lang w:val="ru-RU"/>
        </w:rPr>
        <w:t xml:space="preserve"> </w:t>
      </w:r>
      <w:proofErr w:type="spellStart"/>
      <w:r w:rsidR="00364057" w:rsidRPr="00CE44C0">
        <w:rPr>
          <w:rFonts w:ascii="Times New Roman" w:hAnsi="Times New Roman" w:cs="Times New Roman"/>
          <w:sz w:val="28"/>
          <w:szCs w:val="28"/>
          <w:lang w:val="ru-RU"/>
        </w:rPr>
        <w:t>вміст</w:t>
      </w:r>
      <w:proofErr w:type="spellEnd"/>
      <w:r w:rsidR="00364057" w:rsidRPr="00CE44C0">
        <w:rPr>
          <w:rFonts w:ascii="Times New Roman" w:hAnsi="Times New Roman" w:cs="Times New Roman"/>
          <w:sz w:val="28"/>
          <w:szCs w:val="28"/>
          <w:lang w:val="ru-RU"/>
        </w:rPr>
        <w:t xml:space="preserve"> </w:t>
      </w:r>
      <w:proofErr w:type="spellStart"/>
      <w:r w:rsidR="00364057" w:rsidRPr="00CE44C0">
        <w:rPr>
          <w:rFonts w:ascii="Times New Roman" w:hAnsi="Times New Roman" w:cs="Times New Roman"/>
          <w:sz w:val="28"/>
          <w:szCs w:val="28"/>
          <w:lang w:val="ru-RU"/>
        </w:rPr>
        <w:t>хлорофілу</w:t>
      </w:r>
      <w:proofErr w:type="spellEnd"/>
      <w:r w:rsidR="00CE44C0">
        <w:rPr>
          <w:rFonts w:ascii="Times New Roman" w:hAnsi="Times New Roman" w:cs="Times New Roman"/>
          <w:sz w:val="28"/>
          <w:szCs w:val="28"/>
          <w:lang w:val="ru-RU"/>
        </w:rPr>
        <w:t xml:space="preserve"> </w:t>
      </w:r>
      <w:r w:rsidR="00CE44C0" w:rsidRPr="00BF0535">
        <w:rPr>
          <w:rFonts w:ascii="Times New Roman" w:eastAsia="Times New Roman" w:hAnsi="Times New Roman"/>
          <w:sz w:val="28"/>
          <w:szCs w:val="28"/>
          <w:lang w:val="uk-UA" w:eastAsia="ru-RU"/>
        </w:rPr>
        <w:t xml:space="preserve">в листках </w:t>
      </w:r>
      <w:r w:rsidR="00CE44C0" w:rsidRPr="00BF0535">
        <w:rPr>
          <w:rFonts w:ascii="Times New Roman" w:hAnsi="Times New Roman"/>
          <w:sz w:val="28"/>
          <w:szCs w:val="28"/>
          <w:lang w:val="uk-UA"/>
        </w:rPr>
        <w:t xml:space="preserve">визначали відповідно до загальноприйнятих </w:t>
      </w:r>
      <w:proofErr w:type="spellStart"/>
      <w:r w:rsidR="00CE44C0" w:rsidRPr="00BF0535">
        <w:rPr>
          <w:rFonts w:ascii="Times New Roman" w:hAnsi="Times New Roman"/>
          <w:sz w:val="28"/>
          <w:szCs w:val="28"/>
          <w:lang w:val="uk-UA"/>
        </w:rPr>
        <w:t>методик</w:t>
      </w:r>
      <w:proofErr w:type="spellEnd"/>
      <w:r w:rsidR="00CE44C0">
        <w:rPr>
          <w:rFonts w:ascii="Times New Roman" w:hAnsi="Times New Roman"/>
          <w:sz w:val="28"/>
          <w:szCs w:val="28"/>
          <w:lang w:val="uk-UA"/>
        </w:rPr>
        <w:t xml:space="preserve"> </w:t>
      </w:r>
      <w:r w:rsidR="00CE44C0" w:rsidRPr="00CE44C0">
        <w:rPr>
          <w:rFonts w:ascii="Times New Roman" w:hAnsi="Times New Roman" w:cs="Times New Roman"/>
          <w:sz w:val="28"/>
          <w:szCs w:val="28"/>
          <w:lang w:val="ru-RU"/>
        </w:rPr>
        <w:t>[</w:t>
      </w:r>
      <w:r w:rsidR="00CE44C0" w:rsidRPr="00CE44C0">
        <w:rPr>
          <w:rFonts w:ascii="Times New Roman" w:hAnsi="Times New Roman" w:cs="Times New Roman"/>
          <w:sz w:val="28"/>
          <w:szCs w:val="28"/>
          <w:lang w:val="uk-UA"/>
        </w:rPr>
        <w:t>9</w:t>
      </w:r>
      <w:proofErr w:type="gramStart"/>
      <w:r w:rsidR="00CE44C0" w:rsidRPr="00CE44C0">
        <w:rPr>
          <w:rFonts w:ascii="Times New Roman" w:hAnsi="Times New Roman" w:cs="Times New Roman"/>
          <w:sz w:val="28"/>
          <w:szCs w:val="28"/>
          <w:lang w:val="ru-RU"/>
        </w:rPr>
        <w:t>],</w:t>
      </w:r>
      <w:r w:rsidR="00364057" w:rsidRPr="00CE44C0">
        <w:rPr>
          <w:rFonts w:ascii="Times New Roman" w:hAnsi="Times New Roman" w:cs="Times New Roman"/>
          <w:sz w:val="28"/>
          <w:szCs w:val="28"/>
          <w:lang w:val="ru-RU"/>
        </w:rPr>
        <w:t xml:space="preserve">  </w:t>
      </w:r>
      <w:proofErr w:type="spellStart"/>
      <w:r w:rsidR="00364057" w:rsidRPr="00CE44C0">
        <w:rPr>
          <w:rFonts w:ascii="Times New Roman" w:hAnsi="Times New Roman" w:cs="Times New Roman"/>
          <w:sz w:val="28"/>
          <w:szCs w:val="28"/>
          <w:lang w:val="ru-RU"/>
        </w:rPr>
        <w:t>площу</w:t>
      </w:r>
      <w:proofErr w:type="spellEnd"/>
      <w:proofErr w:type="gramEnd"/>
      <w:r w:rsidR="00364057" w:rsidRPr="00CE44C0">
        <w:rPr>
          <w:rFonts w:ascii="Times New Roman" w:hAnsi="Times New Roman" w:cs="Times New Roman"/>
          <w:sz w:val="28"/>
          <w:szCs w:val="28"/>
          <w:lang w:val="ru-RU"/>
        </w:rPr>
        <w:t xml:space="preserve"> </w:t>
      </w:r>
      <w:proofErr w:type="spellStart"/>
      <w:r w:rsidR="00364057" w:rsidRPr="00CE44C0">
        <w:rPr>
          <w:rFonts w:ascii="Times New Roman" w:hAnsi="Times New Roman" w:cs="Times New Roman"/>
          <w:sz w:val="28"/>
          <w:szCs w:val="28"/>
          <w:lang w:val="ru-RU"/>
        </w:rPr>
        <w:t>листкової</w:t>
      </w:r>
      <w:proofErr w:type="spellEnd"/>
      <w:r w:rsidR="00364057" w:rsidRPr="00CE44C0">
        <w:rPr>
          <w:rFonts w:ascii="Times New Roman" w:hAnsi="Times New Roman" w:cs="Times New Roman"/>
          <w:sz w:val="28"/>
          <w:szCs w:val="28"/>
          <w:lang w:val="ru-RU"/>
        </w:rPr>
        <w:t xml:space="preserve"> </w:t>
      </w:r>
      <w:proofErr w:type="spellStart"/>
      <w:r w:rsidR="00364057" w:rsidRPr="00CE44C0">
        <w:rPr>
          <w:rFonts w:ascii="Times New Roman" w:hAnsi="Times New Roman" w:cs="Times New Roman"/>
          <w:sz w:val="28"/>
          <w:szCs w:val="28"/>
          <w:lang w:val="ru-RU"/>
        </w:rPr>
        <w:t>поверхні</w:t>
      </w:r>
      <w:proofErr w:type="spellEnd"/>
      <w:r w:rsidR="00364057" w:rsidRPr="00CE44C0">
        <w:rPr>
          <w:rFonts w:ascii="Times New Roman" w:hAnsi="Times New Roman" w:cs="Times New Roman"/>
          <w:sz w:val="28"/>
          <w:szCs w:val="28"/>
          <w:lang w:val="ru-RU"/>
        </w:rPr>
        <w:t xml:space="preserve"> </w:t>
      </w:r>
      <w:proofErr w:type="spellStart"/>
      <w:proofErr w:type="gramStart"/>
      <w:r w:rsidR="004B262A" w:rsidRPr="00CE44C0">
        <w:rPr>
          <w:rFonts w:ascii="Times New Roman" w:hAnsi="Times New Roman" w:cs="Times New Roman"/>
          <w:sz w:val="28"/>
          <w:szCs w:val="28"/>
          <w:lang w:val="ru-RU"/>
        </w:rPr>
        <w:t>посівів</w:t>
      </w:r>
      <w:proofErr w:type="spellEnd"/>
      <w:r w:rsidR="00CE44C0" w:rsidRPr="00CE44C0">
        <w:rPr>
          <w:rFonts w:ascii="Times New Roman" w:hAnsi="Times New Roman" w:cs="Times New Roman"/>
          <w:sz w:val="28"/>
          <w:szCs w:val="28"/>
          <w:lang w:val="ru-RU"/>
        </w:rPr>
        <w:t xml:space="preserve"> </w:t>
      </w:r>
      <w:r w:rsidR="00CE44C0" w:rsidRPr="00CE44C0">
        <w:rPr>
          <w:sz w:val="28"/>
          <w:szCs w:val="28"/>
          <w:lang w:val="ru-RU"/>
        </w:rPr>
        <w:t xml:space="preserve"> </w:t>
      </w:r>
      <w:proofErr w:type="spellStart"/>
      <w:r w:rsidR="00CE44C0" w:rsidRPr="00CE44C0">
        <w:rPr>
          <w:rFonts w:ascii="Times New Roman" w:hAnsi="Times New Roman" w:cs="Times New Roman"/>
          <w:sz w:val="28"/>
          <w:szCs w:val="28"/>
          <w:lang w:val="ru-RU"/>
        </w:rPr>
        <w:t>розраховували</w:t>
      </w:r>
      <w:proofErr w:type="spellEnd"/>
      <w:proofErr w:type="gramEnd"/>
      <w:r w:rsidR="00CE44C0" w:rsidRPr="00CE44C0">
        <w:rPr>
          <w:rFonts w:ascii="Times New Roman" w:hAnsi="Times New Roman" w:cs="Times New Roman"/>
          <w:sz w:val="28"/>
          <w:szCs w:val="28"/>
          <w:lang w:val="ru-RU"/>
        </w:rPr>
        <w:t xml:space="preserve"> за методом «</w:t>
      </w:r>
      <w:proofErr w:type="spellStart"/>
      <w:r w:rsidR="00CE44C0" w:rsidRPr="00CE44C0">
        <w:rPr>
          <w:rFonts w:ascii="Times New Roman" w:hAnsi="Times New Roman" w:cs="Times New Roman"/>
          <w:sz w:val="28"/>
          <w:szCs w:val="28"/>
          <w:lang w:val="ru-RU"/>
        </w:rPr>
        <w:t>висічок</w:t>
      </w:r>
      <w:proofErr w:type="spellEnd"/>
      <w:r w:rsidR="00CE44C0" w:rsidRPr="00CE44C0">
        <w:rPr>
          <w:rFonts w:ascii="Times New Roman" w:hAnsi="Times New Roman" w:cs="Times New Roman"/>
          <w:sz w:val="28"/>
          <w:szCs w:val="28"/>
          <w:lang w:val="ru-RU"/>
        </w:rPr>
        <w:t>» [</w:t>
      </w:r>
      <w:r w:rsidR="00CE44C0" w:rsidRPr="00CE44C0">
        <w:rPr>
          <w:rFonts w:ascii="Times New Roman" w:hAnsi="Times New Roman" w:cs="Times New Roman"/>
          <w:sz w:val="28"/>
          <w:szCs w:val="28"/>
          <w:lang w:val="uk-UA"/>
        </w:rPr>
        <w:t>9</w:t>
      </w:r>
      <w:r w:rsidR="00CE44C0" w:rsidRPr="00CE44C0">
        <w:rPr>
          <w:rFonts w:ascii="Times New Roman" w:hAnsi="Times New Roman" w:cs="Times New Roman"/>
          <w:sz w:val="28"/>
          <w:szCs w:val="28"/>
          <w:lang w:val="ru-RU"/>
        </w:rPr>
        <w:t>]</w:t>
      </w:r>
      <w:r w:rsidR="00CE44C0">
        <w:rPr>
          <w:rFonts w:ascii="Times New Roman" w:hAnsi="Times New Roman" w:cs="Times New Roman"/>
          <w:sz w:val="28"/>
          <w:szCs w:val="28"/>
          <w:lang w:val="ru-RU"/>
        </w:rPr>
        <w:t>.</w:t>
      </w:r>
    </w:p>
    <w:p w14:paraId="5DCC7893" w14:textId="77777777" w:rsidR="00364057" w:rsidRPr="009479D5" w:rsidRDefault="001C3444" w:rsidP="00364057">
      <w:pPr>
        <w:spacing w:after="0" w:line="360" w:lineRule="auto"/>
        <w:ind w:firstLine="709"/>
        <w:jc w:val="both"/>
        <w:rPr>
          <w:rFonts w:ascii="Times New Roman" w:eastAsia="Times New Roman" w:hAnsi="Times New Roman"/>
          <w:sz w:val="28"/>
          <w:szCs w:val="28"/>
          <w:lang w:val="ru-RU" w:eastAsia="ru-RU"/>
        </w:rPr>
      </w:pPr>
      <w:proofErr w:type="spellStart"/>
      <w:r w:rsidRPr="004B262A">
        <w:rPr>
          <w:rFonts w:ascii="Times New Roman" w:hAnsi="Times New Roman" w:cs="Times New Roman"/>
          <w:b/>
          <w:bCs/>
          <w:sz w:val="28"/>
          <w:szCs w:val="28"/>
          <w:lang w:val="ru-RU"/>
        </w:rPr>
        <w:t>Виклад</w:t>
      </w:r>
      <w:proofErr w:type="spellEnd"/>
      <w:r w:rsidRPr="004B262A">
        <w:rPr>
          <w:rFonts w:ascii="Times New Roman" w:hAnsi="Times New Roman" w:cs="Times New Roman"/>
          <w:b/>
          <w:bCs/>
          <w:sz w:val="28"/>
          <w:szCs w:val="28"/>
          <w:lang w:val="ru-RU"/>
        </w:rPr>
        <w:t xml:space="preserve"> основного </w:t>
      </w:r>
      <w:proofErr w:type="spellStart"/>
      <w:r w:rsidRPr="004B262A">
        <w:rPr>
          <w:rFonts w:ascii="Times New Roman" w:hAnsi="Times New Roman" w:cs="Times New Roman"/>
          <w:b/>
          <w:bCs/>
          <w:sz w:val="28"/>
          <w:szCs w:val="28"/>
          <w:lang w:val="ru-RU"/>
        </w:rPr>
        <w:t>матеріалу</w:t>
      </w:r>
      <w:proofErr w:type="spellEnd"/>
      <w:r w:rsidRPr="004B262A">
        <w:rPr>
          <w:rFonts w:ascii="Times New Roman" w:hAnsi="Times New Roman" w:cs="Times New Roman"/>
          <w:b/>
          <w:bCs/>
          <w:sz w:val="28"/>
          <w:szCs w:val="28"/>
          <w:lang w:val="ru-RU"/>
        </w:rPr>
        <w:t xml:space="preserve"> </w:t>
      </w:r>
      <w:proofErr w:type="spellStart"/>
      <w:r w:rsidRPr="004B262A">
        <w:rPr>
          <w:rFonts w:ascii="Times New Roman" w:hAnsi="Times New Roman" w:cs="Times New Roman"/>
          <w:b/>
          <w:bCs/>
          <w:sz w:val="28"/>
          <w:szCs w:val="28"/>
          <w:lang w:val="ru-RU"/>
        </w:rPr>
        <w:t>дослідження</w:t>
      </w:r>
      <w:proofErr w:type="spellEnd"/>
      <w:r w:rsidR="004B262A">
        <w:rPr>
          <w:rFonts w:ascii="Times New Roman" w:hAnsi="Times New Roman" w:cs="Times New Roman"/>
          <w:b/>
          <w:bCs/>
          <w:sz w:val="28"/>
          <w:szCs w:val="28"/>
          <w:lang w:val="uk-UA"/>
        </w:rPr>
        <w:t>.</w:t>
      </w:r>
      <w:r w:rsidRPr="000C7039">
        <w:rPr>
          <w:rFonts w:ascii="Times New Roman" w:hAnsi="Times New Roman" w:cs="Times New Roman"/>
          <w:sz w:val="28"/>
          <w:szCs w:val="28"/>
          <w:lang w:val="ru-RU"/>
        </w:rPr>
        <w:t xml:space="preserve"> </w:t>
      </w:r>
      <w:r w:rsidR="007D589F">
        <w:rPr>
          <w:rFonts w:ascii="Times New Roman" w:eastAsia="Times New Roman" w:hAnsi="Times New Roman"/>
          <w:sz w:val="28"/>
          <w:szCs w:val="28"/>
          <w:lang w:val="uk-UA" w:eastAsia="ru-RU"/>
        </w:rPr>
        <w:t xml:space="preserve">Кількість хлорофілу в лисках культурних рослин впливає на їх біологічну продуктивність, вміст яких істотно залежить від норми  внесених препаратів та біологічної особливості сорту. Тобто, даний показник залежить від </w:t>
      </w:r>
      <w:r w:rsidR="007D589F" w:rsidRPr="00DB4B68">
        <w:rPr>
          <w:rFonts w:ascii="Times New Roman" w:eastAsia="Times New Roman" w:hAnsi="Times New Roman"/>
          <w:sz w:val="28"/>
          <w:szCs w:val="28"/>
          <w:lang w:val="uk-UA" w:eastAsia="ru-RU"/>
        </w:rPr>
        <w:t>фотосинтетичної активності посівів</w:t>
      </w:r>
      <w:r w:rsidR="007D589F">
        <w:rPr>
          <w:rFonts w:ascii="Times New Roman" w:eastAsia="Times New Roman" w:hAnsi="Times New Roman"/>
          <w:sz w:val="28"/>
          <w:szCs w:val="28"/>
          <w:lang w:val="uk-UA" w:eastAsia="ru-RU"/>
        </w:rPr>
        <w:t xml:space="preserve">, що </w:t>
      </w:r>
      <w:r w:rsidR="007D589F" w:rsidRPr="00DB4B68">
        <w:rPr>
          <w:rFonts w:ascii="Times New Roman" w:eastAsia="Times New Roman" w:hAnsi="Times New Roman"/>
          <w:sz w:val="28"/>
          <w:szCs w:val="28"/>
          <w:lang w:val="uk-UA" w:eastAsia="ru-RU"/>
        </w:rPr>
        <w:t xml:space="preserve">визначаються характером </w:t>
      </w:r>
      <w:proofErr w:type="spellStart"/>
      <w:r w:rsidR="007D589F">
        <w:rPr>
          <w:rFonts w:ascii="Times New Roman" w:eastAsia="Times New Roman" w:hAnsi="Times New Roman"/>
          <w:sz w:val="28"/>
          <w:szCs w:val="28"/>
          <w:lang w:val="uk-UA" w:eastAsia="ru-RU"/>
        </w:rPr>
        <w:t>агро</w:t>
      </w:r>
      <w:proofErr w:type="spellEnd"/>
      <w:r w:rsidR="007D589F">
        <w:rPr>
          <w:rFonts w:ascii="Times New Roman" w:eastAsia="Times New Roman" w:hAnsi="Times New Roman"/>
          <w:sz w:val="28"/>
          <w:szCs w:val="28"/>
          <w:lang w:val="uk-UA" w:eastAsia="ru-RU"/>
        </w:rPr>
        <w:t xml:space="preserve">-кліматичних </w:t>
      </w:r>
      <w:r w:rsidR="007D589F" w:rsidRPr="00DB4B68">
        <w:rPr>
          <w:rFonts w:ascii="Times New Roman" w:eastAsia="Times New Roman" w:hAnsi="Times New Roman"/>
          <w:sz w:val="28"/>
          <w:szCs w:val="28"/>
          <w:lang w:val="uk-UA" w:eastAsia="ru-RU"/>
        </w:rPr>
        <w:t xml:space="preserve">умов </w:t>
      </w:r>
      <w:r w:rsidR="007D589F">
        <w:rPr>
          <w:rFonts w:ascii="Times New Roman" w:eastAsia="Times New Roman" w:hAnsi="Times New Roman"/>
          <w:sz w:val="28"/>
          <w:szCs w:val="28"/>
          <w:lang w:val="uk-UA" w:eastAsia="ru-RU"/>
        </w:rPr>
        <w:t>вирощування</w:t>
      </w:r>
      <w:r w:rsidR="007D589F" w:rsidRPr="00DB4B68">
        <w:rPr>
          <w:rFonts w:ascii="Times New Roman" w:eastAsia="Times New Roman" w:hAnsi="Times New Roman"/>
          <w:sz w:val="28"/>
          <w:szCs w:val="28"/>
          <w:lang w:val="uk-UA" w:eastAsia="ru-RU"/>
        </w:rPr>
        <w:t xml:space="preserve">, сортовими особливостями та </w:t>
      </w:r>
      <w:r w:rsidR="007D589F">
        <w:rPr>
          <w:rFonts w:ascii="Times New Roman" w:eastAsia="Times New Roman" w:hAnsi="Times New Roman"/>
          <w:sz w:val="28"/>
          <w:szCs w:val="28"/>
          <w:lang w:val="uk-UA" w:eastAsia="ru-RU"/>
        </w:rPr>
        <w:lastRenderedPageBreak/>
        <w:t>обробітком посівів від бур</w:t>
      </w:r>
      <w:r w:rsidR="007D589F" w:rsidRPr="00104A89">
        <w:rPr>
          <w:rFonts w:ascii="Times New Roman" w:eastAsia="Times New Roman" w:hAnsi="Times New Roman"/>
          <w:sz w:val="28"/>
          <w:szCs w:val="28"/>
          <w:lang w:val="ru-RU" w:eastAsia="ru-RU"/>
        </w:rPr>
        <w:t>’</w:t>
      </w:r>
      <w:proofErr w:type="spellStart"/>
      <w:r w:rsidR="007D589F">
        <w:rPr>
          <w:rFonts w:ascii="Times New Roman" w:eastAsia="Times New Roman" w:hAnsi="Times New Roman"/>
          <w:sz w:val="28"/>
          <w:szCs w:val="28"/>
          <w:lang w:val="uk-UA" w:eastAsia="ru-RU"/>
        </w:rPr>
        <w:t>янів</w:t>
      </w:r>
      <w:proofErr w:type="spellEnd"/>
      <w:r w:rsidR="007D589F" w:rsidRPr="00DB4B68">
        <w:rPr>
          <w:rFonts w:ascii="Times New Roman" w:eastAsia="Times New Roman" w:hAnsi="Times New Roman"/>
          <w:sz w:val="28"/>
          <w:szCs w:val="28"/>
          <w:lang w:val="uk-UA" w:eastAsia="ru-RU"/>
        </w:rPr>
        <w:t>.</w:t>
      </w:r>
      <w:r w:rsidR="007D589F">
        <w:rPr>
          <w:rFonts w:ascii="Times New Roman" w:eastAsia="Times New Roman" w:hAnsi="Times New Roman"/>
          <w:sz w:val="28"/>
          <w:szCs w:val="28"/>
          <w:lang w:val="uk-UA" w:eastAsia="ru-RU"/>
        </w:rPr>
        <w:t xml:space="preserve"> </w:t>
      </w:r>
      <w:r w:rsidR="009479D5" w:rsidRPr="007D589F">
        <w:rPr>
          <w:rFonts w:ascii="Times New Roman" w:hAnsi="Times New Roman" w:cs="Times New Roman"/>
          <w:sz w:val="28"/>
          <w:szCs w:val="28"/>
          <w:lang w:val="uk-UA"/>
        </w:rPr>
        <w:t xml:space="preserve">Аналіз </w:t>
      </w:r>
      <w:r w:rsidR="007D589F" w:rsidRPr="007D589F">
        <w:rPr>
          <w:rFonts w:ascii="Times New Roman" w:hAnsi="Times New Roman" w:cs="Times New Roman"/>
          <w:sz w:val="28"/>
          <w:szCs w:val="28"/>
          <w:lang w:val="uk-UA"/>
        </w:rPr>
        <w:t xml:space="preserve">досліджень </w:t>
      </w:r>
      <w:r w:rsidR="009479D5" w:rsidRPr="007D589F">
        <w:rPr>
          <w:rFonts w:ascii="Times New Roman" w:hAnsi="Times New Roman" w:cs="Times New Roman"/>
          <w:sz w:val="28"/>
          <w:szCs w:val="28"/>
          <w:lang w:val="uk-UA"/>
        </w:rPr>
        <w:t>показників</w:t>
      </w:r>
      <w:r w:rsidR="007D589F" w:rsidRPr="007D589F">
        <w:rPr>
          <w:rFonts w:ascii="Times New Roman" w:hAnsi="Times New Roman" w:cs="Times New Roman"/>
          <w:sz w:val="28"/>
          <w:szCs w:val="28"/>
          <w:lang w:val="uk-UA"/>
        </w:rPr>
        <w:t xml:space="preserve"> фотосинтезу</w:t>
      </w:r>
      <w:r w:rsidR="009479D5" w:rsidRPr="007D589F">
        <w:rPr>
          <w:rFonts w:ascii="Times New Roman" w:hAnsi="Times New Roman" w:cs="Times New Roman"/>
          <w:sz w:val="28"/>
          <w:szCs w:val="28"/>
          <w:lang w:val="uk-UA"/>
        </w:rPr>
        <w:t xml:space="preserve"> виявив, що </w:t>
      </w:r>
      <w:r w:rsidR="007D589F" w:rsidRPr="007D589F">
        <w:rPr>
          <w:rFonts w:ascii="Times New Roman" w:hAnsi="Times New Roman" w:cs="Times New Roman"/>
          <w:sz w:val="28"/>
          <w:szCs w:val="28"/>
          <w:lang w:val="uk-UA"/>
        </w:rPr>
        <w:t xml:space="preserve">сумісне </w:t>
      </w:r>
      <w:r w:rsidR="009479D5" w:rsidRPr="007D589F">
        <w:rPr>
          <w:rFonts w:ascii="Times New Roman" w:hAnsi="Times New Roman" w:cs="Times New Roman"/>
          <w:sz w:val="28"/>
          <w:szCs w:val="28"/>
          <w:lang w:val="uk-UA"/>
        </w:rPr>
        <w:t xml:space="preserve">застосування гербіциду </w:t>
      </w:r>
      <w:proofErr w:type="spellStart"/>
      <w:r w:rsidR="009479D5" w:rsidRPr="007D589F">
        <w:rPr>
          <w:rFonts w:ascii="Times New Roman" w:hAnsi="Times New Roman" w:cs="Times New Roman"/>
          <w:sz w:val="28"/>
          <w:szCs w:val="28"/>
          <w:lang w:val="uk-UA"/>
        </w:rPr>
        <w:t>Триатлон</w:t>
      </w:r>
      <w:proofErr w:type="spellEnd"/>
      <w:r w:rsidR="009479D5" w:rsidRPr="007D589F">
        <w:rPr>
          <w:rFonts w:ascii="Times New Roman" w:hAnsi="Times New Roman" w:cs="Times New Roman"/>
          <w:sz w:val="28"/>
          <w:szCs w:val="28"/>
          <w:lang w:val="uk-UA"/>
        </w:rPr>
        <w:t xml:space="preserve"> Прайм</w:t>
      </w:r>
      <w:r w:rsidR="007D589F" w:rsidRPr="007D589F">
        <w:rPr>
          <w:rFonts w:ascii="Times New Roman" w:hAnsi="Times New Roman" w:cs="Times New Roman"/>
          <w:sz w:val="28"/>
          <w:szCs w:val="28"/>
          <w:lang w:val="uk-UA"/>
        </w:rPr>
        <w:t xml:space="preserve"> та регулятора росту </w:t>
      </w:r>
      <w:proofErr w:type="spellStart"/>
      <w:r w:rsidR="007D589F" w:rsidRPr="007D589F">
        <w:rPr>
          <w:rFonts w:ascii="Times New Roman" w:hAnsi="Times New Roman" w:cs="Times New Roman"/>
          <w:sz w:val="28"/>
          <w:szCs w:val="28"/>
          <w:lang w:val="uk-UA"/>
        </w:rPr>
        <w:t>Амінокат</w:t>
      </w:r>
      <w:proofErr w:type="spellEnd"/>
      <w:r w:rsidR="007D589F" w:rsidRPr="007D589F">
        <w:rPr>
          <w:rFonts w:ascii="Times New Roman" w:hAnsi="Times New Roman" w:cs="Times New Roman"/>
          <w:sz w:val="28"/>
          <w:szCs w:val="28"/>
          <w:lang w:val="uk-UA"/>
        </w:rPr>
        <w:t xml:space="preserve"> 30</w:t>
      </w:r>
      <w:r w:rsidR="009479D5" w:rsidRPr="007D589F">
        <w:rPr>
          <w:rFonts w:ascii="Times New Roman" w:hAnsi="Times New Roman" w:cs="Times New Roman"/>
          <w:sz w:val="28"/>
          <w:szCs w:val="28"/>
          <w:lang w:val="uk-UA"/>
        </w:rPr>
        <w:t xml:space="preserve"> сприяло зростанню </w:t>
      </w:r>
      <w:r w:rsidR="007D589F" w:rsidRPr="007D589F">
        <w:rPr>
          <w:rFonts w:ascii="Times New Roman" w:hAnsi="Times New Roman" w:cs="Times New Roman"/>
          <w:sz w:val="28"/>
          <w:szCs w:val="28"/>
          <w:lang w:val="uk-UA"/>
        </w:rPr>
        <w:t>вмісту хлорофілу,</w:t>
      </w:r>
      <w:r w:rsidR="009479D5" w:rsidRPr="007D589F">
        <w:rPr>
          <w:rFonts w:ascii="Times New Roman" w:hAnsi="Times New Roman" w:cs="Times New Roman"/>
          <w:sz w:val="28"/>
          <w:szCs w:val="28"/>
          <w:lang w:val="uk-UA"/>
        </w:rPr>
        <w:t xml:space="preserve"> порівняно з контролем. </w:t>
      </w:r>
      <w:proofErr w:type="spellStart"/>
      <w:r w:rsidR="009479D5" w:rsidRPr="000C7039">
        <w:rPr>
          <w:rFonts w:ascii="Times New Roman" w:hAnsi="Times New Roman" w:cs="Times New Roman"/>
          <w:sz w:val="28"/>
          <w:szCs w:val="28"/>
          <w:lang w:val="ru-RU"/>
        </w:rPr>
        <w:t>Підвищення</w:t>
      </w:r>
      <w:proofErr w:type="spellEnd"/>
      <w:r w:rsidR="009479D5" w:rsidRPr="000C7039">
        <w:rPr>
          <w:rFonts w:ascii="Times New Roman" w:hAnsi="Times New Roman" w:cs="Times New Roman"/>
          <w:sz w:val="28"/>
          <w:szCs w:val="28"/>
          <w:lang w:val="ru-RU"/>
        </w:rPr>
        <w:t xml:space="preserve"> </w:t>
      </w:r>
      <w:r w:rsidR="007D589F">
        <w:rPr>
          <w:rFonts w:ascii="Times New Roman" w:hAnsi="Times New Roman" w:cs="Times New Roman"/>
          <w:sz w:val="28"/>
          <w:szCs w:val="28"/>
          <w:lang w:val="ru-RU"/>
        </w:rPr>
        <w:t xml:space="preserve">до </w:t>
      </w:r>
      <w:proofErr w:type="spellStart"/>
      <w:r w:rsidR="007D589F">
        <w:rPr>
          <w:rFonts w:ascii="Times New Roman" w:hAnsi="Times New Roman" w:cs="Times New Roman"/>
          <w:sz w:val="28"/>
          <w:szCs w:val="28"/>
          <w:lang w:val="ru-RU"/>
        </w:rPr>
        <w:t>максимальної</w:t>
      </w:r>
      <w:proofErr w:type="spellEnd"/>
      <w:r w:rsidR="007D589F">
        <w:rPr>
          <w:rFonts w:ascii="Times New Roman" w:hAnsi="Times New Roman" w:cs="Times New Roman"/>
          <w:sz w:val="28"/>
          <w:szCs w:val="28"/>
          <w:lang w:val="ru-RU"/>
        </w:rPr>
        <w:t xml:space="preserve"> </w:t>
      </w:r>
      <w:proofErr w:type="spellStart"/>
      <w:r w:rsidR="007D589F">
        <w:rPr>
          <w:rFonts w:ascii="Times New Roman" w:hAnsi="Times New Roman" w:cs="Times New Roman"/>
          <w:sz w:val="28"/>
          <w:szCs w:val="28"/>
          <w:lang w:val="ru-RU"/>
        </w:rPr>
        <w:t>норм</w:t>
      </w:r>
      <w:r w:rsidR="009479D5" w:rsidRPr="000C7039">
        <w:rPr>
          <w:rFonts w:ascii="Times New Roman" w:hAnsi="Times New Roman" w:cs="Times New Roman"/>
          <w:sz w:val="28"/>
          <w:szCs w:val="28"/>
          <w:lang w:val="ru-RU"/>
        </w:rPr>
        <w:t>и</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призв</w:t>
      </w:r>
      <w:r w:rsidR="007D589F">
        <w:rPr>
          <w:rFonts w:ascii="Times New Roman" w:hAnsi="Times New Roman" w:cs="Times New Roman"/>
          <w:sz w:val="28"/>
          <w:szCs w:val="28"/>
          <w:lang w:val="ru-RU"/>
        </w:rPr>
        <w:t>е</w:t>
      </w:r>
      <w:r w:rsidR="009479D5" w:rsidRPr="000C7039">
        <w:rPr>
          <w:rFonts w:ascii="Times New Roman" w:hAnsi="Times New Roman" w:cs="Times New Roman"/>
          <w:sz w:val="28"/>
          <w:szCs w:val="28"/>
          <w:lang w:val="ru-RU"/>
        </w:rPr>
        <w:t>ло</w:t>
      </w:r>
      <w:proofErr w:type="spellEnd"/>
      <w:r w:rsidR="009479D5" w:rsidRPr="000C7039">
        <w:rPr>
          <w:rFonts w:ascii="Times New Roman" w:hAnsi="Times New Roman" w:cs="Times New Roman"/>
          <w:sz w:val="28"/>
          <w:szCs w:val="28"/>
          <w:lang w:val="ru-RU"/>
        </w:rPr>
        <w:t xml:space="preserve"> до </w:t>
      </w:r>
      <w:proofErr w:type="spellStart"/>
      <w:r w:rsidR="009479D5" w:rsidRPr="000C7039">
        <w:rPr>
          <w:rFonts w:ascii="Times New Roman" w:hAnsi="Times New Roman" w:cs="Times New Roman"/>
          <w:sz w:val="28"/>
          <w:szCs w:val="28"/>
          <w:lang w:val="ru-RU"/>
        </w:rPr>
        <w:t>зниження</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ефективності</w:t>
      </w:r>
      <w:proofErr w:type="spellEnd"/>
      <w:r w:rsidR="009479D5" w:rsidRPr="000C7039">
        <w:rPr>
          <w:rFonts w:ascii="Times New Roman" w:hAnsi="Times New Roman" w:cs="Times New Roman"/>
          <w:sz w:val="28"/>
          <w:szCs w:val="28"/>
          <w:lang w:val="ru-RU"/>
        </w:rPr>
        <w:t xml:space="preserve"> фотосинтезу через </w:t>
      </w:r>
      <w:proofErr w:type="spellStart"/>
      <w:r w:rsidR="009479D5" w:rsidRPr="000C7039">
        <w:rPr>
          <w:rFonts w:ascii="Times New Roman" w:hAnsi="Times New Roman" w:cs="Times New Roman"/>
          <w:sz w:val="28"/>
          <w:szCs w:val="28"/>
          <w:lang w:val="ru-RU"/>
        </w:rPr>
        <w:t>стресовий</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вплив</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Використання</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Амінокату</w:t>
      </w:r>
      <w:proofErr w:type="spellEnd"/>
      <w:r w:rsidR="009479D5" w:rsidRPr="000C7039">
        <w:rPr>
          <w:rFonts w:ascii="Times New Roman" w:hAnsi="Times New Roman" w:cs="Times New Roman"/>
          <w:sz w:val="28"/>
          <w:szCs w:val="28"/>
          <w:lang w:val="ru-RU"/>
        </w:rPr>
        <w:t xml:space="preserve"> 30 </w:t>
      </w:r>
      <w:proofErr w:type="spellStart"/>
      <w:r w:rsidR="009479D5" w:rsidRPr="000C7039">
        <w:rPr>
          <w:rFonts w:ascii="Times New Roman" w:hAnsi="Times New Roman" w:cs="Times New Roman"/>
          <w:sz w:val="28"/>
          <w:szCs w:val="28"/>
          <w:lang w:val="ru-RU"/>
        </w:rPr>
        <w:t>посилило</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позитивний</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ефект</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гербіциду</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підвищуючи</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вміст</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хлорофілу</w:t>
      </w:r>
      <w:proofErr w:type="spellEnd"/>
      <w:r w:rsidR="007D589F">
        <w:rPr>
          <w:rFonts w:ascii="Times New Roman" w:hAnsi="Times New Roman" w:cs="Times New Roman"/>
          <w:sz w:val="28"/>
          <w:szCs w:val="28"/>
          <w:lang w:val="ru-RU"/>
        </w:rPr>
        <w:t>.</w:t>
      </w:r>
    </w:p>
    <w:p w14:paraId="083A7C3E" w14:textId="77777777" w:rsidR="00364057" w:rsidRDefault="00364057" w:rsidP="00364057">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Наші дослідження, із вивчення дії різних норм гербіциду </w:t>
      </w:r>
      <w:proofErr w:type="spellStart"/>
      <w:r w:rsidRPr="002546E6">
        <w:rPr>
          <w:rFonts w:ascii="Times New Roman" w:eastAsia="Times New Roman" w:hAnsi="Times New Roman"/>
          <w:bCs/>
          <w:color w:val="3E3E3E"/>
          <w:sz w:val="28"/>
          <w:szCs w:val="28"/>
          <w:lang w:val="uk-UA"/>
        </w:rPr>
        <w:t>Триатлон</w:t>
      </w:r>
      <w:proofErr w:type="spellEnd"/>
      <w:r w:rsidRPr="002546E6">
        <w:rPr>
          <w:rFonts w:ascii="Times New Roman" w:eastAsia="Times New Roman" w:hAnsi="Times New Roman"/>
          <w:bCs/>
          <w:color w:val="3E3E3E"/>
          <w:sz w:val="28"/>
          <w:szCs w:val="28"/>
          <w:lang w:val="uk-UA"/>
        </w:rPr>
        <w:t xml:space="preserve"> </w:t>
      </w:r>
      <w:proofErr w:type="spellStart"/>
      <w:r w:rsidRPr="002546E6">
        <w:rPr>
          <w:rFonts w:ascii="Times New Roman" w:eastAsia="Times New Roman" w:hAnsi="Times New Roman"/>
          <w:bCs/>
          <w:color w:val="3E3E3E"/>
          <w:sz w:val="28"/>
          <w:szCs w:val="28"/>
          <w:lang w:val="uk-UA"/>
        </w:rPr>
        <w:t>Прайм</w:t>
      </w:r>
      <w:r w:rsidR="00EE51A0">
        <w:rPr>
          <w:rFonts w:ascii="Times New Roman" w:eastAsia="Times New Roman" w:hAnsi="Times New Roman"/>
          <w:bCs/>
          <w:color w:val="3E3E3E"/>
          <w:sz w:val="28"/>
          <w:szCs w:val="28"/>
          <w:lang w:val="uk-UA"/>
        </w:rPr>
        <w:t>внесеного</w:t>
      </w:r>
      <w:proofErr w:type="spellEnd"/>
      <w:r w:rsidR="00EE51A0">
        <w:rPr>
          <w:rFonts w:ascii="Times New Roman" w:eastAsia="Times New Roman" w:hAnsi="Times New Roman"/>
          <w:bCs/>
          <w:color w:val="3E3E3E"/>
          <w:sz w:val="28"/>
          <w:szCs w:val="28"/>
          <w:lang w:val="uk-UA"/>
        </w:rPr>
        <w:t xml:space="preserve"> сумісно з регулятором росту</w:t>
      </w:r>
      <w:r>
        <w:rPr>
          <w:rFonts w:ascii="Times New Roman" w:hAnsi="Times New Roman"/>
          <w:sz w:val="28"/>
          <w:szCs w:val="28"/>
          <w:lang w:val="uk-UA"/>
        </w:rPr>
        <w:t xml:space="preserve"> </w:t>
      </w:r>
      <w:r>
        <w:rPr>
          <w:rFonts w:ascii="Times New Roman" w:hAnsi="Times New Roman"/>
          <w:sz w:val="28"/>
          <w:szCs w:val="28"/>
          <w:lang w:val="uk-UA" w:eastAsia="ru-RU"/>
        </w:rPr>
        <w:t xml:space="preserve">на вміст хлорофілу у листках рослин пшениці </w:t>
      </w:r>
      <w:proofErr w:type="spellStart"/>
      <w:r>
        <w:rPr>
          <w:rFonts w:ascii="Times New Roman" w:hAnsi="Times New Roman"/>
          <w:sz w:val="28"/>
          <w:szCs w:val="28"/>
          <w:lang w:val="uk-UA" w:eastAsia="ru-RU"/>
        </w:rPr>
        <w:t>дворучки</w:t>
      </w:r>
      <w:proofErr w:type="spellEnd"/>
      <w:r>
        <w:rPr>
          <w:rFonts w:ascii="Times New Roman" w:hAnsi="Times New Roman"/>
          <w:sz w:val="28"/>
          <w:szCs w:val="28"/>
          <w:lang w:val="uk-UA" w:eastAsia="ru-RU"/>
        </w:rPr>
        <w:t xml:space="preserve"> </w:t>
      </w:r>
      <w:proofErr w:type="spellStart"/>
      <w:r>
        <w:rPr>
          <w:rFonts w:ascii="Times New Roman" w:hAnsi="Times New Roman"/>
          <w:sz w:val="28"/>
          <w:szCs w:val="28"/>
          <w:lang w:val="uk-UA" w:eastAsia="ru-RU"/>
        </w:rPr>
        <w:t>Клар</w:t>
      </w:r>
      <w:r w:rsidR="00EE51A0">
        <w:rPr>
          <w:rFonts w:ascii="Times New Roman" w:hAnsi="Times New Roman"/>
          <w:sz w:val="28"/>
          <w:szCs w:val="28"/>
          <w:lang w:val="uk-UA" w:eastAsia="ru-RU"/>
        </w:rPr>
        <w:t>і</w:t>
      </w:r>
      <w:r>
        <w:rPr>
          <w:rFonts w:ascii="Times New Roman" w:hAnsi="Times New Roman"/>
          <w:sz w:val="28"/>
          <w:szCs w:val="28"/>
          <w:lang w:val="uk-UA" w:eastAsia="ru-RU"/>
        </w:rPr>
        <w:t>си</w:t>
      </w:r>
      <w:proofErr w:type="spellEnd"/>
      <w:r>
        <w:rPr>
          <w:rFonts w:ascii="Times New Roman" w:hAnsi="Times New Roman"/>
          <w:sz w:val="28"/>
          <w:szCs w:val="28"/>
          <w:lang w:val="uk-UA" w:eastAsia="ru-RU"/>
        </w:rPr>
        <w:t xml:space="preserve">, показали, що препарат мав позитивний вплив на цей показник </w:t>
      </w:r>
      <w:r>
        <w:rPr>
          <w:rFonts w:ascii="Times New Roman" w:eastAsia="Times New Roman" w:hAnsi="Times New Roman"/>
          <w:sz w:val="28"/>
          <w:szCs w:val="20"/>
          <w:lang w:val="uk-UA" w:eastAsia="ru-RU"/>
        </w:rPr>
        <w:t xml:space="preserve">(табл. </w:t>
      </w:r>
      <w:r w:rsidR="00EE51A0">
        <w:rPr>
          <w:rFonts w:ascii="Times New Roman" w:eastAsia="Times New Roman" w:hAnsi="Times New Roman"/>
          <w:sz w:val="28"/>
          <w:szCs w:val="20"/>
          <w:lang w:val="uk-UA" w:eastAsia="ru-RU"/>
        </w:rPr>
        <w:t>1</w:t>
      </w:r>
      <w:r>
        <w:rPr>
          <w:rFonts w:ascii="Times New Roman" w:eastAsia="Times New Roman" w:hAnsi="Times New Roman"/>
          <w:sz w:val="28"/>
          <w:szCs w:val="20"/>
          <w:lang w:val="uk-UA" w:eastAsia="ru-RU"/>
        </w:rPr>
        <w:t>)</w:t>
      </w:r>
      <w:r>
        <w:rPr>
          <w:rFonts w:ascii="Times New Roman" w:hAnsi="Times New Roman"/>
          <w:sz w:val="28"/>
          <w:szCs w:val="28"/>
          <w:lang w:val="uk-UA" w:eastAsia="ru-RU"/>
        </w:rPr>
        <w:t>.</w:t>
      </w:r>
    </w:p>
    <w:p w14:paraId="46BD0C06" w14:textId="77777777" w:rsidR="00364057" w:rsidRDefault="00364057" w:rsidP="00364057">
      <w:pPr>
        <w:spacing w:after="0" w:line="360" w:lineRule="auto"/>
        <w:ind w:firstLine="709"/>
        <w:jc w:val="both"/>
        <w:rPr>
          <w:rFonts w:ascii="Times New Roman" w:hAnsi="Times New Roman"/>
          <w:sz w:val="28"/>
          <w:szCs w:val="28"/>
          <w:lang w:val="uk-UA" w:eastAsia="ru-RU"/>
        </w:rPr>
      </w:pPr>
      <w:r>
        <w:rPr>
          <w:rFonts w:ascii="Times New Roman" w:eastAsia="Times New Roman" w:hAnsi="Times New Roman"/>
          <w:sz w:val="28"/>
          <w:szCs w:val="28"/>
          <w:lang w:val="uk-UA" w:eastAsia="ru-RU"/>
        </w:rPr>
        <w:t xml:space="preserve">За даними досліджень вміст хлорофілу у варіанті контролю  був 2,7 мг/г </w:t>
      </w:r>
      <w:proofErr w:type="spellStart"/>
      <w:r>
        <w:rPr>
          <w:rFonts w:ascii="Times New Roman" w:eastAsia="Times New Roman" w:hAnsi="Times New Roman"/>
          <w:sz w:val="28"/>
          <w:szCs w:val="28"/>
          <w:lang w:val="uk-UA" w:eastAsia="ru-RU"/>
        </w:rPr>
        <w:t>си</w:t>
      </w:r>
      <w:proofErr w:type="spellEnd"/>
      <w:r>
        <w:rPr>
          <w:rFonts w:ascii="Times New Roman" w:eastAsia="Times New Roman" w:hAnsi="Times New Roman"/>
          <w:sz w:val="28"/>
          <w:szCs w:val="28"/>
          <w:lang w:eastAsia="ru-RU"/>
        </w:rPr>
        <w:t>p</w:t>
      </w:r>
      <w:proofErr w:type="spellStart"/>
      <w:r>
        <w:rPr>
          <w:rFonts w:ascii="Times New Roman" w:eastAsia="Times New Roman" w:hAnsi="Times New Roman"/>
          <w:sz w:val="28"/>
          <w:szCs w:val="28"/>
          <w:lang w:val="uk-UA" w:eastAsia="ru-RU"/>
        </w:rPr>
        <w:t>ої</w:t>
      </w:r>
      <w:proofErr w:type="spellEnd"/>
      <w:r>
        <w:rPr>
          <w:rFonts w:ascii="Times New Roman" w:eastAsia="Times New Roman" w:hAnsi="Times New Roman"/>
          <w:sz w:val="28"/>
          <w:szCs w:val="28"/>
          <w:lang w:val="uk-UA" w:eastAsia="ru-RU"/>
        </w:rPr>
        <w:t xml:space="preserve"> маси, тоді як у досліджуваних варіантах спостерігалось зростання показника кількості зелених пігментів від 3,1 до 4</w:t>
      </w:r>
      <w:r w:rsidR="00EE51A0">
        <w:rPr>
          <w:rFonts w:ascii="Times New Roman" w:eastAsia="Times New Roman" w:hAnsi="Times New Roman"/>
          <w:sz w:val="28"/>
          <w:szCs w:val="28"/>
          <w:lang w:val="uk-UA" w:eastAsia="ru-RU"/>
        </w:rPr>
        <w:t>,0</w:t>
      </w:r>
      <w:r w:rsidRPr="00955EE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мг/г </w:t>
      </w:r>
      <w:proofErr w:type="spellStart"/>
      <w:r>
        <w:rPr>
          <w:rFonts w:ascii="Times New Roman" w:eastAsia="Times New Roman" w:hAnsi="Times New Roman"/>
          <w:sz w:val="28"/>
          <w:szCs w:val="28"/>
          <w:lang w:val="uk-UA" w:eastAsia="ru-RU"/>
        </w:rPr>
        <w:t>си</w:t>
      </w:r>
      <w:proofErr w:type="spellEnd"/>
      <w:r>
        <w:rPr>
          <w:rFonts w:ascii="Times New Roman" w:eastAsia="Times New Roman" w:hAnsi="Times New Roman"/>
          <w:sz w:val="28"/>
          <w:szCs w:val="28"/>
          <w:lang w:eastAsia="ru-RU"/>
        </w:rPr>
        <w:t>p</w:t>
      </w:r>
      <w:proofErr w:type="spellStart"/>
      <w:r>
        <w:rPr>
          <w:rFonts w:ascii="Times New Roman" w:eastAsia="Times New Roman" w:hAnsi="Times New Roman"/>
          <w:sz w:val="28"/>
          <w:szCs w:val="28"/>
          <w:lang w:val="uk-UA" w:eastAsia="ru-RU"/>
        </w:rPr>
        <w:t>ої</w:t>
      </w:r>
      <w:proofErr w:type="spellEnd"/>
      <w:r>
        <w:rPr>
          <w:rFonts w:ascii="Times New Roman" w:eastAsia="Times New Roman" w:hAnsi="Times New Roman"/>
          <w:sz w:val="28"/>
          <w:szCs w:val="28"/>
          <w:lang w:val="uk-UA" w:eastAsia="ru-RU"/>
        </w:rPr>
        <w:t xml:space="preserve"> маси, що сягає 14,8– 48,1 %. Звідси при </w:t>
      </w:r>
      <w:proofErr w:type="spellStart"/>
      <w:r w:rsidR="00EE51A0">
        <w:rPr>
          <w:rFonts w:ascii="Times New Roman" w:eastAsia="Times New Roman" w:hAnsi="Times New Roman"/>
          <w:sz w:val="28"/>
          <w:szCs w:val="28"/>
          <w:lang w:val="uk-UA" w:eastAsia="ru-RU"/>
        </w:rPr>
        <w:t>сумісному</w:t>
      </w:r>
      <w:r>
        <w:rPr>
          <w:rFonts w:ascii="Times New Roman" w:eastAsia="Times New Roman" w:hAnsi="Times New Roman"/>
          <w:sz w:val="28"/>
          <w:szCs w:val="28"/>
          <w:lang w:val="uk-UA" w:eastAsia="ru-RU"/>
        </w:rPr>
        <w:t>застосуванні</w:t>
      </w:r>
      <w:proofErr w:type="spellEnd"/>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Триатлон</w:t>
      </w:r>
      <w:proofErr w:type="spellEnd"/>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Прайму</w:t>
      </w:r>
      <w:proofErr w:type="spellEnd"/>
      <w:r w:rsidR="00EE51A0">
        <w:rPr>
          <w:rFonts w:ascii="Times New Roman" w:eastAsia="Times New Roman" w:hAnsi="Times New Roman"/>
          <w:sz w:val="28"/>
          <w:szCs w:val="28"/>
          <w:lang w:val="uk-UA" w:eastAsia="ru-RU"/>
        </w:rPr>
        <w:t xml:space="preserve"> і </w:t>
      </w:r>
      <w:proofErr w:type="spellStart"/>
      <w:r w:rsidR="00EE51A0">
        <w:rPr>
          <w:rFonts w:ascii="Times New Roman" w:eastAsia="Times New Roman" w:hAnsi="Times New Roman"/>
          <w:sz w:val="28"/>
          <w:szCs w:val="28"/>
          <w:lang w:val="uk-UA" w:eastAsia="ru-RU"/>
        </w:rPr>
        <w:t>Амінокату</w:t>
      </w:r>
      <w:proofErr w:type="spellEnd"/>
      <w:r w:rsidR="00EE51A0">
        <w:rPr>
          <w:rFonts w:ascii="Times New Roman" w:eastAsia="Times New Roman" w:hAnsi="Times New Roman"/>
          <w:sz w:val="28"/>
          <w:szCs w:val="28"/>
          <w:lang w:val="uk-UA" w:eastAsia="ru-RU"/>
        </w:rPr>
        <w:t xml:space="preserve"> 30</w:t>
      </w:r>
      <w:r>
        <w:rPr>
          <w:rFonts w:ascii="Times New Roman" w:eastAsia="Times New Roman" w:hAnsi="Times New Roman"/>
          <w:sz w:val="28"/>
          <w:szCs w:val="28"/>
          <w:lang w:val="uk-UA" w:eastAsia="ru-RU"/>
        </w:rPr>
        <w:t xml:space="preserve"> в посівах пшениці </w:t>
      </w:r>
      <w:proofErr w:type="spellStart"/>
      <w:r>
        <w:rPr>
          <w:rFonts w:ascii="Times New Roman" w:eastAsia="Times New Roman" w:hAnsi="Times New Roman"/>
          <w:sz w:val="28"/>
          <w:szCs w:val="28"/>
          <w:lang w:val="uk-UA" w:eastAsia="ru-RU"/>
        </w:rPr>
        <w:t>дворучки</w:t>
      </w:r>
      <w:proofErr w:type="spellEnd"/>
      <w:r>
        <w:rPr>
          <w:rFonts w:ascii="Times New Roman" w:eastAsia="Times New Roman" w:hAnsi="Times New Roman"/>
          <w:sz w:val="28"/>
          <w:szCs w:val="28"/>
          <w:lang w:val="uk-UA" w:eastAsia="ru-RU"/>
        </w:rPr>
        <w:t xml:space="preserve"> </w:t>
      </w:r>
      <w:r w:rsidR="00EE51A0">
        <w:rPr>
          <w:rFonts w:ascii="Times New Roman" w:eastAsia="Times New Roman" w:hAnsi="Times New Roman"/>
          <w:sz w:val="28"/>
          <w:szCs w:val="28"/>
          <w:lang w:val="uk-UA" w:eastAsia="ru-RU"/>
        </w:rPr>
        <w:t xml:space="preserve">сорту </w:t>
      </w:r>
      <w:proofErr w:type="spellStart"/>
      <w:r>
        <w:rPr>
          <w:rFonts w:ascii="Times New Roman" w:eastAsia="Times New Roman" w:hAnsi="Times New Roman"/>
          <w:sz w:val="28"/>
          <w:szCs w:val="28"/>
          <w:lang w:val="uk-UA" w:eastAsia="ru-RU"/>
        </w:rPr>
        <w:t>Клар</w:t>
      </w:r>
      <w:r w:rsidR="00EE51A0">
        <w:rPr>
          <w:rFonts w:ascii="Times New Roman" w:eastAsia="Times New Roman" w:hAnsi="Times New Roman"/>
          <w:sz w:val="28"/>
          <w:szCs w:val="28"/>
          <w:lang w:val="uk-UA" w:eastAsia="ru-RU"/>
        </w:rPr>
        <w:t>і</w:t>
      </w:r>
      <w:r>
        <w:rPr>
          <w:rFonts w:ascii="Times New Roman" w:eastAsia="Times New Roman" w:hAnsi="Times New Roman"/>
          <w:sz w:val="28"/>
          <w:szCs w:val="28"/>
          <w:lang w:val="uk-UA" w:eastAsia="ru-RU"/>
        </w:rPr>
        <w:t>са</w:t>
      </w:r>
      <w:proofErr w:type="spellEnd"/>
      <w:r>
        <w:rPr>
          <w:rFonts w:ascii="Times New Roman" w:eastAsia="Times New Roman" w:hAnsi="Times New Roman"/>
          <w:sz w:val="28"/>
          <w:szCs w:val="28"/>
          <w:lang w:val="uk-UA" w:eastAsia="ru-RU"/>
        </w:rPr>
        <w:t xml:space="preserve">  спостерігалось підвищення кількості зелених пігментів п</w:t>
      </w:r>
      <w:r>
        <w:rPr>
          <w:rFonts w:ascii="Times New Roman" w:eastAsia="Times New Roman" w:hAnsi="Times New Roman"/>
          <w:sz w:val="28"/>
          <w:szCs w:val="28"/>
          <w:lang w:eastAsia="ru-RU"/>
        </w:rPr>
        <w:t>p</w:t>
      </w:r>
      <w:r>
        <w:rPr>
          <w:rFonts w:ascii="Times New Roman" w:eastAsia="Times New Roman" w:hAnsi="Times New Roman"/>
          <w:sz w:val="28"/>
          <w:szCs w:val="28"/>
          <w:lang w:val="uk-UA" w:eastAsia="ru-RU"/>
        </w:rPr>
        <w:t>и всіх його но</w:t>
      </w:r>
      <w:r>
        <w:rPr>
          <w:rFonts w:ascii="Times New Roman" w:eastAsia="Times New Roman" w:hAnsi="Times New Roman"/>
          <w:sz w:val="28"/>
          <w:szCs w:val="28"/>
          <w:lang w:eastAsia="ru-RU"/>
        </w:rPr>
        <w:t>p</w:t>
      </w:r>
      <w:r>
        <w:rPr>
          <w:rFonts w:ascii="Times New Roman" w:eastAsia="Times New Roman" w:hAnsi="Times New Roman"/>
          <w:sz w:val="28"/>
          <w:szCs w:val="28"/>
          <w:lang w:val="uk-UA" w:eastAsia="ru-RU"/>
        </w:rPr>
        <w:t>мах.</w:t>
      </w:r>
    </w:p>
    <w:p w14:paraId="5D83102E" w14:textId="77777777" w:rsidR="00364057" w:rsidRDefault="00EE51A0" w:rsidP="00AC6A13">
      <w:pPr>
        <w:pStyle w:val="aff2"/>
        <w:spacing w:after="0"/>
        <w:ind w:left="0"/>
        <w:rPr>
          <w:rFonts w:ascii="Times New Roman" w:eastAsia="Times New Roman" w:hAnsi="Times New Roman"/>
          <w:b/>
          <w:noProof/>
          <w:sz w:val="28"/>
          <w:szCs w:val="28"/>
          <w:lang w:val="uk-UA" w:eastAsia="ru-RU"/>
        </w:rPr>
      </w:pPr>
      <w:r w:rsidRPr="0077122F">
        <w:rPr>
          <w:rFonts w:ascii="Times New Roman" w:eastAsia="Times New Roman" w:hAnsi="Times New Roman"/>
          <w:sz w:val="28"/>
          <w:szCs w:val="28"/>
          <w:lang w:val="uk-UA" w:eastAsia="ru-RU"/>
        </w:rPr>
        <w:t xml:space="preserve">Таблиця </w:t>
      </w:r>
      <w:r>
        <w:rPr>
          <w:rFonts w:ascii="Times New Roman" w:eastAsia="Times New Roman" w:hAnsi="Times New Roman"/>
          <w:sz w:val="28"/>
          <w:szCs w:val="28"/>
          <w:lang w:val="uk-UA" w:eastAsia="ru-RU"/>
        </w:rPr>
        <w:t xml:space="preserve">1. </w:t>
      </w:r>
      <w:r w:rsidR="00364057">
        <w:rPr>
          <w:rFonts w:ascii="Times New Roman" w:eastAsia="Times New Roman" w:hAnsi="Times New Roman"/>
          <w:b/>
          <w:sz w:val="28"/>
          <w:szCs w:val="28"/>
          <w:lang w:val="uk-UA" w:eastAsia="ru-RU"/>
        </w:rPr>
        <w:t xml:space="preserve">Вміст хлорофілу в листках </w:t>
      </w:r>
      <w:r w:rsidR="00364057" w:rsidRPr="006E3DF6">
        <w:rPr>
          <w:rFonts w:ascii="Times New Roman" w:eastAsia="Times New Roman" w:hAnsi="Times New Roman"/>
          <w:b/>
          <w:noProof/>
          <w:sz w:val="28"/>
          <w:szCs w:val="28"/>
          <w:lang w:val="uk-UA" w:eastAsia="ru-RU"/>
        </w:rPr>
        <w:t xml:space="preserve">пшениці </w:t>
      </w:r>
      <w:r w:rsidR="00364057">
        <w:rPr>
          <w:rFonts w:ascii="Times New Roman" w:eastAsia="Times New Roman" w:hAnsi="Times New Roman"/>
          <w:b/>
          <w:noProof/>
          <w:sz w:val="28"/>
          <w:szCs w:val="28"/>
          <w:lang w:val="uk-UA" w:eastAsia="ru-RU"/>
        </w:rPr>
        <w:t>дворучки</w:t>
      </w:r>
      <w:r w:rsidR="007D589F" w:rsidRPr="007D589F">
        <w:rPr>
          <w:rFonts w:ascii="Times New Roman" w:hAnsi="Times New Roman"/>
          <w:b/>
          <w:sz w:val="28"/>
          <w:szCs w:val="28"/>
          <w:lang w:val="uk-UA"/>
        </w:rPr>
        <w:t xml:space="preserve"> </w:t>
      </w:r>
      <w:r w:rsidR="00364057" w:rsidRPr="006E3DF6">
        <w:rPr>
          <w:rFonts w:ascii="Times New Roman" w:eastAsia="Times New Roman" w:hAnsi="Times New Roman"/>
          <w:b/>
          <w:noProof/>
          <w:sz w:val="28"/>
          <w:szCs w:val="28"/>
          <w:lang w:val="uk-UA" w:eastAsia="ru-RU"/>
        </w:rPr>
        <w:t xml:space="preserve">(фаза </w:t>
      </w:r>
      <w:r w:rsidR="00364057">
        <w:rPr>
          <w:rFonts w:ascii="Times New Roman" w:eastAsia="Times New Roman" w:hAnsi="Times New Roman"/>
          <w:b/>
          <w:noProof/>
          <w:sz w:val="28"/>
          <w:szCs w:val="28"/>
          <w:lang w:val="uk-UA" w:eastAsia="ru-RU"/>
        </w:rPr>
        <w:t>колосі</w:t>
      </w:r>
      <w:r w:rsidR="00364057" w:rsidRPr="006E3DF6">
        <w:rPr>
          <w:rFonts w:ascii="Times New Roman" w:eastAsia="Times New Roman" w:hAnsi="Times New Roman"/>
          <w:b/>
          <w:noProof/>
          <w:sz w:val="28"/>
          <w:szCs w:val="28"/>
          <w:lang w:val="uk-UA" w:eastAsia="ru-RU"/>
        </w:rPr>
        <w:t>ння</w:t>
      </w:r>
      <w:r w:rsidR="00364057">
        <w:rPr>
          <w:rFonts w:ascii="Times New Roman" w:eastAsia="Times New Roman" w:hAnsi="Times New Roman"/>
          <w:b/>
          <w:noProof/>
          <w:sz w:val="28"/>
          <w:szCs w:val="28"/>
          <w:lang w:val="uk-UA" w:eastAsia="ru-RU"/>
        </w:rPr>
        <w:t xml:space="preserve"> 2022 </w:t>
      </w:r>
      <w:r w:rsidR="00364057">
        <w:rPr>
          <w:rFonts w:ascii="Times New Roman" w:eastAsia="Times New Roman" w:hAnsi="Times New Roman"/>
          <w:sz w:val="28"/>
          <w:szCs w:val="28"/>
          <w:lang w:val="uk-UA" w:eastAsia="ru-RU"/>
        </w:rPr>
        <w:t xml:space="preserve">– </w:t>
      </w:r>
      <w:r w:rsidR="00364057">
        <w:rPr>
          <w:rFonts w:ascii="Times New Roman" w:eastAsia="Times New Roman" w:hAnsi="Times New Roman"/>
          <w:b/>
          <w:noProof/>
          <w:sz w:val="28"/>
          <w:szCs w:val="28"/>
          <w:lang w:val="uk-UA" w:eastAsia="ru-RU"/>
        </w:rPr>
        <w:t>202</w:t>
      </w:r>
      <w:r>
        <w:rPr>
          <w:rFonts w:ascii="Times New Roman" w:eastAsia="Times New Roman" w:hAnsi="Times New Roman"/>
          <w:b/>
          <w:noProof/>
          <w:sz w:val="28"/>
          <w:szCs w:val="28"/>
          <w:lang w:val="uk-UA" w:eastAsia="ru-RU"/>
        </w:rPr>
        <w:t>4 р</w:t>
      </w:r>
      <w:r w:rsidR="00364057">
        <w:rPr>
          <w:rFonts w:ascii="Times New Roman" w:eastAsia="Times New Roman" w:hAnsi="Times New Roman"/>
          <w:b/>
          <w:noProof/>
          <w:sz w:val="28"/>
          <w:szCs w:val="28"/>
          <w:lang w:val="uk-UA" w:eastAsia="ru-RU"/>
        </w:rPr>
        <w:t>.р.</w:t>
      </w:r>
      <w:r w:rsidR="00364057" w:rsidRPr="006E3DF6">
        <w:rPr>
          <w:rFonts w:ascii="Times New Roman" w:eastAsia="Times New Roman" w:hAnsi="Times New Roman"/>
          <w:b/>
          <w:noProof/>
          <w:sz w:val="28"/>
          <w:szCs w:val="28"/>
          <w:lang w:val="uk-UA" w:eastAsia="ru-RU"/>
        </w:rPr>
        <w:t>)</w:t>
      </w:r>
    </w:p>
    <w:p w14:paraId="081091ED" w14:textId="77777777" w:rsidR="00AC6A13" w:rsidRDefault="00AC6A13" w:rsidP="00AC6A13">
      <w:pPr>
        <w:pStyle w:val="aff2"/>
        <w:spacing w:after="0"/>
        <w:ind w:left="0"/>
        <w:rPr>
          <w:rFonts w:ascii="Times New Roman" w:eastAsia="Times New Roman" w:hAnsi="Times New Roman"/>
          <w:b/>
          <w:noProof/>
          <w:sz w:val="28"/>
          <w:szCs w:val="28"/>
          <w:lang w:val="uk-UA"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7"/>
        <w:gridCol w:w="2268"/>
        <w:gridCol w:w="1531"/>
      </w:tblGrid>
      <w:tr w:rsidR="00364057" w14:paraId="44BC101C" w14:textId="77777777" w:rsidTr="00C27310">
        <w:tc>
          <w:tcPr>
            <w:tcW w:w="5557" w:type="dxa"/>
            <w:tcBorders>
              <w:top w:val="single" w:sz="4" w:space="0" w:color="auto"/>
              <w:left w:val="single" w:sz="4" w:space="0" w:color="auto"/>
              <w:bottom w:val="single" w:sz="4" w:space="0" w:color="auto"/>
              <w:right w:val="single" w:sz="4" w:space="0" w:color="auto"/>
            </w:tcBorders>
            <w:vAlign w:val="center"/>
            <w:hideMark/>
          </w:tcPr>
          <w:p w14:paraId="7EBAE312" w14:textId="77777777" w:rsidR="00364057" w:rsidRDefault="00364057" w:rsidP="00C2731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Варіант</w:t>
            </w:r>
          </w:p>
        </w:tc>
        <w:tc>
          <w:tcPr>
            <w:tcW w:w="2268" w:type="dxa"/>
            <w:tcBorders>
              <w:top w:val="single" w:sz="4" w:space="0" w:color="auto"/>
              <w:left w:val="single" w:sz="4" w:space="0" w:color="auto"/>
              <w:bottom w:val="single" w:sz="4" w:space="0" w:color="auto"/>
              <w:right w:val="single" w:sz="4" w:space="0" w:color="auto"/>
            </w:tcBorders>
            <w:hideMark/>
          </w:tcPr>
          <w:p w14:paraId="62A62FA9" w14:textId="77777777" w:rsidR="00364057" w:rsidRDefault="00364057" w:rsidP="00C2731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Хлорофіл,</w:t>
            </w:r>
          </w:p>
          <w:p w14:paraId="1C7F45A2" w14:textId="77777777" w:rsidR="00364057" w:rsidRDefault="00364057" w:rsidP="00C27310">
            <w:pPr>
              <w:spacing w:after="0" w:line="240" w:lineRule="auto"/>
              <w:jc w:val="center"/>
              <w:rPr>
                <w:rFonts w:ascii="Times New Roman" w:eastAsia="Times New Roman" w:hAnsi="Times New Roman"/>
                <w:sz w:val="28"/>
                <w:szCs w:val="28"/>
                <w:lang w:val="uk-UA" w:eastAsia="ru-RU"/>
              </w:rPr>
            </w:pPr>
            <w:r w:rsidRPr="00104A89">
              <w:rPr>
                <w:rFonts w:ascii="Times New Roman" w:eastAsia="Times New Roman" w:hAnsi="Times New Roman"/>
                <w:noProof/>
                <w:sz w:val="28"/>
                <w:szCs w:val="28"/>
                <w:lang w:val="ru-RU" w:eastAsia="ru-RU"/>
              </w:rPr>
              <w:t>мг/г сирої маси</w:t>
            </w:r>
          </w:p>
        </w:tc>
        <w:tc>
          <w:tcPr>
            <w:tcW w:w="1531" w:type="dxa"/>
            <w:tcBorders>
              <w:top w:val="single" w:sz="4" w:space="0" w:color="auto"/>
              <w:left w:val="single" w:sz="4" w:space="0" w:color="auto"/>
              <w:bottom w:val="single" w:sz="4" w:space="0" w:color="auto"/>
              <w:right w:val="single" w:sz="4" w:space="0" w:color="auto"/>
            </w:tcBorders>
            <w:vAlign w:val="center"/>
            <w:hideMark/>
          </w:tcPr>
          <w:p w14:paraId="599F0628" w14:textId="77777777" w:rsidR="00364057" w:rsidRDefault="00364057" w:rsidP="00C2731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Приріст, %</w:t>
            </w:r>
          </w:p>
        </w:tc>
      </w:tr>
      <w:tr w:rsidR="00364057" w14:paraId="2575F919" w14:textId="77777777" w:rsidTr="00C27310">
        <w:trPr>
          <w:trHeight w:val="499"/>
        </w:trPr>
        <w:tc>
          <w:tcPr>
            <w:tcW w:w="5557" w:type="dxa"/>
            <w:tcBorders>
              <w:top w:val="single" w:sz="4" w:space="0" w:color="auto"/>
              <w:left w:val="single" w:sz="4" w:space="0" w:color="auto"/>
              <w:bottom w:val="single" w:sz="4" w:space="0" w:color="auto"/>
              <w:right w:val="single" w:sz="4" w:space="0" w:color="auto"/>
            </w:tcBorders>
          </w:tcPr>
          <w:p w14:paraId="7DC2EB5E" w14:textId="77777777" w:rsidR="00364057" w:rsidRDefault="00364057" w:rsidP="00C27310">
            <w:pPr>
              <w:spacing w:after="0" w:line="240" w:lineRule="auto"/>
              <w:jc w:val="both"/>
              <w:rPr>
                <w:rFonts w:ascii="Times New Roman" w:hAnsi="Times New Roman"/>
                <w:sz w:val="28"/>
                <w:szCs w:val="28"/>
                <w:lang w:val="uk-UA"/>
              </w:rPr>
            </w:pPr>
            <w:proofErr w:type="spellStart"/>
            <w:r>
              <w:rPr>
                <w:rFonts w:ascii="Times New Roman" w:eastAsia="Times New Roman" w:hAnsi="Times New Roman"/>
                <w:sz w:val="28"/>
                <w:szCs w:val="28"/>
                <w:lang w:eastAsia="ru-RU"/>
              </w:rPr>
              <w:t>Контроль</w:t>
            </w:r>
            <w:proofErr w:type="spellEnd"/>
            <w:r>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без</w:t>
            </w:r>
            <w:proofErr w:type="spellEnd"/>
            <w:r>
              <w:rPr>
                <w:rFonts w:ascii="Times New Roman" w:eastAsia="Times New Roman" w:hAnsi="Times New Roman"/>
                <w:sz w:val="28"/>
                <w:szCs w:val="28"/>
                <w:lang w:eastAsia="ru-RU"/>
              </w:rPr>
              <w:t xml:space="preserve"> </w:t>
            </w:r>
            <w:r w:rsidR="00C27310">
              <w:rPr>
                <w:rFonts w:ascii="Times New Roman" w:eastAsia="Times New Roman" w:hAnsi="Times New Roman"/>
                <w:sz w:val="28"/>
                <w:szCs w:val="28"/>
                <w:lang w:val="uk-UA" w:eastAsia="ru-RU"/>
              </w:rPr>
              <w:t>препаратів</w:t>
            </w:r>
            <w:r>
              <w:rPr>
                <w:rFonts w:ascii="Times New Roman" w:eastAsia="Times New Roman" w:hAnsi="Times New Roman"/>
                <w:sz w:val="28"/>
                <w:szCs w:val="28"/>
                <w:lang w:eastAsia="ru-RU"/>
              </w:rPr>
              <w:t>)</w:t>
            </w:r>
          </w:p>
        </w:tc>
        <w:tc>
          <w:tcPr>
            <w:tcW w:w="2268" w:type="dxa"/>
            <w:tcBorders>
              <w:top w:val="single" w:sz="4" w:space="0" w:color="auto"/>
              <w:left w:val="single" w:sz="4" w:space="0" w:color="auto"/>
              <w:bottom w:val="single" w:sz="4" w:space="0" w:color="auto"/>
              <w:right w:val="single" w:sz="4" w:space="0" w:color="auto"/>
            </w:tcBorders>
            <w:vAlign w:val="center"/>
          </w:tcPr>
          <w:p w14:paraId="39CC7640" w14:textId="77777777" w:rsidR="00364057" w:rsidRDefault="00364057" w:rsidP="00C27310">
            <w:pPr>
              <w:spacing w:after="0" w:line="240" w:lineRule="auto"/>
              <w:jc w:val="center"/>
              <w:rPr>
                <w:rFonts w:ascii="Times New Roman" w:eastAsia="Times New Roman" w:hAnsi="Times New Roman"/>
                <w:noProof/>
                <w:sz w:val="28"/>
                <w:szCs w:val="28"/>
                <w:lang w:val="uk-UA" w:eastAsia="ru-RU"/>
              </w:rPr>
            </w:pPr>
            <w:r>
              <w:rPr>
                <w:rFonts w:ascii="Times New Roman" w:eastAsia="Times New Roman" w:hAnsi="Times New Roman"/>
                <w:noProof/>
                <w:sz w:val="28"/>
                <w:szCs w:val="28"/>
                <w:lang w:val="uk-UA" w:eastAsia="ru-RU"/>
              </w:rPr>
              <w:t>2,7</w:t>
            </w:r>
          </w:p>
        </w:tc>
        <w:tc>
          <w:tcPr>
            <w:tcW w:w="1531" w:type="dxa"/>
            <w:tcBorders>
              <w:top w:val="single" w:sz="4" w:space="0" w:color="auto"/>
              <w:left w:val="single" w:sz="4" w:space="0" w:color="auto"/>
              <w:bottom w:val="single" w:sz="4" w:space="0" w:color="auto"/>
              <w:right w:val="single" w:sz="4" w:space="0" w:color="auto"/>
            </w:tcBorders>
            <w:vAlign w:val="center"/>
          </w:tcPr>
          <w:p w14:paraId="73E14DE3" w14:textId="77777777" w:rsidR="00364057" w:rsidRDefault="00364057" w:rsidP="00C27310">
            <w:pPr>
              <w:spacing w:after="0" w:line="240" w:lineRule="auto"/>
              <w:jc w:val="center"/>
              <w:rPr>
                <w:rFonts w:ascii="Times New Roman" w:eastAsia="Times New Roman" w:hAnsi="Times New Roman"/>
                <w:noProof/>
                <w:sz w:val="28"/>
                <w:szCs w:val="28"/>
                <w:lang w:val="uk-UA" w:eastAsia="ru-RU"/>
              </w:rPr>
            </w:pPr>
            <w:r>
              <w:rPr>
                <w:rFonts w:ascii="Times New Roman" w:eastAsia="Times New Roman" w:hAnsi="Times New Roman"/>
                <w:noProof/>
                <w:sz w:val="28"/>
                <w:szCs w:val="28"/>
                <w:lang w:val="uk-UA" w:eastAsia="ru-RU"/>
              </w:rPr>
              <w:t>–</w:t>
            </w:r>
          </w:p>
        </w:tc>
      </w:tr>
      <w:tr w:rsidR="00C27310" w14:paraId="33DD8333" w14:textId="77777777" w:rsidTr="00C27310">
        <w:trPr>
          <w:trHeight w:val="499"/>
        </w:trPr>
        <w:tc>
          <w:tcPr>
            <w:tcW w:w="5557" w:type="dxa"/>
            <w:tcBorders>
              <w:top w:val="single" w:sz="4" w:space="0" w:color="auto"/>
              <w:left w:val="single" w:sz="4" w:space="0" w:color="auto"/>
              <w:bottom w:val="single" w:sz="4" w:space="0" w:color="auto"/>
              <w:right w:val="single" w:sz="4" w:space="0" w:color="auto"/>
            </w:tcBorders>
          </w:tcPr>
          <w:p w14:paraId="39E202D5" w14:textId="77777777" w:rsidR="00C27310" w:rsidRPr="00C27310" w:rsidRDefault="00C27310" w:rsidP="00C27310">
            <w:pPr>
              <w:spacing w:after="0" w:line="240" w:lineRule="auto"/>
              <w:jc w:val="both"/>
              <w:rPr>
                <w:rFonts w:ascii="Times New Roman" w:eastAsia="Times New Roman" w:hAnsi="Times New Roman"/>
                <w:sz w:val="28"/>
                <w:szCs w:val="28"/>
                <w:lang w:val="uk-UA" w:eastAsia="ru-RU"/>
              </w:rPr>
            </w:pPr>
            <w:proofErr w:type="spellStart"/>
            <w:r>
              <w:rPr>
                <w:rFonts w:ascii="Times New Roman" w:eastAsia="Times New Roman" w:hAnsi="Times New Roman"/>
                <w:sz w:val="28"/>
                <w:szCs w:val="28"/>
                <w:lang w:val="uk-UA" w:eastAsia="ru-RU"/>
              </w:rPr>
              <w:t>Амінокат</w:t>
            </w:r>
            <w:proofErr w:type="spellEnd"/>
            <w:r>
              <w:rPr>
                <w:rFonts w:ascii="Times New Roman" w:eastAsia="Times New Roman" w:hAnsi="Times New Roman"/>
                <w:sz w:val="28"/>
                <w:szCs w:val="28"/>
                <w:lang w:val="uk-UA" w:eastAsia="ru-RU"/>
              </w:rPr>
              <w:t xml:space="preserve"> 30</w:t>
            </w:r>
          </w:p>
        </w:tc>
        <w:tc>
          <w:tcPr>
            <w:tcW w:w="2268" w:type="dxa"/>
            <w:tcBorders>
              <w:top w:val="single" w:sz="4" w:space="0" w:color="auto"/>
              <w:left w:val="single" w:sz="4" w:space="0" w:color="auto"/>
              <w:bottom w:val="single" w:sz="4" w:space="0" w:color="auto"/>
              <w:right w:val="single" w:sz="4" w:space="0" w:color="auto"/>
            </w:tcBorders>
            <w:vAlign w:val="center"/>
          </w:tcPr>
          <w:p w14:paraId="2E937B8C" w14:textId="77777777" w:rsidR="00C27310" w:rsidRDefault="00C27310" w:rsidP="00C27310">
            <w:pPr>
              <w:spacing w:after="0" w:line="240" w:lineRule="auto"/>
              <w:jc w:val="center"/>
              <w:rPr>
                <w:rFonts w:ascii="Times New Roman" w:eastAsia="Times New Roman" w:hAnsi="Times New Roman"/>
                <w:noProof/>
                <w:sz w:val="28"/>
                <w:szCs w:val="28"/>
                <w:lang w:val="uk-UA" w:eastAsia="ru-RU"/>
              </w:rPr>
            </w:pPr>
            <w:r>
              <w:rPr>
                <w:rFonts w:ascii="Times New Roman" w:eastAsia="Times New Roman" w:hAnsi="Times New Roman"/>
                <w:noProof/>
                <w:sz w:val="28"/>
                <w:szCs w:val="28"/>
                <w:lang w:val="uk-UA" w:eastAsia="ru-RU"/>
              </w:rPr>
              <w:t>3,1</w:t>
            </w:r>
          </w:p>
        </w:tc>
        <w:tc>
          <w:tcPr>
            <w:tcW w:w="1531" w:type="dxa"/>
            <w:tcBorders>
              <w:top w:val="single" w:sz="4" w:space="0" w:color="auto"/>
              <w:left w:val="single" w:sz="4" w:space="0" w:color="auto"/>
              <w:bottom w:val="single" w:sz="4" w:space="0" w:color="auto"/>
              <w:right w:val="single" w:sz="4" w:space="0" w:color="auto"/>
            </w:tcBorders>
            <w:vAlign w:val="center"/>
          </w:tcPr>
          <w:p w14:paraId="6AF77F5A" w14:textId="77777777" w:rsidR="00C27310" w:rsidRDefault="00ED58B8" w:rsidP="00C27310">
            <w:pPr>
              <w:spacing w:after="0" w:line="240" w:lineRule="auto"/>
              <w:jc w:val="center"/>
              <w:rPr>
                <w:rFonts w:ascii="Times New Roman" w:eastAsia="Times New Roman" w:hAnsi="Times New Roman"/>
                <w:noProof/>
                <w:sz w:val="28"/>
                <w:szCs w:val="28"/>
                <w:lang w:val="uk-UA" w:eastAsia="ru-RU"/>
              </w:rPr>
            </w:pPr>
            <w:r>
              <w:rPr>
                <w:rFonts w:ascii="Times New Roman" w:eastAsia="Times New Roman" w:hAnsi="Times New Roman"/>
                <w:noProof/>
                <w:sz w:val="28"/>
                <w:szCs w:val="28"/>
                <w:lang w:val="uk-UA" w:eastAsia="ru-RU"/>
              </w:rPr>
              <w:t>14,8</w:t>
            </w:r>
          </w:p>
        </w:tc>
      </w:tr>
      <w:tr w:rsidR="00364057" w14:paraId="38B72D39" w14:textId="77777777" w:rsidTr="00C27310">
        <w:trPr>
          <w:trHeight w:val="499"/>
        </w:trPr>
        <w:tc>
          <w:tcPr>
            <w:tcW w:w="5557" w:type="dxa"/>
            <w:tcBorders>
              <w:top w:val="single" w:sz="4" w:space="0" w:color="auto"/>
              <w:left w:val="single" w:sz="4" w:space="0" w:color="auto"/>
              <w:bottom w:val="single" w:sz="4" w:space="0" w:color="auto"/>
              <w:right w:val="single" w:sz="4" w:space="0" w:color="auto"/>
            </w:tcBorders>
          </w:tcPr>
          <w:p w14:paraId="53FF1DC2" w14:textId="77777777" w:rsidR="00364057" w:rsidRDefault="00364057" w:rsidP="00C27310">
            <w:pPr>
              <w:spacing w:after="0" w:line="240" w:lineRule="auto"/>
              <w:jc w:val="both"/>
              <w:rPr>
                <w:rFonts w:ascii="Times New Roman" w:hAnsi="Times New Roman"/>
                <w:sz w:val="28"/>
                <w:szCs w:val="28"/>
                <w:lang w:val="uk-UA"/>
              </w:rPr>
            </w:pPr>
            <w:r w:rsidRPr="00C27310">
              <w:rPr>
                <w:rFonts w:ascii="Times New Roman" w:eastAsia="Times New Roman" w:hAnsi="Times New Roman"/>
                <w:bCs/>
                <w:color w:val="3E3E3E"/>
                <w:sz w:val="28"/>
                <w:szCs w:val="28"/>
                <w:lang w:val="ru-RU"/>
              </w:rPr>
              <w:t>Триатлон Прайм</w:t>
            </w:r>
            <w:r>
              <w:rPr>
                <w:rFonts w:ascii="Times New Roman" w:hAnsi="Times New Roman"/>
                <w:bCs/>
                <w:sz w:val="28"/>
                <w:szCs w:val="28"/>
                <w:lang w:val="uk-UA"/>
              </w:rPr>
              <w:t xml:space="preserve"> 0,04 кг</w:t>
            </w:r>
            <w:r w:rsidRPr="00D93070">
              <w:rPr>
                <w:rFonts w:ascii="Times New Roman" w:hAnsi="Times New Roman"/>
                <w:bCs/>
                <w:sz w:val="28"/>
                <w:szCs w:val="28"/>
                <w:lang w:val="uk-UA"/>
              </w:rPr>
              <w:t>/га</w:t>
            </w:r>
            <w:r w:rsidR="00C27310">
              <w:rPr>
                <w:rFonts w:ascii="Times New Roman" w:hAnsi="Times New Roman"/>
                <w:bCs/>
                <w:sz w:val="28"/>
                <w:szCs w:val="28"/>
                <w:lang w:val="uk-UA"/>
              </w:rPr>
              <w:t>+</w:t>
            </w:r>
            <w:r w:rsidR="00C27310">
              <w:rPr>
                <w:rFonts w:ascii="Times New Roman" w:eastAsia="Times New Roman" w:hAnsi="Times New Roman"/>
                <w:sz w:val="28"/>
                <w:szCs w:val="28"/>
                <w:lang w:val="uk-UA" w:eastAsia="ru-RU"/>
              </w:rPr>
              <w:t xml:space="preserve"> </w:t>
            </w:r>
            <w:proofErr w:type="spellStart"/>
            <w:r w:rsidR="00C27310">
              <w:rPr>
                <w:rFonts w:ascii="Times New Roman" w:eastAsia="Times New Roman" w:hAnsi="Times New Roman"/>
                <w:sz w:val="28"/>
                <w:szCs w:val="28"/>
                <w:lang w:val="uk-UA" w:eastAsia="ru-RU"/>
              </w:rPr>
              <w:t>Амінокат</w:t>
            </w:r>
            <w:proofErr w:type="spellEnd"/>
            <w:r w:rsidR="00C27310">
              <w:rPr>
                <w:rFonts w:ascii="Times New Roman" w:eastAsia="Times New Roman" w:hAnsi="Times New Roman"/>
                <w:sz w:val="28"/>
                <w:szCs w:val="28"/>
                <w:lang w:val="uk-UA" w:eastAsia="ru-RU"/>
              </w:rPr>
              <w:t xml:space="preserve"> 30</w:t>
            </w:r>
          </w:p>
        </w:tc>
        <w:tc>
          <w:tcPr>
            <w:tcW w:w="2268" w:type="dxa"/>
            <w:tcBorders>
              <w:top w:val="single" w:sz="4" w:space="0" w:color="auto"/>
              <w:left w:val="single" w:sz="4" w:space="0" w:color="auto"/>
              <w:bottom w:val="single" w:sz="4" w:space="0" w:color="auto"/>
              <w:right w:val="single" w:sz="4" w:space="0" w:color="auto"/>
            </w:tcBorders>
            <w:vAlign w:val="center"/>
          </w:tcPr>
          <w:p w14:paraId="7D257A55" w14:textId="77777777" w:rsidR="00364057" w:rsidRDefault="00364057" w:rsidP="00C27310">
            <w:pPr>
              <w:spacing w:after="0" w:line="240" w:lineRule="auto"/>
              <w:jc w:val="center"/>
              <w:rPr>
                <w:rFonts w:ascii="Times New Roman" w:eastAsia="Times New Roman" w:hAnsi="Times New Roman"/>
                <w:noProof/>
                <w:sz w:val="28"/>
                <w:szCs w:val="28"/>
                <w:lang w:val="uk-UA" w:eastAsia="ru-RU"/>
              </w:rPr>
            </w:pPr>
            <w:r w:rsidRPr="00E764A4">
              <w:rPr>
                <w:rFonts w:ascii="Times New Roman" w:eastAsia="Times New Roman" w:hAnsi="Times New Roman"/>
                <w:noProof/>
                <w:sz w:val="28"/>
                <w:szCs w:val="28"/>
                <w:lang w:val="uk-UA" w:eastAsia="ru-RU"/>
              </w:rPr>
              <w:t>3,</w:t>
            </w:r>
            <w:r>
              <w:rPr>
                <w:rFonts w:ascii="Times New Roman" w:eastAsia="Times New Roman" w:hAnsi="Times New Roman"/>
                <w:noProof/>
                <w:sz w:val="28"/>
                <w:szCs w:val="28"/>
                <w:lang w:val="uk-UA" w:eastAsia="ru-RU"/>
              </w:rPr>
              <w:t>6</w:t>
            </w:r>
          </w:p>
        </w:tc>
        <w:tc>
          <w:tcPr>
            <w:tcW w:w="1531" w:type="dxa"/>
            <w:tcBorders>
              <w:top w:val="single" w:sz="4" w:space="0" w:color="auto"/>
              <w:left w:val="single" w:sz="4" w:space="0" w:color="auto"/>
              <w:bottom w:val="single" w:sz="4" w:space="0" w:color="auto"/>
              <w:right w:val="single" w:sz="4" w:space="0" w:color="auto"/>
            </w:tcBorders>
            <w:vAlign w:val="center"/>
          </w:tcPr>
          <w:p w14:paraId="21D30D6F" w14:textId="77777777" w:rsidR="00364057" w:rsidRDefault="00364057" w:rsidP="00C27310">
            <w:pPr>
              <w:spacing w:after="0" w:line="240" w:lineRule="auto"/>
              <w:jc w:val="center"/>
              <w:rPr>
                <w:rFonts w:ascii="Times New Roman" w:eastAsia="Times New Roman" w:hAnsi="Times New Roman"/>
                <w:noProof/>
                <w:sz w:val="28"/>
                <w:szCs w:val="28"/>
                <w:lang w:val="uk-UA" w:eastAsia="ru-RU"/>
              </w:rPr>
            </w:pPr>
            <w:r>
              <w:rPr>
                <w:rFonts w:ascii="Times New Roman" w:eastAsia="Times New Roman" w:hAnsi="Times New Roman"/>
                <w:noProof/>
                <w:sz w:val="28"/>
                <w:szCs w:val="28"/>
                <w:lang w:val="uk-UA" w:eastAsia="ru-RU"/>
              </w:rPr>
              <w:t>33,3</w:t>
            </w:r>
          </w:p>
        </w:tc>
      </w:tr>
      <w:tr w:rsidR="00364057" w14:paraId="0FF16F07" w14:textId="77777777" w:rsidTr="00C27310">
        <w:trPr>
          <w:trHeight w:val="499"/>
        </w:trPr>
        <w:tc>
          <w:tcPr>
            <w:tcW w:w="5557" w:type="dxa"/>
            <w:tcBorders>
              <w:top w:val="single" w:sz="4" w:space="0" w:color="auto"/>
              <w:left w:val="single" w:sz="4" w:space="0" w:color="auto"/>
              <w:bottom w:val="single" w:sz="4" w:space="0" w:color="auto"/>
              <w:right w:val="single" w:sz="4" w:space="0" w:color="auto"/>
            </w:tcBorders>
          </w:tcPr>
          <w:p w14:paraId="664EABA3" w14:textId="77777777" w:rsidR="00364057" w:rsidRDefault="00364057" w:rsidP="00C27310">
            <w:pPr>
              <w:spacing w:after="0" w:line="240" w:lineRule="auto"/>
              <w:jc w:val="both"/>
              <w:rPr>
                <w:rFonts w:ascii="Times New Roman" w:hAnsi="Times New Roman"/>
                <w:sz w:val="28"/>
                <w:szCs w:val="28"/>
                <w:lang w:val="uk-UA"/>
              </w:rPr>
            </w:pPr>
            <w:r w:rsidRPr="00C27310">
              <w:rPr>
                <w:rFonts w:ascii="Times New Roman" w:eastAsia="Times New Roman" w:hAnsi="Times New Roman"/>
                <w:bCs/>
                <w:color w:val="3E3E3E"/>
                <w:sz w:val="28"/>
                <w:szCs w:val="28"/>
                <w:lang w:val="ru-RU"/>
              </w:rPr>
              <w:t>Триатлон Прайм</w:t>
            </w:r>
            <w:r>
              <w:rPr>
                <w:rFonts w:ascii="Times New Roman" w:hAnsi="Times New Roman"/>
                <w:bCs/>
                <w:sz w:val="28"/>
                <w:szCs w:val="28"/>
                <w:lang w:val="uk-UA"/>
              </w:rPr>
              <w:t xml:space="preserve"> 0,05 кг</w:t>
            </w:r>
            <w:r w:rsidRPr="00D93070">
              <w:rPr>
                <w:rFonts w:ascii="Times New Roman" w:hAnsi="Times New Roman"/>
                <w:bCs/>
                <w:sz w:val="28"/>
                <w:szCs w:val="28"/>
                <w:lang w:val="uk-UA"/>
              </w:rPr>
              <w:t>/га</w:t>
            </w:r>
            <w:r w:rsidR="00C27310">
              <w:rPr>
                <w:rFonts w:ascii="Times New Roman" w:hAnsi="Times New Roman"/>
                <w:bCs/>
                <w:sz w:val="28"/>
                <w:szCs w:val="28"/>
                <w:lang w:val="uk-UA"/>
              </w:rPr>
              <w:t>+</w:t>
            </w:r>
            <w:r w:rsidR="00C27310">
              <w:rPr>
                <w:rFonts w:ascii="Times New Roman" w:eastAsia="Times New Roman" w:hAnsi="Times New Roman"/>
                <w:sz w:val="28"/>
                <w:szCs w:val="28"/>
                <w:lang w:val="uk-UA" w:eastAsia="ru-RU"/>
              </w:rPr>
              <w:t xml:space="preserve"> </w:t>
            </w:r>
            <w:proofErr w:type="spellStart"/>
            <w:r w:rsidR="00C27310">
              <w:rPr>
                <w:rFonts w:ascii="Times New Roman" w:eastAsia="Times New Roman" w:hAnsi="Times New Roman"/>
                <w:sz w:val="28"/>
                <w:szCs w:val="28"/>
                <w:lang w:val="uk-UA" w:eastAsia="ru-RU"/>
              </w:rPr>
              <w:t>Амінокат</w:t>
            </w:r>
            <w:proofErr w:type="spellEnd"/>
            <w:r w:rsidR="00C27310">
              <w:rPr>
                <w:rFonts w:ascii="Times New Roman" w:eastAsia="Times New Roman" w:hAnsi="Times New Roman"/>
                <w:sz w:val="28"/>
                <w:szCs w:val="28"/>
                <w:lang w:val="uk-UA" w:eastAsia="ru-RU"/>
              </w:rPr>
              <w:t xml:space="preserve"> 30</w:t>
            </w:r>
          </w:p>
        </w:tc>
        <w:tc>
          <w:tcPr>
            <w:tcW w:w="2268" w:type="dxa"/>
            <w:tcBorders>
              <w:top w:val="single" w:sz="4" w:space="0" w:color="auto"/>
              <w:left w:val="single" w:sz="4" w:space="0" w:color="auto"/>
              <w:bottom w:val="single" w:sz="4" w:space="0" w:color="auto"/>
              <w:right w:val="single" w:sz="4" w:space="0" w:color="auto"/>
            </w:tcBorders>
            <w:vAlign w:val="center"/>
          </w:tcPr>
          <w:p w14:paraId="731B7470" w14:textId="77777777" w:rsidR="00364057" w:rsidRDefault="00364057" w:rsidP="00C27310">
            <w:pPr>
              <w:spacing w:after="0" w:line="240" w:lineRule="auto"/>
              <w:jc w:val="center"/>
              <w:rPr>
                <w:rFonts w:ascii="Times New Roman" w:eastAsia="Times New Roman" w:hAnsi="Times New Roman"/>
                <w:noProof/>
                <w:sz w:val="28"/>
                <w:szCs w:val="28"/>
                <w:lang w:val="uk-UA" w:eastAsia="ru-RU"/>
              </w:rPr>
            </w:pPr>
            <w:r>
              <w:rPr>
                <w:rFonts w:ascii="Times New Roman" w:eastAsia="Times New Roman" w:hAnsi="Times New Roman"/>
                <w:noProof/>
                <w:sz w:val="28"/>
                <w:szCs w:val="28"/>
                <w:lang w:val="uk-UA" w:eastAsia="ru-RU"/>
              </w:rPr>
              <w:t>4,0</w:t>
            </w:r>
          </w:p>
        </w:tc>
        <w:tc>
          <w:tcPr>
            <w:tcW w:w="1531" w:type="dxa"/>
            <w:tcBorders>
              <w:top w:val="single" w:sz="4" w:space="0" w:color="auto"/>
              <w:left w:val="single" w:sz="4" w:space="0" w:color="auto"/>
              <w:bottom w:val="single" w:sz="4" w:space="0" w:color="auto"/>
              <w:right w:val="single" w:sz="4" w:space="0" w:color="auto"/>
            </w:tcBorders>
            <w:vAlign w:val="center"/>
          </w:tcPr>
          <w:p w14:paraId="7F4EDFEC" w14:textId="77777777" w:rsidR="00364057" w:rsidRDefault="00364057" w:rsidP="00C27310">
            <w:pPr>
              <w:spacing w:after="0" w:line="240" w:lineRule="auto"/>
              <w:jc w:val="center"/>
              <w:rPr>
                <w:rFonts w:ascii="Times New Roman" w:eastAsia="Times New Roman" w:hAnsi="Times New Roman"/>
                <w:noProof/>
                <w:sz w:val="28"/>
                <w:szCs w:val="28"/>
                <w:lang w:val="uk-UA" w:eastAsia="ru-RU"/>
              </w:rPr>
            </w:pPr>
            <w:r>
              <w:rPr>
                <w:rFonts w:ascii="Times New Roman" w:eastAsia="Times New Roman" w:hAnsi="Times New Roman"/>
                <w:noProof/>
                <w:sz w:val="28"/>
                <w:szCs w:val="28"/>
                <w:lang w:val="uk-UA" w:eastAsia="ru-RU"/>
              </w:rPr>
              <w:t>48,1</w:t>
            </w:r>
          </w:p>
        </w:tc>
      </w:tr>
      <w:tr w:rsidR="00364057" w14:paraId="39CF7C36" w14:textId="77777777" w:rsidTr="00C27310">
        <w:trPr>
          <w:trHeight w:val="499"/>
        </w:trPr>
        <w:tc>
          <w:tcPr>
            <w:tcW w:w="5557" w:type="dxa"/>
            <w:tcBorders>
              <w:top w:val="single" w:sz="4" w:space="0" w:color="auto"/>
              <w:left w:val="single" w:sz="4" w:space="0" w:color="auto"/>
              <w:bottom w:val="single" w:sz="4" w:space="0" w:color="auto"/>
              <w:right w:val="single" w:sz="4" w:space="0" w:color="auto"/>
            </w:tcBorders>
          </w:tcPr>
          <w:p w14:paraId="3C3D109F" w14:textId="77777777" w:rsidR="00364057" w:rsidRDefault="00364057" w:rsidP="00C27310">
            <w:pPr>
              <w:spacing w:after="0" w:line="240" w:lineRule="auto"/>
              <w:jc w:val="both"/>
              <w:rPr>
                <w:rFonts w:ascii="Times New Roman" w:hAnsi="Times New Roman"/>
                <w:sz w:val="28"/>
                <w:szCs w:val="28"/>
                <w:lang w:val="uk-UA"/>
              </w:rPr>
            </w:pPr>
            <w:r w:rsidRPr="00C27310">
              <w:rPr>
                <w:rFonts w:ascii="Times New Roman" w:eastAsia="Times New Roman" w:hAnsi="Times New Roman"/>
                <w:bCs/>
                <w:color w:val="3E3E3E"/>
                <w:sz w:val="28"/>
                <w:szCs w:val="28"/>
                <w:lang w:val="ru-RU"/>
              </w:rPr>
              <w:t>Триатлон Прайм</w:t>
            </w:r>
            <w:r w:rsidRPr="00D93070">
              <w:rPr>
                <w:rFonts w:ascii="Times New Roman" w:hAnsi="Times New Roman"/>
                <w:bCs/>
                <w:sz w:val="28"/>
                <w:szCs w:val="28"/>
                <w:lang w:val="uk-UA"/>
              </w:rPr>
              <w:t xml:space="preserve"> </w:t>
            </w:r>
            <w:r>
              <w:rPr>
                <w:rFonts w:ascii="Times New Roman" w:hAnsi="Times New Roman"/>
                <w:bCs/>
                <w:sz w:val="28"/>
                <w:szCs w:val="28"/>
                <w:lang w:val="uk-UA"/>
              </w:rPr>
              <w:t>0,06 кг</w:t>
            </w:r>
            <w:r w:rsidRPr="00D93070">
              <w:rPr>
                <w:rFonts w:ascii="Times New Roman" w:hAnsi="Times New Roman"/>
                <w:bCs/>
                <w:sz w:val="28"/>
                <w:szCs w:val="28"/>
                <w:lang w:val="uk-UA"/>
              </w:rPr>
              <w:t>/га</w:t>
            </w:r>
            <w:r w:rsidR="00C27310">
              <w:rPr>
                <w:rFonts w:ascii="Times New Roman" w:hAnsi="Times New Roman"/>
                <w:bCs/>
                <w:sz w:val="28"/>
                <w:szCs w:val="28"/>
                <w:lang w:val="uk-UA"/>
              </w:rPr>
              <w:t>+</w:t>
            </w:r>
            <w:r w:rsidR="00C27310">
              <w:rPr>
                <w:rFonts w:ascii="Times New Roman" w:eastAsia="Times New Roman" w:hAnsi="Times New Roman"/>
                <w:sz w:val="28"/>
                <w:szCs w:val="28"/>
                <w:lang w:val="uk-UA" w:eastAsia="ru-RU"/>
              </w:rPr>
              <w:t xml:space="preserve"> </w:t>
            </w:r>
            <w:proofErr w:type="spellStart"/>
            <w:r w:rsidR="00C27310">
              <w:rPr>
                <w:rFonts w:ascii="Times New Roman" w:eastAsia="Times New Roman" w:hAnsi="Times New Roman"/>
                <w:sz w:val="28"/>
                <w:szCs w:val="28"/>
                <w:lang w:val="uk-UA" w:eastAsia="ru-RU"/>
              </w:rPr>
              <w:t>Амінокат</w:t>
            </w:r>
            <w:proofErr w:type="spellEnd"/>
            <w:r w:rsidR="00C27310">
              <w:rPr>
                <w:rFonts w:ascii="Times New Roman" w:eastAsia="Times New Roman" w:hAnsi="Times New Roman"/>
                <w:sz w:val="28"/>
                <w:szCs w:val="28"/>
                <w:lang w:val="uk-UA" w:eastAsia="ru-RU"/>
              </w:rPr>
              <w:t xml:space="preserve"> 30</w:t>
            </w:r>
          </w:p>
        </w:tc>
        <w:tc>
          <w:tcPr>
            <w:tcW w:w="2268" w:type="dxa"/>
            <w:tcBorders>
              <w:top w:val="single" w:sz="4" w:space="0" w:color="auto"/>
              <w:left w:val="single" w:sz="4" w:space="0" w:color="auto"/>
              <w:bottom w:val="single" w:sz="4" w:space="0" w:color="auto"/>
              <w:right w:val="single" w:sz="4" w:space="0" w:color="auto"/>
            </w:tcBorders>
            <w:vAlign w:val="center"/>
          </w:tcPr>
          <w:p w14:paraId="0DB37CA1" w14:textId="77777777" w:rsidR="00364057" w:rsidRDefault="00364057" w:rsidP="00C27310">
            <w:pPr>
              <w:spacing w:after="0" w:line="240" w:lineRule="auto"/>
              <w:jc w:val="center"/>
              <w:rPr>
                <w:rFonts w:ascii="Times New Roman" w:eastAsia="Times New Roman" w:hAnsi="Times New Roman"/>
                <w:noProof/>
                <w:sz w:val="28"/>
                <w:szCs w:val="28"/>
                <w:lang w:val="uk-UA" w:eastAsia="ru-RU"/>
              </w:rPr>
            </w:pPr>
            <w:r w:rsidRPr="00E764A4">
              <w:rPr>
                <w:rFonts w:ascii="Times New Roman" w:eastAsia="Times New Roman" w:hAnsi="Times New Roman"/>
                <w:noProof/>
                <w:sz w:val="28"/>
                <w:szCs w:val="28"/>
                <w:lang w:val="uk-UA" w:eastAsia="ru-RU"/>
              </w:rPr>
              <w:t>3,</w:t>
            </w:r>
            <w:r>
              <w:rPr>
                <w:rFonts w:ascii="Times New Roman" w:eastAsia="Times New Roman" w:hAnsi="Times New Roman"/>
                <w:noProof/>
                <w:sz w:val="28"/>
                <w:szCs w:val="28"/>
                <w:lang w:val="uk-UA" w:eastAsia="ru-RU"/>
              </w:rPr>
              <w:t>1</w:t>
            </w:r>
          </w:p>
        </w:tc>
        <w:tc>
          <w:tcPr>
            <w:tcW w:w="1531" w:type="dxa"/>
            <w:tcBorders>
              <w:top w:val="single" w:sz="4" w:space="0" w:color="auto"/>
              <w:left w:val="single" w:sz="4" w:space="0" w:color="auto"/>
              <w:bottom w:val="single" w:sz="4" w:space="0" w:color="auto"/>
              <w:right w:val="single" w:sz="4" w:space="0" w:color="auto"/>
            </w:tcBorders>
            <w:vAlign w:val="center"/>
          </w:tcPr>
          <w:p w14:paraId="39C0F04D" w14:textId="77777777" w:rsidR="00364057" w:rsidRDefault="00364057" w:rsidP="00C27310">
            <w:pPr>
              <w:spacing w:after="0" w:line="240" w:lineRule="auto"/>
              <w:jc w:val="center"/>
              <w:rPr>
                <w:rFonts w:ascii="Times New Roman" w:eastAsia="Times New Roman" w:hAnsi="Times New Roman"/>
                <w:noProof/>
                <w:sz w:val="28"/>
                <w:szCs w:val="28"/>
                <w:lang w:val="uk-UA" w:eastAsia="ru-RU"/>
              </w:rPr>
            </w:pPr>
            <w:r w:rsidRPr="00E764A4">
              <w:rPr>
                <w:rFonts w:ascii="Times New Roman" w:eastAsia="Times New Roman" w:hAnsi="Times New Roman"/>
                <w:noProof/>
                <w:sz w:val="28"/>
                <w:szCs w:val="28"/>
                <w:lang w:val="uk-UA" w:eastAsia="ru-RU"/>
              </w:rPr>
              <w:t>1</w:t>
            </w:r>
            <w:r>
              <w:rPr>
                <w:rFonts w:ascii="Times New Roman" w:eastAsia="Times New Roman" w:hAnsi="Times New Roman"/>
                <w:noProof/>
                <w:sz w:val="28"/>
                <w:szCs w:val="28"/>
                <w:lang w:val="uk-UA" w:eastAsia="ru-RU"/>
              </w:rPr>
              <w:t>4,8</w:t>
            </w:r>
          </w:p>
        </w:tc>
      </w:tr>
    </w:tbl>
    <w:p w14:paraId="67DCECF8" w14:textId="77777777" w:rsidR="00364057" w:rsidRDefault="00364057" w:rsidP="00364057">
      <w:pPr>
        <w:spacing w:after="0" w:line="360" w:lineRule="auto"/>
        <w:ind w:firstLine="709"/>
        <w:jc w:val="both"/>
        <w:rPr>
          <w:rFonts w:ascii="Times New Roman" w:eastAsia="Times New Roman" w:hAnsi="Times New Roman"/>
          <w:sz w:val="28"/>
          <w:szCs w:val="28"/>
          <w:lang w:val="uk-UA" w:eastAsia="ru-RU"/>
        </w:rPr>
      </w:pPr>
    </w:p>
    <w:p w14:paraId="217BDFA1" w14:textId="77777777" w:rsidR="00364057" w:rsidRDefault="00364057" w:rsidP="00364057">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При застосуванні гербіциду </w:t>
      </w:r>
      <w:r w:rsidR="00EE51A0">
        <w:rPr>
          <w:rFonts w:ascii="Times New Roman" w:eastAsia="Times New Roman" w:hAnsi="Times New Roman"/>
          <w:sz w:val="28"/>
          <w:szCs w:val="28"/>
          <w:lang w:val="uk-UA" w:eastAsia="ru-RU"/>
        </w:rPr>
        <w:t xml:space="preserve">сумісно з регулятором росту рослин </w:t>
      </w:r>
      <w:r>
        <w:rPr>
          <w:rFonts w:ascii="Times New Roman" w:eastAsia="Times New Roman" w:hAnsi="Times New Roman"/>
          <w:sz w:val="28"/>
          <w:szCs w:val="28"/>
          <w:lang w:val="uk-UA" w:eastAsia="ru-RU"/>
        </w:rPr>
        <w:t xml:space="preserve">в </w:t>
      </w:r>
      <w:proofErr w:type="spellStart"/>
      <w:r>
        <w:rPr>
          <w:rFonts w:ascii="Times New Roman" w:eastAsia="Times New Roman" w:hAnsi="Times New Roman"/>
          <w:sz w:val="28"/>
          <w:szCs w:val="28"/>
          <w:lang w:val="uk-UA" w:eastAsia="ru-RU"/>
        </w:rPr>
        <w:t>ноpмі</w:t>
      </w:r>
      <w:proofErr w:type="spellEnd"/>
      <w:r>
        <w:rPr>
          <w:rFonts w:ascii="Times New Roman" w:eastAsia="Times New Roman" w:hAnsi="Times New Roman"/>
          <w:sz w:val="28"/>
          <w:szCs w:val="28"/>
          <w:lang w:val="uk-UA" w:eastAsia="ru-RU"/>
        </w:rPr>
        <w:t xml:space="preserve"> 0,04 кг/га було збільшення вміст </w:t>
      </w:r>
      <w:proofErr w:type="spellStart"/>
      <w:r>
        <w:rPr>
          <w:rFonts w:ascii="Times New Roman" w:eastAsia="Times New Roman" w:hAnsi="Times New Roman"/>
          <w:sz w:val="28"/>
          <w:szCs w:val="28"/>
          <w:lang w:val="uk-UA" w:eastAsia="ru-RU"/>
        </w:rPr>
        <w:t>хло</w:t>
      </w:r>
      <w:proofErr w:type="spellEnd"/>
      <w:r>
        <w:rPr>
          <w:rFonts w:ascii="Times New Roman" w:eastAsia="Times New Roman" w:hAnsi="Times New Roman"/>
          <w:sz w:val="28"/>
          <w:szCs w:val="28"/>
          <w:lang w:eastAsia="ru-RU"/>
        </w:rPr>
        <w:t>p</w:t>
      </w:r>
      <w:proofErr w:type="spellStart"/>
      <w:r>
        <w:rPr>
          <w:rFonts w:ascii="Times New Roman" w:eastAsia="Times New Roman" w:hAnsi="Times New Roman"/>
          <w:sz w:val="28"/>
          <w:szCs w:val="28"/>
          <w:lang w:val="uk-UA" w:eastAsia="ru-RU"/>
        </w:rPr>
        <w:t>офілу</w:t>
      </w:r>
      <w:proofErr w:type="spellEnd"/>
      <w:r>
        <w:rPr>
          <w:rFonts w:ascii="Times New Roman" w:eastAsia="Times New Roman" w:hAnsi="Times New Roman"/>
          <w:sz w:val="28"/>
          <w:szCs w:val="28"/>
          <w:lang w:val="uk-UA" w:eastAsia="ru-RU"/>
        </w:rPr>
        <w:t xml:space="preserve"> в листках до 3,6 мг/г </w:t>
      </w:r>
      <w:proofErr w:type="spellStart"/>
      <w:r>
        <w:rPr>
          <w:rFonts w:ascii="Times New Roman" w:eastAsia="Times New Roman" w:hAnsi="Times New Roman"/>
          <w:sz w:val="28"/>
          <w:szCs w:val="28"/>
          <w:lang w:val="uk-UA" w:eastAsia="ru-RU"/>
        </w:rPr>
        <w:t>си</w:t>
      </w:r>
      <w:proofErr w:type="spellEnd"/>
      <w:r>
        <w:rPr>
          <w:rFonts w:ascii="Times New Roman" w:eastAsia="Times New Roman" w:hAnsi="Times New Roman"/>
          <w:sz w:val="28"/>
          <w:szCs w:val="28"/>
          <w:lang w:eastAsia="ru-RU"/>
        </w:rPr>
        <w:t>p</w:t>
      </w:r>
      <w:proofErr w:type="spellStart"/>
      <w:r>
        <w:rPr>
          <w:rFonts w:ascii="Times New Roman" w:eastAsia="Times New Roman" w:hAnsi="Times New Roman"/>
          <w:sz w:val="28"/>
          <w:szCs w:val="28"/>
          <w:lang w:val="uk-UA" w:eastAsia="ru-RU"/>
        </w:rPr>
        <w:t>ої</w:t>
      </w:r>
      <w:proofErr w:type="spellEnd"/>
      <w:r>
        <w:rPr>
          <w:rFonts w:ascii="Times New Roman" w:eastAsia="Times New Roman" w:hAnsi="Times New Roman"/>
          <w:sz w:val="28"/>
          <w:szCs w:val="28"/>
          <w:lang w:val="uk-UA" w:eastAsia="ru-RU"/>
        </w:rPr>
        <w:t xml:space="preserve"> маси, за норми </w:t>
      </w:r>
      <w:r>
        <w:rPr>
          <w:rFonts w:ascii="Times New Roman" w:eastAsia="Times New Roman" w:hAnsi="Times New Roman"/>
          <w:sz w:val="28"/>
          <w:szCs w:val="28"/>
          <w:lang w:val="uk-UA" w:eastAsia="ru-RU"/>
        </w:rPr>
        <w:lastRenderedPageBreak/>
        <w:t xml:space="preserve">0,05 кг/га – до 4,0 мг/г </w:t>
      </w:r>
      <w:proofErr w:type="spellStart"/>
      <w:r>
        <w:rPr>
          <w:rFonts w:ascii="Times New Roman" w:eastAsia="Times New Roman" w:hAnsi="Times New Roman"/>
          <w:sz w:val="28"/>
          <w:szCs w:val="28"/>
          <w:lang w:val="uk-UA" w:eastAsia="ru-RU"/>
        </w:rPr>
        <w:t>си</w:t>
      </w:r>
      <w:proofErr w:type="spellEnd"/>
      <w:r>
        <w:rPr>
          <w:rFonts w:ascii="Times New Roman" w:eastAsia="Times New Roman" w:hAnsi="Times New Roman"/>
          <w:sz w:val="28"/>
          <w:szCs w:val="28"/>
          <w:lang w:eastAsia="ru-RU"/>
        </w:rPr>
        <w:t>p</w:t>
      </w:r>
      <w:proofErr w:type="spellStart"/>
      <w:r>
        <w:rPr>
          <w:rFonts w:ascii="Times New Roman" w:eastAsia="Times New Roman" w:hAnsi="Times New Roman"/>
          <w:sz w:val="28"/>
          <w:szCs w:val="28"/>
          <w:lang w:val="uk-UA" w:eastAsia="ru-RU"/>
        </w:rPr>
        <w:t>ої</w:t>
      </w:r>
      <w:proofErr w:type="spellEnd"/>
      <w:r>
        <w:rPr>
          <w:rFonts w:ascii="Times New Roman" w:eastAsia="Times New Roman" w:hAnsi="Times New Roman"/>
          <w:sz w:val="28"/>
          <w:szCs w:val="28"/>
          <w:lang w:val="uk-UA" w:eastAsia="ru-RU"/>
        </w:rPr>
        <w:t xml:space="preserve"> маси.  Внесення </w:t>
      </w:r>
      <w:r w:rsidR="00ED58B8">
        <w:rPr>
          <w:rFonts w:ascii="Times New Roman" w:eastAsia="Times New Roman" w:hAnsi="Times New Roman"/>
          <w:sz w:val="28"/>
          <w:szCs w:val="28"/>
          <w:lang w:val="uk-UA" w:eastAsia="ru-RU"/>
        </w:rPr>
        <w:t xml:space="preserve">одного регулятора росту та </w:t>
      </w:r>
      <w:r>
        <w:rPr>
          <w:rFonts w:ascii="Times New Roman" w:eastAsia="Times New Roman" w:hAnsi="Times New Roman"/>
          <w:sz w:val="28"/>
          <w:szCs w:val="28"/>
          <w:lang w:val="uk-UA" w:eastAsia="ru-RU"/>
        </w:rPr>
        <w:t xml:space="preserve">найвищої норми 0,06 кг/га препарату знижувало кількість зелених пігментів до 3,1 мг/г </w:t>
      </w:r>
      <w:proofErr w:type="spellStart"/>
      <w:r>
        <w:rPr>
          <w:rFonts w:ascii="Times New Roman" w:eastAsia="Times New Roman" w:hAnsi="Times New Roman"/>
          <w:sz w:val="28"/>
          <w:szCs w:val="28"/>
          <w:lang w:val="uk-UA" w:eastAsia="ru-RU"/>
        </w:rPr>
        <w:t>си</w:t>
      </w:r>
      <w:proofErr w:type="spellEnd"/>
      <w:r>
        <w:rPr>
          <w:rFonts w:ascii="Times New Roman" w:eastAsia="Times New Roman" w:hAnsi="Times New Roman"/>
          <w:sz w:val="28"/>
          <w:szCs w:val="28"/>
          <w:lang w:eastAsia="ru-RU"/>
        </w:rPr>
        <w:t>p</w:t>
      </w:r>
      <w:proofErr w:type="spellStart"/>
      <w:r>
        <w:rPr>
          <w:rFonts w:ascii="Times New Roman" w:eastAsia="Times New Roman" w:hAnsi="Times New Roman"/>
          <w:sz w:val="28"/>
          <w:szCs w:val="28"/>
          <w:lang w:val="uk-UA" w:eastAsia="ru-RU"/>
        </w:rPr>
        <w:t>ої</w:t>
      </w:r>
      <w:proofErr w:type="spellEnd"/>
      <w:r>
        <w:rPr>
          <w:rFonts w:ascii="Times New Roman" w:eastAsia="Times New Roman" w:hAnsi="Times New Roman"/>
          <w:sz w:val="28"/>
          <w:szCs w:val="28"/>
          <w:lang w:val="uk-UA" w:eastAsia="ru-RU"/>
        </w:rPr>
        <w:t xml:space="preserve"> маси відповідно</w:t>
      </w:r>
      <w:r w:rsidR="00EE51A0">
        <w:rPr>
          <w:rFonts w:ascii="Times New Roman" w:eastAsia="Times New Roman" w:hAnsi="Times New Roman"/>
          <w:sz w:val="28"/>
          <w:szCs w:val="28"/>
          <w:lang w:val="uk-UA" w:eastAsia="ru-RU"/>
        </w:rPr>
        <w:t xml:space="preserve"> до інших дослідних варіантів</w:t>
      </w:r>
      <w:r>
        <w:rPr>
          <w:rFonts w:ascii="Times New Roman" w:eastAsia="Times New Roman" w:hAnsi="Times New Roman"/>
          <w:sz w:val="28"/>
          <w:szCs w:val="28"/>
          <w:lang w:val="uk-UA" w:eastAsia="ru-RU"/>
        </w:rPr>
        <w:t>.</w:t>
      </w:r>
      <w:r w:rsidR="00ED58B8">
        <w:rPr>
          <w:rFonts w:ascii="Times New Roman" w:eastAsia="Times New Roman" w:hAnsi="Times New Roman"/>
          <w:sz w:val="28"/>
          <w:szCs w:val="28"/>
          <w:lang w:val="uk-UA" w:eastAsia="ru-RU"/>
        </w:rPr>
        <w:t xml:space="preserve"> Однак, у </w:t>
      </w:r>
      <w:r>
        <w:rPr>
          <w:rFonts w:ascii="Times New Roman" w:eastAsia="Times New Roman" w:hAnsi="Times New Roman"/>
          <w:sz w:val="28"/>
          <w:szCs w:val="28"/>
          <w:lang w:val="uk-UA" w:eastAsia="ru-RU"/>
        </w:rPr>
        <w:t xml:space="preserve"> </w:t>
      </w:r>
      <w:r w:rsidR="00ED58B8">
        <w:rPr>
          <w:rFonts w:ascii="Times New Roman" w:eastAsia="Times New Roman" w:hAnsi="Times New Roman"/>
          <w:sz w:val="28"/>
          <w:szCs w:val="28"/>
          <w:lang w:val="uk-UA" w:eastAsia="ru-RU"/>
        </w:rPr>
        <w:t xml:space="preserve">даних </w:t>
      </w:r>
      <w:r>
        <w:rPr>
          <w:rFonts w:ascii="Times New Roman" w:eastAsia="Times New Roman" w:hAnsi="Times New Roman"/>
          <w:sz w:val="28"/>
          <w:szCs w:val="28"/>
          <w:lang w:val="uk-UA" w:eastAsia="ru-RU"/>
        </w:rPr>
        <w:t>варіант</w:t>
      </w:r>
      <w:r w:rsidR="00ED58B8">
        <w:rPr>
          <w:rFonts w:ascii="Times New Roman" w:eastAsia="Times New Roman" w:hAnsi="Times New Roman"/>
          <w:sz w:val="28"/>
          <w:szCs w:val="28"/>
          <w:lang w:val="uk-UA" w:eastAsia="ru-RU"/>
        </w:rPr>
        <w:t>ах</w:t>
      </w:r>
      <w:r>
        <w:rPr>
          <w:rFonts w:ascii="Times New Roman" w:eastAsia="Times New Roman" w:hAnsi="Times New Roman"/>
          <w:sz w:val="28"/>
          <w:szCs w:val="28"/>
          <w:lang w:val="uk-UA" w:eastAsia="ru-RU"/>
        </w:rPr>
        <w:t xml:space="preserve"> </w:t>
      </w:r>
      <w:r w:rsidR="00ED58B8">
        <w:rPr>
          <w:rFonts w:ascii="Times New Roman" w:eastAsia="Times New Roman" w:hAnsi="Times New Roman"/>
          <w:sz w:val="28"/>
          <w:szCs w:val="28"/>
          <w:lang w:val="uk-UA" w:eastAsia="ru-RU"/>
        </w:rPr>
        <w:t>все ж таки спостерігався</w:t>
      </w:r>
      <w:r>
        <w:rPr>
          <w:rFonts w:ascii="Times New Roman" w:eastAsia="Times New Roman" w:hAnsi="Times New Roman"/>
          <w:sz w:val="28"/>
          <w:szCs w:val="28"/>
          <w:lang w:val="uk-UA" w:eastAsia="ru-RU"/>
        </w:rPr>
        <w:t xml:space="preserve"> прир</w:t>
      </w:r>
      <w:r w:rsidR="00EE51A0">
        <w:rPr>
          <w:rFonts w:ascii="Times New Roman" w:eastAsia="Times New Roman" w:hAnsi="Times New Roman"/>
          <w:sz w:val="28"/>
          <w:szCs w:val="28"/>
          <w:lang w:val="uk-UA" w:eastAsia="ru-RU"/>
        </w:rPr>
        <w:t>і</w:t>
      </w:r>
      <w:r>
        <w:rPr>
          <w:rFonts w:ascii="Times New Roman" w:eastAsia="Times New Roman" w:hAnsi="Times New Roman"/>
          <w:sz w:val="28"/>
          <w:szCs w:val="28"/>
          <w:lang w:val="uk-UA" w:eastAsia="ru-RU"/>
        </w:rPr>
        <w:t>ст зелених пігментів відповід</w:t>
      </w:r>
      <w:r w:rsidR="00EE51A0">
        <w:rPr>
          <w:rFonts w:ascii="Times New Roman" w:eastAsia="Times New Roman" w:hAnsi="Times New Roman"/>
          <w:sz w:val="28"/>
          <w:szCs w:val="28"/>
          <w:lang w:val="uk-UA" w:eastAsia="ru-RU"/>
        </w:rPr>
        <w:t>но до</w:t>
      </w:r>
      <w:r>
        <w:rPr>
          <w:rFonts w:ascii="Times New Roman" w:eastAsia="Times New Roman" w:hAnsi="Times New Roman"/>
          <w:sz w:val="28"/>
          <w:szCs w:val="28"/>
          <w:lang w:val="uk-UA" w:eastAsia="ru-RU"/>
        </w:rPr>
        <w:t xml:space="preserve"> 14,8 %</w:t>
      </w:r>
      <w:r w:rsidR="00EE51A0">
        <w:rPr>
          <w:rFonts w:ascii="Times New Roman" w:eastAsia="Times New Roman" w:hAnsi="Times New Roman"/>
          <w:sz w:val="28"/>
          <w:szCs w:val="28"/>
          <w:lang w:val="uk-UA" w:eastAsia="ru-RU"/>
        </w:rPr>
        <w:t xml:space="preserve">  в порівнянні з контролем</w:t>
      </w:r>
      <w:r>
        <w:rPr>
          <w:rFonts w:ascii="Times New Roman" w:eastAsia="Times New Roman" w:hAnsi="Times New Roman"/>
          <w:sz w:val="28"/>
          <w:szCs w:val="28"/>
          <w:lang w:val="uk-UA" w:eastAsia="ru-RU"/>
        </w:rPr>
        <w:t>.</w:t>
      </w:r>
    </w:p>
    <w:p w14:paraId="283EEECB" w14:textId="77777777" w:rsidR="00364057" w:rsidRDefault="00364057" w:rsidP="00364057">
      <w:pPr>
        <w:spacing w:after="0" w:line="360" w:lineRule="auto"/>
        <w:ind w:firstLine="709"/>
        <w:jc w:val="both"/>
        <w:rPr>
          <w:rFonts w:ascii="Times New Roman" w:eastAsia="Times New Roman" w:hAnsi="Times New Roman"/>
          <w:sz w:val="28"/>
          <w:szCs w:val="28"/>
          <w:lang w:val="uk-UA" w:eastAsia="ru-RU" w:bidi="ru-RU"/>
        </w:rPr>
      </w:pPr>
      <w:r>
        <w:rPr>
          <w:rFonts w:ascii="Times New Roman" w:eastAsia="Times New Roman" w:hAnsi="Times New Roman"/>
          <w:sz w:val="28"/>
          <w:szCs w:val="28"/>
          <w:lang w:val="uk-UA" w:eastAsia="ru-RU"/>
        </w:rPr>
        <w:t xml:space="preserve">Отже, можна зробити висновок, що найефективніше проходило збільшення кількості </w:t>
      </w:r>
      <w:proofErr w:type="spellStart"/>
      <w:r>
        <w:rPr>
          <w:rFonts w:ascii="Times New Roman" w:eastAsia="Times New Roman" w:hAnsi="Times New Roman"/>
          <w:sz w:val="28"/>
          <w:szCs w:val="28"/>
          <w:lang w:val="uk-UA" w:eastAsia="ru-RU"/>
        </w:rPr>
        <w:t>хло</w:t>
      </w:r>
      <w:proofErr w:type="spellEnd"/>
      <w:r>
        <w:rPr>
          <w:rFonts w:ascii="Times New Roman" w:eastAsia="Times New Roman" w:hAnsi="Times New Roman"/>
          <w:sz w:val="28"/>
          <w:szCs w:val="28"/>
          <w:lang w:eastAsia="ru-RU"/>
        </w:rPr>
        <w:t>p</w:t>
      </w:r>
      <w:proofErr w:type="spellStart"/>
      <w:r>
        <w:rPr>
          <w:rFonts w:ascii="Times New Roman" w:eastAsia="Times New Roman" w:hAnsi="Times New Roman"/>
          <w:sz w:val="28"/>
          <w:szCs w:val="28"/>
          <w:lang w:val="uk-UA" w:eastAsia="ru-RU"/>
        </w:rPr>
        <w:t>офілу</w:t>
      </w:r>
      <w:proofErr w:type="spellEnd"/>
      <w:r>
        <w:rPr>
          <w:rFonts w:ascii="Times New Roman" w:eastAsia="Times New Roman" w:hAnsi="Times New Roman"/>
          <w:sz w:val="28"/>
          <w:szCs w:val="28"/>
          <w:lang w:val="uk-UA" w:eastAsia="ru-RU"/>
        </w:rPr>
        <w:t xml:space="preserve"> в листках пшениці </w:t>
      </w:r>
      <w:proofErr w:type="spellStart"/>
      <w:r>
        <w:rPr>
          <w:rFonts w:ascii="Times New Roman" w:eastAsia="Times New Roman" w:hAnsi="Times New Roman"/>
          <w:sz w:val="28"/>
          <w:szCs w:val="28"/>
          <w:lang w:val="uk-UA" w:eastAsia="ru-RU"/>
        </w:rPr>
        <w:t>дворучки</w:t>
      </w:r>
      <w:proofErr w:type="spellEnd"/>
      <w:r w:rsidR="00EE51A0">
        <w:rPr>
          <w:rFonts w:ascii="Times New Roman" w:eastAsia="Times New Roman" w:hAnsi="Times New Roman"/>
          <w:sz w:val="28"/>
          <w:szCs w:val="28"/>
          <w:lang w:val="uk-UA" w:eastAsia="ru-RU"/>
        </w:rPr>
        <w:t xml:space="preserve"> сорту </w:t>
      </w:r>
      <w:proofErr w:type="spellStart"/>
      <w:r w:rsidR="00EE51A0">
        <w:rPr>
          <w:rFonts w:ascii="Times New Roman" w:eastAsia="Times New Roman" w:hAnsi="Times New Roman"/>
          <w:sz w:val="28"/>
          <w:szCs w:val="28"/>
          <w:lang w:val="uk-UA" w:eastAsia="ru-RU"/>
        </w:rPr>
        <w:t>Кларіса</w:t>
      </w:r>
      <w:proofErr w:type="spellEnd"/>
      <w:r>
        <w:rPr>
          <w:rFonts w:ascii="Times New Roman" w:eastAsia="Times New Roman" w:hAnsi="Times New Roman"/>
          <w:sz w:val="28"/>
          <w:szCs w:val="28"/>
          <w:lang w:val="uk-UA" w:eastAsia="ru-RU"/>
        </w:rPr>
        <w:t xml:space="preserve"> у варіанті із  </w:t>
      </w:r>
      <w:r w:rsidR="00EE51A0">
        <w:rPr>
          <w:rFonts w:ascii="Times New Roman" w:eastAsia="Times New Roman" w:hAnsi="Times New Roman"/>
          <w:sz w:val="28"/>
          <w:szCs w:val="28"/>
          <w:lang w:val="uk-UA" w:eastAsia="ru-RU"/>
        </w:rPr>
        <w:t xml:space="preserve">сумісним </w:t>
      </w:r>
      <w:r>
        <w:rPr>
          <w:rFonts w:ascii="Times New Roman" w:eastAsia="Times New Roman" w:hAnsi="Times New Roman"/>
          <w:sz w:val="28"/>
          <w:szCs w:val="28"/>
          <w:lang w:val="uk-UA" w:eastAsia="ru-RU"/>
        </w:rPr>
        <w:t>застосуванням</w:t>
      </w:r>
      <w:r w:rsidR="00EE51A0">
        <w:rPr>
          <w:rFonts w:ascii="Times New Roman" w:eastAsia="Times New Roman" w:hAnsi="Times New Roman"/>
          <w:sz w:val="28"/>
          <w:szCs w:val="28"/>
          <w:lang w:val="uk-UA" w:eastAsia="ru-RU"/>
        </w:rPr>
        <w:t xml:space="preserve"> </w:t>
      </w:r>
      <w:proofErr w:type="spellStart"/>
      <w:r w:rsidR="00EE51A0">
        <w:rPr>
          <w:rFonts w:ascii="Times New Roman" w:eastAsia="Times New Roman" w:hAnsi="Times New Roman"/>
          <w:sz w:val="28"/>
          <w:szCs w:val="28"/>
          <w:lang w:val="uk-UA" w:eastAsia="ru-RU"/>
        </w:rPr>
        <w:t>Амінокату</w:t>
      </w:r>
      <w:proofErr w:type="spellEnd"/>
      <w:r w:rsidR="00EE51A0">
        <w:rPr>
          <w:rFonts w:ascii="Times New Roman" w:eastAsia="Times New Roman" w:hAnsi="Times New Roman"/>
          <w:sz w:val="28"/>
          <w:szCs w:val="28"/>
          <w:lang w:val="uk-UA" w:eastAsia="ru-RU"/>
        </w:rPr>
        <w:t xml:space="preserve"> 30 і </w:t>
      </w:r>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Триатлону</w:t>
      </w:r>
      <w:proofErr w:type="spellEnd"/>
      <w:r>
        <w:rPr>
          <w:rFonts w:ascii="Times New Roman" w:eastAsia="Times New Roman" w:hAnsi="Times New Roman"/>
          <w:sz w:val="28"/>
          <w:szCs w:val="28"/>
          <w:lang w:val="uk-UA" w:eastAsia="ru-RU"/>
        </w:rPr>
        <w:t xml:space="preserve"> Прайм п</w:t>
      </w:r>
      <w:r>
        <w:rPr>
          <w:rFonts w:ascii="Times New Roman" w:eastAsia="Times New Roman" w:hAnsi="Times New Roman"/>
          <w:sz w:val="28"/>
          <w:szCs w:val="28"/>
          <w:lang w:eastAsia="ru-RU"/>
        </w:rPr>
        <w:t>p</w:t>
      </w:r>
      <w:r>
        <w:rPr>
          <w:rFonts w:ascii="Times New Roman" w:eastAsia="Times New Roman" w:hAnsi="Times New Roman"/>
          <w:sz w:val="28"/>
          <w:szCs w:val="28"/>
          <w:lang w:val="uk-UA" w:eastAsia="ru-RU"/>
        </w:rPr>
        <w:t>и  но</w:t>
      </w:r>
      <w:r>
        <w:rPr>
          <w:rFonts w:ascii="Times New Roman" w:eastAsia="Times New Roman" w:hAnsi="Times New Roman"/>
          <w:sz w:val="28"/>
          <w:szCs w:val="28"/>
          <w:lang w:eastAsia="ru-RU"/>
        </w:rPr>
        <w:t>p</w:t>
      </w:r>
      <w:r>
        <w:rPr>
          <w:rFonts w:ascii="Times New Roman" w:eastAsia="Times New Roman" w:hAnsi="Times New Roman"/>
          <w:sz w:val="28"/>
          <w:szCs w:val="28"/>
          <w:lang w:val="uk-UA" w:eastAsia="ru-RU"/>
        </w:rPr>
        <w:t xml:space="preserve">мі 0,05 кг/га. Тут спостерігався найбільший приріст вмісту </w:t>
      </w:r>
      <w:proofErr w:type="spellStart"/>
      <w:r>
        <w:rPr>
          <w:rFonts w:ascii="Times New Roman" w:eastAsia="Times New Roman" w:hAnsi="Times New Roman"/>
          <w:sz w:val="28"/>
          <w:szCs w:val="28"/>
          <w:lang w:val="uk-UA" w:eastAsia="ru-RU"/>
        </w:rPr>
        <w:t>хло</w:t>
      </w:r>
      <w:proofErr w:type="spellEnd"/>
      <w:r>
        <w:rPr>
          <w:rFonts w:ascii="Times New Roman" w:eastAsia="Times New Roman" w:hAnsi="Times New Roman"/>
          <w:sz w:val="28"/>
          <w:szCs w:val="28"/>
          <w:lang w:eastAsia="ru-RU"/>
        </w:rPr>
        <w:t>p</w:t>
      </w:r>
      <w:proofErr w:type="spellStart"/>
      <w:r>
        <w:rPr>
          <w:rFonts w:ascii="Times New Roman" w:eastAsia="Times New Roman" w:hAnsi="Times New Roman"/>
          <w:sz w:val="28"/>
          <w:szCs w:val="28"/>
          <w:lang w:val="uk-UA" w:eastAsia="ru-RU"/>
        </w:rPr>
        <w:t>офілу</w:t>
      </w:r>
      <w:proofErr w:type="spellEnd"/>
      <w:r>
        <w:rPr>
          <w:rFonts w:ascii="Times New Roman" w:eastAsia="Times New Roman" w:hAnsi="Times New Roman"/>
          <w:sz w:val="28"/>
          <w:szCs w:val="28"/>
          <w:lang w:val="uk-UA" w:eastAsia="ru-RU"/>
        </w:rPr>
        <w:t xml:space="preserve"> до контролю на </w:t>
      </w:r>
      <w:r>
        <w:rPr>
          <w:rFonts w:ascii="Times New Roman" w:eastAsia="Times New Roman" w:hAnsi="Times New Roman"/>
          <w:noProof/>
          <w:sz w:val="28"/>
          <w:szCs w:val="28"/>
          <w:lang w:val="uk-UA" w:eastAsia="ru-RU"/>
        </w:rPr>
        <w:t xml:space="preserve"> 48,1 %</w:t>
      </w:r>
      <w:r>
        <w:rPr>
          <w:rFonts w:ascii="Times New Roman" w:eastAsia="Times New Roman" w:hAnsi="Times New Roman"/>
          <w:sz w:val="28"/>
          <w:szCs w:val="28"/>
          <w:lang w:val="uk-UA" w:eastAsia="ru-RU"/>
        </w:rPr>
        <w:t xml:space="preserve">. Очевидно, що   </w:t>
      </w:r>
      <w:r>
        <w:rPr>
          <w:rFonts w:ascii="Times New Roman" w:eastAsia="Times New Roman" w:hAnsi="Times New Roman"/>
          <w:sz w:val="28"/>
          <w:szCs w:val="28"/>
          <w:lang w:val="uk-UA" w:eastAsia="ru-RU" w:bidi="ru-RU"/>
        </w:rPr>
        <w:t>з</w:t>
      </w:r>
      <w:r>
        <w:rPr>
          <w:rFonts w:ascii="Times New Roman" w:eastAsia="Times New Roman" w:hAnsi="Times New Roman"/>
          <w:sz w:val="28"/>
          <w:szCs w:val="28"/>
          <w:lang w:val="uk-UA" w:eastAsia="ru-RU"/>
        </w:rPr>
        <w:t xml:space="preserve">астосування </w:t>
      </w:r>
      <w:r w:rsidR="00EE51A0">
        <w:rPr>
          <w:rFonts w:ascii="Times New Roman" w:eastAsia="Times New Roman" w:hAnsi="Times New Roman"/>
          <w:sz w:val="28"/>
          <w:szCs w:val="28"/>
          <w:lang w:val="uk-UA" w:eastAsia="ru-RU"/>
        </w:rPr>
        <w:t>препаратів</w:t>
      </w:r>
      <w:r>
        <w:rPr>
          <w:rFonts w:ascii="Times New Roman" w:eastAsia="Times New Roman" w:hAnsi="Times New Roman"/>
          <w:sz w:val="28"/>
          <w:szCs w:val="28"/>
          <w:lang w:val="uk-UA" w:eastAsia="ru-RU"/>
        </w:rPr>
        <w:t xml:space="preserve"> в даній нормі сприяло покращенню умов живлення рослин, тому що бур</w:t>
      </w:r>
      <w:r w:rsidRPr="00457495">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яни не затінювали рослини пшениці, а як наслідок збільшувалась кількість ФАР на одну рослину, що сприяло збільшенню кількості зелених пігментів майже у два рази.</w:t>
      </w:r>
    </w:p>
    <w:p w14:paraId="115BAA48" w14:textId="77777777" w:rsidR="00364057" w:rsidRPr="00D57227" w:rsidRDefault="00364057" w:rsidP="00364057">
      <w:pPr>
        <w:spacing w:after="0" w:line="360" w:lineRule="auto"/>
        <w:ind w:firstLine="709"/>
        <w:jc w:val="both"/>
        <w:rPr>
          <w:rFonts w:ascii="Times New Roman" w:hAnsi="Times New Roman"/>
          <w:sz w:val="28"/>
          <w:szCs w:val="28"/>
          <w:lang w:val="uk-UA" w:eastAsia="uk-UA" w:bidi="uk-UA"/>
        </w:rPr>
      </w:pPr>
      <w:r>
        <w:rPr>
          <w:rFonts w:ascii="Times New Roman" w:hAnsi="Times New Roman"/>
          <w:sz w:val="28"/>
          <w:szCs w:val="28"/>
          <w:lang w:val="uk-UA"/>
        </w:rPr>
        <w:t>Л</w:t>
      </w:r>
      <w:r w:rsidRPr="00D57227">
        <w:rPr>
          <w:rFonts w:ascii="Times New Roman" w:hAnsi="Times New Roman"/>
          <w:sz w:val="28"/>
          <w:szCs w:val="28"/>
          <w:lang w:val="uk-UA"/>
        </w:rPr>
        <w:t>истков</w:t>
      </w:r>
      <w:r>
        <w:rPr>
          <w:rFonts w:ascii="Times New Roman" w:hAnsi="Times New Roman"/>
          <w:sz w:val="28"/>
          <w:szCs w:val="28"/>
          <w:lang w:val="uk-UA"/>
        </w:rPr>
        <w:t>а</w:t>
      </w:r>
      <w:r w:rsidRPr="00D57227">
        <w:rPr>
          <w:rFonts w:ascii="Times New Roman" w:hAnsi="Times New Roman"/>
          <w:sz w:val="28"/>
          <w:szCs w:val="28"/>
          <w:lang w:val="uk-UA"/>
        </w:rPr>
        <w:t xml:space="preserve"> поверхн</w:t>
      </w:r>
      <w:r>
        <w:rPr>
          <w:rFonts w:ascii="Times New Roman" w:hAnsi="Times New Roman"/>
          <w:sz w:val="28"/>
          <w:szCs w:val="28"/>
          <w:lang w:val="uk-UA"/>
        </w:rPr>
        <w:t>я та її площа є показником високої продуктивності культурних рослин.</w:t>
      </w:r>
      <w:r w:rsidRPr="00D57227">
        <w:rPr>
          <w:rFonts w:ascii="Times New Roman" w:hAnsi="Times New Roman"/>
          <w:sz w:val="28"/>
          <w:szCs w:val="28"/>
          <w:lang w:val="uk-UA"/>
        </w:rPr>
        <w:t xml:space="preserve"> </w:t>
      </w:r>
      <w:r>
        <w:rPr>
          <w:rFonts w:ascii="Times New Roman" w:hAnsi="Times New Roman"/>
          <w:sz w:val="28"/>
          <w:szCs w:val="28"/>
          <w:lang w:val="uk-UA" w:eastAsia="uk-UA" w:bidi="uk-UA"/>
        </w:rPr>
        <w:t>При</w:t>
      </w:r>
      <w:r w:rsidRPr="00D57227">
        <w:rPr>
          <w:rFonts w:ascii="Times New Roman" w:hAnsi="Times New Roman"/>
          <w:sz w:val="28"/>
          <w:szCs w:val="28"/>
          <w:lang w:val="uk-UA" w:eastAsia="uk-UA" w:bidi="uk-UA"/>
        </w:rPr>
        <w:t xml:space="preserve"> вирощуванні пшениці озимої </w:t>
      </w:r>
      <w:r>
        <w:rPr>
          <w:rFonts w:ascii="Times New Roman" w:hAnsi="Times New Roman"/>
          <w:sz w:val="28"/>
          <w:szCs w:val="28"/>
          <w:lang w:val="uk-UA" w:eastAsia="uk-UA" w:bidi="uk-UA"/>
        </w:rPr>
        <w:t xml:space="preserve">важливою є </w:t>
      </w:r>
      <w:r w:rsidRPr="00D57227">
        <w:rPr>
          <w:rFonts w:ascii="Times New Roman" w:hAnsi="Times New Roman"/>
          <w:sz w:val="28"/>
          <w:szCs w:val="28"/>
          <w:lang w:val="uk-UA" w:eastAsia="uk-UA" w:bidi="uk-UA"/>
        </w:rPr>
        <w:t xml:space="preserve">фотосинтетична діяльність </w:t>
      </w:r>
      <w:r>
        <w:rPr>
          <w:rFonts w:ascii="Times New Roman" w:hAnsi="Times New Roman"/>
          <w:sz w:val="28"/>
          <w:szCs w:val="28"/>
          <w:lang w:val="uk-UA" w:eastAsia="uk-UA" w:bidi="uk-UA"/>
        </w:rPr>
        <w:t>посівів, на яких</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застосовуют</w:t>
      </w:r>
      <w:r w:rsidR="00AC6A13">
        <w:rPr>
          <w:rFonts w:ascii="Times New Roman" w:hAnsi="Times New Roman"/>
          <w:sz w:val="28"/>
          <w:szCs w:val="28"/>
          <w:lang w:val="uk-UA" w:eastAsia="uk-UA" w:bidi="uk-UA"/>
        </w:rPr>
        <w:t>ься інтенс</w:t>
      </w:r>
      <w:r>
        <w:rPr>
          <w:rFonts w:ascii="Times New Roman" w:hAnsi="Times New Roman"/>
          <w:sz w:val="28"/>
          <w:szCs w:val="28"/>
          <w:lang w:val="uk-UA" w:eastAsia="uk-UA" w:bidi="uk-UA"/>
        </w:rPr>
        <w:t>ивні</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технології, так як процес ф</w:t>
      </w:r>
      <w:r w:rsidRPr="00D57227">
        <w:rPr>
          <w:rFonts w:ascii="Times New Roman" w:hAnsi="Times New Roman"/>
          <w:sz w:val="28"/>
          <w:szCs w:val="28"/>
          <w:lang w:val="uk-UA" w:eastAsia="uk-UA" w:bidi="uk-UA"/>
        </w:rPr>
        <w:t>отосинтез</w:t>
      </w:r>
      <w:r>
        <w:rPr>
          <w:rFonts w:ascii="Times New Roman" w:hAnsi="Times New Roman"/>
          <w:sz w:val="28"/>
          <w:szCs w:val="28"/>
          <w:lang w:val="uk-UA" w:eastAsia="uk-UA" w:bidi="uk-UA"/>
        </w:rPr>
        <w:t xml:space="preserve">у є </w:t>
      </w:r>
      <w:r w:rsidRPr="00D57227">
        <w:rPr>
          <w:rFonts w:ascii="Times New Roman" w:hAnsi="Times New Roman"/>
          <w:sz w:val="28"/>
          <w:szCs w:val="28"/>
          <w:lang w:val="uk-UA" w:eastAsia="uk-UA" w:bidi="uk-UA"/>
        </w:rPr>
        <w:t>головни</w:t>
      </w:r>
      <w:r>
        <w:rPr>
          <w:rFonts w:ascii="Times New Roman" w:hAnsi="Times New Roman"/>
          <w:sz w:val="28"/>
          <w:szCs w:val="28"/>
          <w:lang w:val="uk-UA" w:eastAsia="uk-UA" w:bidi="uk-UA"/>
        </w:rPr>
        <w:t>м у</w:t>
      </w:r>
      <w:r w:rsidRPr="00D57227">
        <w:rPr>
          <w:rFonts w:ascii="Times New Roman" w:hAnsi="Times New Roman"/>
          <w:sz w:val="28"/>
          <w:szCs w:val="28"/>
          <w:lang w:val="uk-UA" w:eastAsia="uk-UA" w:bidi="uk-UA"/>
        </w:rPr>
        <w:t xml:space="preserve"> забезпеч</w:t>
      </w:r>
      <w:r>
        <w:rPr>
          <w:rFonts w:ascii="Times New Roman" w:hAnsi="Times New Roman"/>
          <w:sz w:val="28"/>
          <w:szCs w:val="28"/>
          <w:lang w:val="uk-UA" w:eastAsia="uk-UA" w:bidi="uk-UA"/>
        </w:rPr>
        <w:t>енні</w:t>
      </w:r>
      <w:r w:rsidRPr="00D57227">
        <w:rPr>
          <w:rFonts w:ascii="Times New Roman" w:hAnsi="Times New Roman"/>
          <w:sz w:val="28"/>
          <w:szCs w:val="28"/>
          <w:lang w:val="uk-UA" w:eastAsia="uk-UA" w:bidi="uk-UA"/>
        </w:rPr>
        <w:t xml:space="preserve"> показник</w:t>
      </w:r>
      <w:r>
        <w:rPr>
          <w:rFonts w:ascii="Times New Roman" w:hAnsi="Times New Roman"/>
          <w:sz w:val="28"/>
          <w:szCs w:val="28"/>
          <w:lang w:val="uk-UA" w:eastAsia="uk-UA" w:bidi="uk-UA"/>
        </w:rPr>
        <w:t>ів</w:t>
      </w:r>
      <w:r w:rsidRPr="00D57227">
        <w:rPr>
          <w:rFonts w:ascii="Times New Roman" w:hAnsi="Times New Roman"/>
          <w:sz w:val="28"/>
          <w:szCs w:val="28"/>
          <w:lang w:val="uk-UA" w:eastAsia="uk-UA" w:bidi="uk-UA"/>
        </w:rPr>
        <w:t xml:space="preserve"> продуктивності</w:t>
      </w:r>
      <w:r>
        <w:rPr>
          <w:rFonts w:ascii="Times New Roman" w:hAnsi="Times New Roman"/>
          <w:sz w:val="28"/>
          <w:szCs w:val="28"/>
          <w:lang w:val="uk-UA" w:eastAsia="uk-UA" w:bidi="uk-UA"/>
        </w:rPr>
        <w:t xml:space="preserve"> і визначає </w:t>
      </w:r>
      <w:r w:rsidRPr="00D57227">
        <w:rPr>
          <w:rFonts w:ascii="Times New Roman" w:hAnsi="Times New Roman"/>
          <w:sz w:val="28"/>
          <w:szCs w:val="28"/>
          <w:lang w:val="uk-UA" w:eastAsia="uk-UA" w:bidi="uk-UA"/>
        </w:rPr>
        <w:t xml:space="preserve">ефективність </w:t>
      </w:r>
      <w:r>
        <w:rPr>
          <w:rFonts w:ascii="Times New Roman" w:hAnsi="Times New Roman"/>
          <w:sz w:val="28"/>
          <w:szCs w:val="28"/>
          <w:lang w:val="uk-UA" w:eastAsia="uk-UA" w:bidi="uk-UA"/>
        </w:rPr>
        <w:t xml:space="preserve">застосування </w:t>
      </w:r>
      <w:r w:rsidRPr="00D57227">
        <w:rPr>
          <w:rFonts w:ascii="Times New Roman" w:hAnsi="Times New Roman"/>
          <w:sz w:val="28"/>
          <w:szCs w:val="28"/>
          <w:lang w:val="uk-UA" w:eastAsia="uk-UA" w:bidi="uk-UA"/>
        </w:rPr>
        <w:t>агротехнічних заходів, які використовують</w:t>
      </w:r>
      <w:r>
        <w:rPr>
          <w:rFonts w:ascii="Times New Roman" w:hAnsi="Times New Roman"/>
          <w:sz w:val="28"/>
          <w:szCs w:val="28"/>
          <w:lang w:val="uk-UA" w:eastAsia="uk-UA" w:bidi="uk-UA"/>
        </w:rPr>
        <w:t xml:space="preserve"> при</w:t>
      </w:r>
      <w:r w:rsidRPr="00D57227">
        <w:rPr>
          <w:rFonts w:ascii="Times New Roman" w:hAnsi="Times New Roman"/>
          <w:sz w:val="28"/>
          <w:szCs w:val="28"/>
          <w:lang w:val="uk-UA" w:eastAsia="uk-UA" w:bidi="uk-UA"/>
        </w:rPr>
        <w:t xml:space="preserve"> формуванні продукції</w:t>
      </w:r>
      <w:r>
        <w:rPr>
          <w:rFonts w:ascii="Times New Roman" w:hAnsi="Times New Roman"/>
          <w:sz w:val="28"/>
          <w:szCs w:val="28"/>
          <w:lang w:val="uk-UA" w:eastAsia="uk-UA" w:bidi="uk-UA"/>
        </w:rPr>
        <w:t xml:space="preserve"> пшениці озимої. Від </w:t>
      </w:r>
      <w:r w:rsidRPr="00D57227">
        <w:rPr>
          <w:rFonts w:ascii="Times New Roman" w:hAnsi="Times New Roman"/>
          <w:sz w:val="28"/>
          <w:szCs w:val="28"/>
          <w:lang w:val="uk-UA" w:eastAsia="uk-UA" w:bidi="uk-UA"/>
        </w:rPr>
        <w:t>величини лист</w:t>
      </w:r>
      <w:r>
        <w:rPr>
          <w:rFonts w:ascii="Times New Roman" w:hAnsi="Times New Roman"/>
          <w:sz w:val="28"/>
          <w:szCs w:val="28"/>
          <w:lang w:val="uk-UA" w:eastAsia="uk-UA" w:bidi="uk-UA"/>
        </w:rPr>
        <w:t>я</w:t>
      </w:r>
      <w:r w:rsidRPr="00D57227">
        <w:rPr>
          <w:rFonts w:ascii="Times New Roman" w:hAnsi="Times New Roman"/>
          <w:sz w:val="28"/>
          <w:szCs w:val="28"/>
          <w:lang w:val="uk-UA" w:eastAsia="uk-UA" w:bidi="uk-UA"/>
        </w:rPr>
        <w:t xml:space="preserve"> залежить поглинання </w:t>
      </w:r>
      <w:r>
        <w:rPr>
          <w:rFonts w:ascii="Times New Roman" w:hAnsi="Times New Roman"/>
          <w:sz w:val="28"/>
          <w:szCs w:val="28"/>
          <w:lang w:val="uk-UA" w:eastAsia="uk-UA" w:bidi="uk-UA"/>
        </w:rPr>
        <w:t>ФАР Тому, го</w:t>
      </w:r>
      <w:r w:rsidR="00AC6A13">
        <w:rPr>
          <w:rFonts w:ascii="Times New Roman" w:hAnsi="Times New Roman"/>
          <w:sz w:val="28"/>
          <w:szCs w:val="28"/>
          <w:lang w:val="uk-UA" w:eastAsia="uk-UA" w:bidi="uk-UA"/>
        </w:rPr>
        <w:t>ло</w:t>
      </w:r>
      <w:r>
        <w:rPr>
          <w:rFonts w:ascii="Times New Roman" w:hAnsi="Times New Roman"/>
          <w:sz w:val="28"/>
          <w:szCs w:val="28"/>
          <w:lang w:val="uk-UA" w:eastAsia="uk-UA" w:bidi="uk-UA"/>
        </w:rPr>
        <w:t xml:space="preserve">вним у підвищенні продуктивності посівів є </w:t>
      </w:r>
      <w:r w:rsidRPr="00D57227">
        <w:rPr>
          <w:rFonts w:ascii="Times New Roman" w:hAnsi="Times New Roman"/>
          <w:sz w:val="28"/>
          <w:szCs w:val="28"/>
          <w:lang w:val="uk-UA" w:eastAsia="uk-UA" w:bidi="uk-UA"/>
        </w:rPr>
        <w:t>тривале перебування в активному стані</w:t>
      </w:r>
      <w:r>
        <w:rPr>
          <w:rFonts w:ascii="Times New Roman" w:hAnsi="Times New Roman"/>
          <w:sz w:val="28"/>
          <w:szCs w:val="28"/>
          <w:lang w:val="uk-UA" w:eastAsia="uk-UA" w:bidi="uk-UA"/>
        </w:rPr>
        <w:t xml:space="preserve"> площі листкової поверхні</w:t>
      </w:r>
      <w:r w:rsidRPr="00D57227">
        <w:rPr>
          <w:rFonts w:ascii="Times New Roman" w:hAnsi="Times New Roman"/>
          <w:sz w:val="28"/>
          <w:szCs w:val="28"/>
          <w:lang w:val="uk-UA" w:eastAsia="uk-UA" w:bidi="uk-UA"/>
        </w:rPr>
        <w:t xml:space="preserve">. </w:t>
      </w:r>
    </w:p>
    <w:p w14:paraId="04A0390B" w14:textId="77777777" w:rsidR="00364057" w:rsidRDefault="00364057" w:rsidP="00364057">
      <w:pPr>
        <w:widowControl w:val="0"/>
        <w:autoSpaceDE w:val="0"/>
        <w:autoSpaceDN w:val="0"/>
        <w:spacing w:after="0" w:line="360" w:lineRule="auto"/>
        <w:ind w:firstLine="566"/>
        <w:jc w:val="both"/>
        <w:rPr>
          <w:rFonts w:ascii="Times New Roman" w:hAnsi="Times New Roman"/>
          <w:sz w:val="28"/>
          <w:szCs w:val="28"/>
          <w:lang w:val="uk-UA" w:eastAsia="uk-UA" w:bidi="uk-UA"/>
        </w:rPr>
      </w:pPr>
      <w:r>
        <w:rPr>
          <w:rFonts w:ascii="Times New Roman" w:hAnsi="Times New Roman"/>
          <w:sz w:val="28"/>
          <w:szCs w:val="28"/>
          <w:lang w:val="uk-UA" w:eastAsia="uk-UA" w:bidi="uk-UA"/>
        </w:rPr>
        <w:t>У наших дослідженнях показано, що</w:t>
      </w:r>
      <w:r w:rsidRPr="00D57227">
        <w:rPr>
          <w:rFonts w:ascii="Times New Roman" w:hAnsi="Times New Roman"/>
          <w:sz w:val="28"/>
          <w:szCs w:val="28"/>
          <w:lang w:val="uk-UA" w:eastAsia="uk-UA" w:bidi="uk-UA"/>
        </w:rPr>
        <w:t xml:space="preserve"> площ</w:t>
      </w:r>
      <w:r>
        <w:rPr>
          <w:rFonts w:ascii="Times New Roman" w:hAnsi="Times New Roman"/>
          <w:sz w:val="28"/>
          <w:szCs w:val="28"/>
          <w:lang w:val="uk-UA" w:eastAsia="uk-UA" w:bidi="uk-UA"/>
        </w:rPr>
        <w:t>а</w:t>
      </w:r>
      <w:r w:rsidRPr="00D57227">
        <w:rPr>
          <w:rFonts w:ascii="Times New Roman" w:hAnsi="Times New Roman"/>
          <w:sz w:val="28"/>
          <w:szCs w:val="28"/>
          <w:lang w:val="uk-UA" w:eastAsia="uk-UA" w:bidi="uk-UA"/>
        </w:rPr>
        <w:t xml:space="preserve"> лист</w:t>
      </w:r>
      <w:r>
        <w:rPr>
          <w:rFonts w:ascii="Times New Roman" w:hAnsi="Times New Roman"/>
          <w:sz w:val="28"/>
          <w:szCs w:val="28"/>
          <w:lang w:val="uk-UA" w:eastAsia="uk-UA" w:bidi="uk-UA"/>
        </w:rPr>
        <w:t xml:space="preserve">я змінюється в </w:t>
      </w:r>
      <w:r w:rsidRPr="00D57227">
        <w:rPr>
          <w:rFonts w:ascii="Times New Roman" w:hAnsi="Times New Roman"/>
          <w:sz w:val="28"/>
          <w:szCs w:val="28"/>
          <w:lang w:val="uk-UA" w:eastAsia="uk-UA" w:bidi="uk-UA"/>
        </w:rPr>
        <w:t>залежно</w:t>
      </w:r>
      <w:r>
        <w:rPr>
          <w:rFonts w:ascii="Times New Roman" w:hAnsi="Times New Roman"/>
          <w:sz w:val="28"/>
          <w:szCs w:val="28"/>
          <w:lang w:val="uk-UA" w:eastAsia="uk-UA" w:bidi="uk-UA"/>
        </w:rPr>
        <w:t>сті</w:t>
      </w:r>
      <w:r w:rsidRPr="00D57227">
        <w:rPr>
          <w:rFonts w:ascii="Times New Roman" w:hAnsi="Times New Roman"/>
          <w:sz w:val="28"/>
          <w:szCs w:val="28"/>
          <w:lang w:val="uk-UA" w:eastAsia="uk-UA" w:bidi="uk-UA"/>
        </w:rPr>
        <w:t xml:space="preserve"> від досліджуван</w:t>
      </w:r>
      <w:r w:rsidR="00EE51A0">
        <w:rPr>
          <w:rFonts w:ascii="Times New Roman" w:hAnsi="Times New Roman"/>
          <w:sz w:val="28"/>
          <w:szCs w:val="28"/>
          <w:lang w:val="uk-UA" w:eastAsia="uk-UA" w:bidi="uk-UA"/>
        </w:rPr>
        <w:t>их препаратів</w:t>
      </w:r>
      <w:r w:rsidRPr="00D57227">
        <w:rPr>
          <w:rFonts w:ascii="Times New Roman" w:hAnsi="Times New Roman"/>
          <w:sz w:val="28"/>
          <w:szCs w:val="28"/>
          <w:lang w:val="uk-UA" w:eastAsia="uk-UA" w:bidi="uk-UA"/>
        </w:rPr>
        <w:t xml:space="preserve"> </w:t>
      </w:r>
      <w:r w:rsidR="00EE51A0">
        <w:rPr>
          <w:rFonts w:ascii="Times New Roman" w:hAnsi="Times New Roman"/>
          <w:sz w:val="28"/>
          <w:szCs w:val="28"/>
          <w:lang w:val="uk-UA" w:eastAsia="uk-UA" w:bidi="uk-UA"/>
        </w:rPr>
        <w:t>т</w:t>
      </w:r>
      <w:r>
        <w:rPr>
          <w:rFonts w:ascii="Times New Roman" w:hAnsi="Times New Roman"/>
          <w:sz w:val="28"/>
          <w:szCs w:val="28"/>
          <w:lang w:val="uk-UA" w:eastAsia="uk-UA" w:bidi="uk-UA"/>
        </w:rPr>
        <w:t>а</w:t>
      </w:r>
      <w:r w:rsidRPr="00D57227">
        <w:rPr>
          <w:rFonts w:ascii="Times New Roman" w:hAnsi="Times New Roman"/>
          <w:sz w:val="28"/>
          <w:szCs w:val="28"/>
          <w:lang w:val="uk-UA" w:eastAsia="uk-UA" w:bidi="uk-UA"/>
        </w:rPr>
        <w:t xml:space="preserve"> різн</w:t>
      </w:r>
      <w:r>
        <w:rPr>
          <w:rFonts w:ascii="Times New Roman" w:hAnsi="Times New Roman"/>
          <w:sz w:val="28"/>
          <w:szCs w:val="28"/>
          <w:lang w:val="uk-UA" w:eastAsia="uk-UA" w:bidi="uk-UA"/>
        </w:rPr>
        <w:t>их</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норм внесення</w:t>
      </w:r>
      <w:r w:rsidR="00EE51A0">
        <w:rPr>
          <w:rFonts w:ascii="Times New Roman" w:hAnsi="Times New Roman"/>
          <w:sz w:val="28"/>
          <w:szCs w:val="28"/>
          <w:lang w:val="uk-UA" w:eastAsia="uk-UA" w:bidi="uk-UA"/>
        </w:rPr>
        <w:t xml:space="preserve"> гербіциду</w:t>
      </w:r>
      <w:r>
        <w:rPr>
          <w:rFonts w:ascii="Times New Roman" w:hAnsi="Times New Roman"/>
          <w:sz w:val="28"/>
          <w:szCs w:val="28"/>
          <w:lang w:val="uk-UA" w:eastAsia="uk-UA" w:bidi="uk-UA"/>
        </w:rPr>
        <w:t xml:space="preserve"> у </w:t>
      </w:r>
      <w:r w:rsidRPr="00D57227">
        <w:rPr>
          <w:rFonts w:ascii="Times New Roman" w:hAnsi="Times New Roman"/>
          <w:sz w:val="28"/>
          <w:szCs w:val="28"/>
          <w:lang w:val="uk-UA" w:eastAsia="uk-UA" w:bidi="uk-UA"/>
        </w:rPr>
        <w:t xml:space="preserve">фази росту </w:t>
      </w:r>
      <w:r>
        <w:rPr>
          <w:rFonts w:ascii="Times New Roman" w:hAnsi="Times New Roman"/>
          <w:sz w:val="28"/>
          <w:szCs w:val="28"/>
          <w:lang w:val="uk-UA" w:eastAsia="uk-UA" w:bidi="uk-UA"/>
        </w:rPr>
        <w:t xml:space="preserve">рослин у </w:t>
      </w:r>
      <w:r w:rsidRPr="00D57227">
        <w:rPr>
          <w:rFonts w:ascii="Times New Roman" w:hAnsi="Times New Roman"/>
          <w:sz w:val="28"/>
          <w:szCs w:val="28"/>
          <w:lang w:val="uk-UA" w:eastAsia="uk-UA" w:bidi="uk-UA"/>
        </w:rPr>
        <w:t>посів</w:t>
      </w:r>
      <w:r>
        <w:rPr>
          <w:rFonts w:ascii="Times New Roman" w:hAnsi="Times New Roman"/>
          <w:sz w:val="28"/>
          <w:szCs w:val="28"/>
          <w:lang w:val="uk-UA" w:eastAsia="uk-UA" w:bidi="uk-UA"/>
        </w:rPr>
        <w:t>ах</w:t>
      </w:r>
      <w:r w:rsidRPr="00D57227">
        <w:rPr>
          <w:rFonts w:ascii="Times New Roman" w:hAnsi="Times New Roman"/>
          <w:sz w:val="28"/>
          <w:szCs w:val="28"/>
          <w:lang w:val="uk-UA" w:eastAsia="uk-UA" w:bidi="uk-UA"/>
        </w:rPr>
        <w:t xml:space="preserve"> пшениці</w:t>
      </w:r>
      <w:r>
        <w:rPr>
          <w:rFonts w:ascii="Times New Roman" w:hAnsi="Times New Roman"/>
          <w:sz w:val="28"/>
          <w:szCs w:val="28"/>
          <w:lang w:val="uk-UA" w:eastAsia="uk-UA" w:bidi="uk-UA"/>
        </w:rPr>
        <w:t xml:space="preserve"> </w:t>
      </w:r>
      <w:proofErr w:type="spellStart"/>
      <w:r>
        <w:rPr>
          <w:rFonts w:ascii="Times New Roman" w:hAnsi="Times New Roman"/>
          <w:sz w:val="28"/>
          <w:szCs w:val="28"/>
          <w:lang w:val="uk-UA" w:eastAsia="uk-UA" w:bidi="uk-UA"/>
        </w:rPr>
        <w:t>дворучки</w:t>
      </w:r>
      <w:proofErr w:type="spellEnd"/>
      <w:r w:rsidRPr="00D57227">
        <w:rPr>
          <w:rFonts w:ascii="Times New Roman" w:hAnsi="Times New Roman"/>
          <w:sz w:val="28"/>
          <w:szCs w:val="28"/>
          <w:lang w:val="uk-UA" w:eastAsia="uk-UA" w:bidi="uk-UA"/>
        </w:rPr>
        <w:t xml:space="preserve"> (табл. </w:t>
      </w:r>
      <w:r w:rsidR="00EE51A0">
        <w:rPr>
          <w:rFonts w:ascii="Times New Roman" w:hAnsi="Times New Roman"/>
          <w:sz w:val="28"/>
          <w:szCs w:val="28"/>
          <w:lang w:val="uk-UA" w:eastAsia="uk-UA" w:bidi="uk-UA"/>
        </w:rPr>
        <w:t>2</w:t>
      </w:r>
      <w:r w:rsidRPr="00D57227">
        <w:rPr>
          <w:rFonts w:ascii="Times New Roman" w:hAnsi="Times New Roman"/>
          <w:sz w:val="28"/>
          <w:szCs w:val="28"/>
          <w:lang w:val="uk-UA" w:eastAsia="uk-UA" w:bidi="uk-UA"/>
        </w:rPr>
        <w:t>).</w:t>
      </w:r>
    </w:p>
    <w:p w14:paraId="11B906E8" w14:textId="77777777" w:rsidR="00AC6A13" w:rsidRPr="00D57227" w:rsidRDefault="00AC6A13" w:rsidP="00AC6A13">
      <w:pPr>
        <w:widowControl w:val="0"/>
        <w:autoSpaceDE w:val="0"/>
        <w:autoSpaceDN w:val="0"/>
        <w:spacing w:after="0" w:line="360" w:lineRule="auto"/>
        <w:ind w:firstLine="566"/>
        <w:jc w:val="both"/>
        <w:rPr>
          <w:rFonts w:ascii="Times New Roman" w:hAnsi="Times New Roman"/>
          <w:sz w:val="28"/>
          <w:szCs w:val="28"/>
          <w:lang w:val="uk-UA" w:eastAsia="uk-UA" w:bidi="uk-UA"/>
        </w:rPr>
      </w:pPr>
      <w:r w:rsidRPr="00D57227">
        <w:rPr>
          <w:rFonts w:ascii="Times New Roman" w:hAnsi="Times New Roman"/>
          <w:sz w:val="28"/>
          <w:szCs w:val="28"/>
          <w:lang w:val="uk-UA" w:eastAsia="uk-UA" w:bidi="uk-UA"/>
        </w:rPr>
        <w:t>У фаз</w:t>
      </w:r>
      <w:r>
        <w:rPr>
          <w:rFonts w:ascii="Times New Roman" w:hAnsi="Times New Roman"/>
          <w:sz w:val="28"/>
          <w:szCs w:val="28"/>
          <w:lang w:val="uk-UA" w:eastAsia="uk-UA" w:bidi="uk-UA"/>
        </w:rPr>
        <w:t>і</w:t>
      </w:r>
      <w:r w:rsidRPr="00D57227">
        <w:rPr>
          <w:rFonts w:ascii="Times New Roman" w:hAnsi="Times New Roman"/>
          <w:sz w:val="28"/>
          <w:szCs w:val="28"/>
          <w:lang w:val="uk-UA" w:eastAsia="uk-UA" w:bidi="uk-UA"/>
        </w:rPr>
        <w:t xml:space="preserve"> кущення</w:t>
      </w:r>
      <w:r>
        <w:rPr>
          <w:rFonts w:ascii="Times New Roman" w:hAnsi="Times New Roman"/>
          <w:sz w:val="28"/>
          <w:szCs w:val="28"/>
          <w:lang w:val="uk-UA" w:eastAsia="uk-UA" w:bidi="uk-UA"/>
        </w:rPr>
        <w:t xml:space="preserve"> даний показник</w:t>
      </w:r>
      <w:r w:rsidRPr="00D57227">
        <w:rPr>
          <w:rFonts w:ascii="Times New Roman" w:hAnsi="Times New Roman"/>
          <w:sz w:val="28"/>
          <w:szCs w:val="28"/>
          <w:lang w:val="uk-UA" w:eastAsia="uk-UA" w:bidi="uk-UA"/>
        </w:rPr>
        <w:t xml:space="preserve"> бу</w:t>
      </w:r>
      <w:r>
        <w:rPr>
          <w:rFonts w:ascii="Times New Roman" w:hAnsi="Times New Roman"/>
          <w:sz w:val="28"/>
          <w:szCs w:val="28"/>
          <w:lang w:val="uk-UA" w:eastAsia="uk-UA" w:bidi="uk-UA"/>
        </w:rPr>
        <w:t>в</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найнижчим</w:t>
      </w:r>
      <w:r w:rsidRPr="00D57227">
        <w:rPr>
          <w:rFonts w:ascii="Times New Roman" w:hAnsi="Times New Roman"/>
          <w:sz w:val="28"/>
          <w:szCs w:val="28"/>
          <w:lang w:val="uk-UA" w:eastAsia="uk-UA" w:bidi="uk-UA"/>
        </w:rPr>
        <w:t xml:space="preserve"> у контрол</w:t>
      </w:r>
      <w:r>
        <w:rPr>
          <w:rFonts w:ascii="Times New Roman" w:hAnsi="Times New Roman"/>
          <w:sz w:val="28"/>
          <w:szCs w:val="28"/>
          <w:lang w:val="uk-UA" w:eastAsia="uk-UA" w:bidi="uk-UA"/>
        </w:rPr>
        <w:t>і –</w:t>
      </w:r>
      <w:r w:rsidRPr="00D57227">
        <w:rPr>
          <w:rFonts w:ascii="Times New Roman" w:hAnsi="Times New Roman"/>
          <w:sz w:val="28"/>
          <w:szCs w:val="28"/>
          <w:lang w:val="uk-UA" w:eastAsia="uk-UA" w:bidi="uk-UA"/>
        </w:rPr>
        <w:t xml:space="preserve"> 1</w:t>
      </w:r>
      <w:r>
        <w:rPr>
          <w:rFonts w:ascii="Times New Roman" w:hAnsi="Times New Roman"/>
          <w:sz w:val="28"/>
          <w:szCs w:val="28"/>
          <w:lang w:val="uk-UA" w:eastAsia="uk-UA" w:bidi="uk-UA"/>
        </w:rPr>
        <w:t>,6 тис.</w:t>
      </w:r>
      <w:r w:rsidRPr="00D57227">
        <w:rPr>
          <w:rFonts w:ascii="Times New Roman" w:hAnsi="Times New Roman"/>
          <w:sz w:val="28"/>
          <w:szCs w:val="28"/>
          <w:lang w:val="uk-UA" w:eastAsia="uk-UA" w:bidi="uk-UA"/>
        </w:rPr>
        <w:t xml:space="preserve"> м</w:t>
      </w:r>
      <w:r w:rsidRPr="00D57227">
        <w:rPr>
          <w:rFonts w:ascii="Times New Roman" w:hAnsi="Times New Roman"/>
          <w:sz w:val="28"/>
          <w:szCs w:val="28"/>
          <w:vertAlign w:val="superscript"/>
          <w:lang w:val="uk-UA" w:eastAsia="uk-UA" w:bidi="uk-UA"/>
        </w:rPr>
        <w:t>2</w:t>
      </w:r>
      <w:r w:rsidRPr="00D57227">
        <w:rPr>
          <w:rFonts w:ascii="Times New Roman" w:hAnsi="Times New Roman"/>
          <w:sz w:val="28"/>
          <w:szCs w:val="28"/>
          <w:lang w:val="uk-UA" w:eastAsia="uk-UA" w:bidi="uk-UA"/>
        </w:rPr>
        <w:t xml:space="preserve">/га. При </w:t>
      </w:r>
      <w:r>
        <w:rPr>
          <w:rFonts w:ascii="Times New Roman" w:hAnsi="Times New Roman"/>
          <w:sz w:val="28"/>
          <w:szCs w:val="28"/>
          <w:lang w:val="uk-UA" w:eastAsia="uk-UA" w:bidi="uk-UA"/>
        </w:rPr>
        <w:t>сумісному використанні</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 xml:space="preserve">регулятора росту і </w:t>
      </w:r>
      <w:r w:rsidRPr="00D57227">
        <w:rPr>
          <w:rFonts w:ascii="Times New Roman" w:hAnsi="Times New Roman"/>
          <w:sz w:val="28"/>
          <w:szCs w:val="28"/>
          <w:lang w:val="uk-UA" w:eastAsia="uk-UA" w:bidi="uk-UA"/>
        </w:rPr>
        <w:t>гербіциду</w:t>
      </w:r>
      <w:r>
        <w:rPr>
          <w:rFonts w:ascii="Times New Roman" w:hAnsi="Times New Roman"/>
          <w:sz w:val="28"/>
          <w:szCs w:val="28"/>
          <w:lang w:val="uk-UA" w:eastAsia="uk-UA" w:bidi="uk-UA"/>
        </w:rPr>
        <w:t xml:space="preserve"> за різних норм</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він мав зростання до 2,0 –</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 xml:space="preserve">2,9 тис. </w:t>
      </w:r>
      <w:r w:rsidRPr="00D57227">
        <w:rPr>
          <w:rFonts w:ascii="Times New Roman" w:hAnsi="Times New Roman"/>
          <w:sz w:val="28"/>
          <w:szCs w:val="28"/>
          <w:lang w:val="uk-UA" w:eastAsia="uk-UA" w:bidi="uk-UA"/>
        </w:rPr>
        <w:t>м</w:t>
      </w:r>
      <w:r w:rsidRPr="00D57227">
        <w:rPr>
          <w:rFonts w:ascii="Times New Roman" w:hAnsi="Times New Roman"/>
          <w:sz w:val="28"/>
          <w:szCs w:val="28"/>
          <w:vertAlign w:val="superscript"/>
          <w:lang w:val="uk-UA" w:eastAsia="uk-UA" w:bidi="uk-UA"/>
        </w:rPr>
        <w:t>2</w:t>
      </w:r>
      <w:r w:rsidRPr="00D57227">
        <w:rPr>
          <w:rFonts w:ascii="Times New Roman" w:hAnsi="Times New Roman"/>
          <w:sz w:val="28"/>
          <w:szCs w:val="28"/>
          <w:lang w:val="uk-UA" w:eastAsia="uk-UA" w:bidi="uk-UA"/>
        </w:rPr>
        <w:t xml:space="preserve">/га </w:t>
      </w:r>
      <w:r>
        <w:rPr>
          <w:rFonts w:ascii="Times New Roman" w:hAnsi="Times New Roman"/>
          <w:sz w:val="28"/>
          <w:szCs w:val="28"/>
          <w:lang w:val="uk-UA" w:eastAsia="uk-UA" w:bidi="uk-UA"/>
        </w:rPr>
        <w:t xml:space="preserve">що було </w:t>
      </w:r>
      <w:r w:rsidRPr="00D57227">
        <w:rPr>
          <w:rFonts w:ascii="Times New Roman" w:hAnsi="Times New Roman"/>
          <w:sz w:val="28"/>
          <w:szCs w:val="28"/>
          <w:lang w:val="uk-UA" w:eastAsia="uk-UA" w:bidi="uk-UA"/>
        </w:rPr>
        <w:t>вищ</w:t>
      </w:r>
      <w:r>
        <w:rPr>
          <w:rFonts w:ascii="Times New Roman" w:hAnsi="Times New Roman"/>
          <w:sz w:val="28"/>
          <w:szCs w:val="28"/>
          <w:lang w:val="uk-UA" w:eastAsia="uk-UA" w:bidi="uk-UA"/>
        </w:rPr>
        <w:t>е контролю на 25 –</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82 %</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З</w:t>
      </w:r>
      <w:r w:rsidRPr="00D57227">
        <w:rPr>
          <w:rFonts w:ascii="Times New Roman" w:hAnsi="Times New Roman"/>
          <w:sz w:val="28"/>
          <w:szCs w:val="28"/>
          <w:lang w:val="uk-UA" w:eastAsia="uk-UA" w:bidi="uk-UA"/>
        </w:rPr>
        <w:t xml:space="preserve">а </w:t>
      </w:r>
      <w:r>
        <w:rPr>
          <w:rFonts w:ascii="Times New Roman" w:hAnsi="Times New Roman"/>
          <w:sz w:val="28"/>
          <w:szCs w:val="28"/>
          <w:lang w:val="uk-UA" w:eastAsia="uk-UA" w:bidi="uk-UA"/>
        </w:rPr>
        <w:t xml:space="preserve">сумісного внесення </w:t>
      </w:r>
      <w:proofErr w:type="spellStart"/>
      <w:r w:rsidRPr="00D57227">
        <w:rPr>
          <w:rFonts w:ascii="Times New Roman" w:hAnsi="Times New Roman"/>
          <w:sz w:val="28"/>
          <w:szCs w:val="28"/>
          <w:lang w:val="uk-UA" w:eastAsia="uk-UA" w:bidi="uk-UA"/>
        </w:rPr>
        <w:t>внесення</w:t>
      </w:r>
      <w:proofErr w:type="spellEnd"/>
      <w:r w:rsidRPr="00D57227">
        <w:rPr>
          <w:rFonts w:ascii="Times New Roman" w:hAnsi="Times New Roman"/>
          <w:sz w:val="28"/>
          <w:szCs w:val="28"/>
          <w:lang w:val="uk-UA" w:eastAsia="uk-UA" w:bidi="uk-UA"/>
        </w:rPr>
        <w:t xml:space="preserve"> </w:t>
      </w:r>
      <w:proofErr w:type="spellStart"/>
      <w:r w:rsidRPr="00D57227">
        <w:rPr>
          <w:rFonts w:ascii="Times New Roman" w:hAnsi="Times New Roman"/>
          <w:sz w:val="28"/>
          <w:szCs w:val="28"/>
          <w:lang w:val="uk-UA" w:eastAsia="uk-UA" w:bidi="uk-UA"/>
        </w:rPr>
        <w:t>Триатлону</w:t>
      </w:r>
      <w:proofErr w:type="spellEnd"/>
      <w:r>
        <w:rPr>
          <w:rFonts w:ascii="Times New Roman" w:hAnsi="Times New Roman"/>
          <w:sz w:val="28"/>
          <w:szCs w:val="28"/>
          <w:lang w:val="uk-UA" w:eastAsia="uk-UA" w:bidi="uk-UA"/>
        </w:rPr>
        <w:t xml:space="preserve"> Прайм у нормі 0,</w:t>
      </w:r>
      <w:r w:rsidRPr="00D57227">
        <w:rPr>
          <w:rFonts w:ascii="Times New Roman" w:hAnsi="Times New Roman"/>
          <w:sz w:val="28"/>
          <w:szCs w:val="28"/>
          <w:lang w:val="uk-UA" w:eastAsia="uk-UA" w:bidi="uk-UA"/>
        </w:rPr>
        <w:t>0</w:t>
      </w:r>
      <w:r>
        <w:rPr>
          <w:rFonts w:ascii="Times New Roman" w:hAnsi="Times New Roman"/>
          <w:sz w:val="28"/>
          <w:szCs w:val="28"/>
          <w:lang w:val="uk-UA" w:eastAsia="uk-UA" w:bidi="uk-UA"/>
        </w:rPr>
        <w:t>5</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к</w:t>
      </w:r>
      <w:r w:rsidRPr="00D57227">
        <w:rPr>
          <w:rFonts w:ascii="Times New Roman" w:hAnsi="Times New Roman"/>
          <w:sz w:val="28"/>
          <w:szCs w:val="28"/>
          <w:lang w:val="uk-UA" w:eastAsia="uk-UA" w:bidi="uk-UA"/>
        </w:rPr>
        <w:t>г/</w:t>
      </w:r>
      <w:proofErr w:type="spellStart"/>
      <w:r w:rsidRPr="00D57227">
        <w:rPr>
          <w:rFonts w:ascii="Times New Roman" w:hAnsi="Times New Roman"/>
          <w:sz w:val="28"/>
          <w:szCs w:val="28"/>
          <w:lang w:val="uk-UA" w:eastAsia="uk-UA" w:bidi="uk-UA"/>
        </w:rPr>
        <w:t>га</w:t>
      </w:r>
      <w:r>
        <w:rPr>
          <w:rFonts w:ascii="Times New Roman" w:hAnsi="Times New Roman"/>
          <w:sz w:val="28"/>
          <w:szCs w:val="28"/>
          <w:lang w:val="uk-UA" w:eastAsia="uk-UA" w:bidi="uk-UA"/>
        </w:rPr>
        <w:t>і</w:t>
      </w:r>
      <w:proofErr w:type="spellEnd"/>
      <w:r>
        <w:rPr>
          <w:rFonts w:ascii="Times New Roman" w:hAnsi="Times New Roman"/>
          <w:sz w:val="28"/>
          <w:szCs w:val="28"/>
          <w:lang w:val="uk-UA" w:eastAsia="uk-UA" w:bidi="uk-UA"/>
        </w:rPr>
        <w:t xml:space="preserve"> </w:t>
      </w:r>
      <w:proofErr w:type="spellStart"/>
      <w:r>
        <w:rPr>
          <w:rFonts w:ascii="Times New Roman" w:hAnsi="Times New Roman"/>
          <w:sz w:val="28"/>
          <w:szCs w:val="28"/>
          <w:lang w:val="uk-UA" w:eastAsia="uk-UA" w:bidi="uk-UA"/>
        </w:rPr>
        <w:t>Амінокату</w:t>
      </w:r>
      <w:proofErr w:type="spellEnd"/>
      <w:r>
        <w:rPr>
          <w:rFonts w:ascii="Times New Roman" w:hAnsi="Times New Roman"/>
          <w:sz w:val="28"/>
          <w:szCs w:val="28"/>
          <w:lang w:val="uk-UA" w:eastAsia="uk-UA" w:bidi="uk-UA"/>
        </w:rPr>
        <w:t xml:space="preserve"> 30</w:t>
      </w:r>
      <w:r w:rsidRPr="00D57227">
        <w:rPr>
          <w:rFonts w:ascii="Times New Roman" w:hAnsi="Times New Roman"/>
          <w:sz w:val="28"/>
          <w:szCs w:val="28"/>
          <w:lang w:val="uk-UA" w:eastAsia="uk-UA" w:bidi="uk-UA"/>
        </w:rPr>
        <w:t xml:space="preserve"> </w:t>
      </w:r>
      <w:proofErr w:type="spellStart"/>
      <w:r>
        <w:rPr>
          <w:rFonts w:ascii="Times New Roman" w:hAnsi="Times New Roman"/>
          <w:sz w:val="28"/>
          <w:szCs w:val="28"/>
          <w:lang w:val="uk-UA" w:eastAsia="uk-UA" w:bidi="uk-UA"/>
        </w:rPr>
        <w:t>відмічено</w:t>
      </w:r>
      <w:proofErr w:type="spellEnd"/>
      <w:r>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lastRenderedPageBreak/>
        <w:t>найвищі показники площі листкової поверхні у даній фазі і складали</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 xml:space="preserve"> </w:t>
      </w:r>
      <w:r w:rsidRPr="00D57227">
        <w:rPr>
          <w:rFonts w:ascii="Times New Roman" w:hAnsi="Times New Roman"/>
          <w:sz w:val="28"/>
          <w:szCs w:val="28"/>
          <w:lang w:val="uk-UA" w:eastAsia="uk-UA" w:bidi="uk-UA"/>
        </w:rPr>
        <w:t>2</w:t>
      </w:r>
      <w:r>
        <w:rPr>
          <w:rFonts w:ascii="Times New Roman" w:hAnsi="Times New Roman"/>
          <w:sz w:val="28"/>
          <w:szCs w:val="28"/>
          <w:lang w:val="uk-UA" w:eastAsia="uk-UA" w:bidi="uk-UA"/>
        </w:rPr>
        <w:t>,9 тис.</w:t>
      </w:r>
      <w:r w:rsidRPr="00D57227">
        <w:rPr>
          <w:rFonts w:ascii="Times New Roman" w:hAnsi="Times New Roman"/>
          <w:sz w:val="28"/>
          <w:szCs w:val="28"/>
          <w:lang w:val="uk-UA" w:eastAsia="uk-UA" w:bidi="uk-UA"/>
        </w:rPr>
        <w:t xml:space="preserve"> м</w:t>
      </w:r>
      <w:r w:rsidRPr="00D57227">
        <w:rPr>
          <w:rFonts w:ascii="Times New Roman" w:hAnsi="Times New Roman"/>
          <w:sz w:val="28"/>
          <w:szCs w:val="28"/>
          <w:vertAlign w:val="superscript"/>
          <w:lang w:val="uk-UA" w:eastAsia="uk-UA" w:bidi="uk-UA"/>
        </w:rPr>
        <w:t>2</w:t>
      </w:r>
      <w:r w:rsidRPr="00D57227">
        <w:rPr>
          <w:rFonts w:ascii="Times New Roman" w:hAnsi="Times New Roman"/>
          <w:sz w:val="28"/>
          <w:szCs w:val="28"/>
          <w:lang w:val="uk-UA" w:eastAsia="uk-UA" w:bidi="uk-UA"/>
        </w:rPr>
        <w:t>/га.</w:t>
      </w:r>
    </w:p>
    <w:p w14:paraId="024AB6B2" w14:textId="77777777" w:rsidR="00364057" w:rsidRPr="00AC6A13" w:rsidRDefault="00EE51A0" w:rsidP="00AC6A13">
      <w:pPr>
        <w:widowControl w:val="0"/>
        <w:autoSpaceDE w:val="0"/>
        <w:autoSpaceDN w:val="0"/>
        <w:spacing w:after="0" w:line="360" w:lineRule="auto"/>
        <w:rPr>
          <w:rFonts w:ascii="Times New Roman" w:hAnsi="Times New Roman"/>
          <w:b/>
          <w:sz w:val="28"/>
          <w:szCs w:val="28"/>
          <w:lang w:val="ru-RU"/>
        </w:rPr>
      </w:pPr>
      <w:r w:rsidRPr="00D57227">
        <w:rPr>
          <w:rFonts w:ascii="Times New Roman" w:hAnsi="Times New Roman"/>
          <w:sz w:val="28"/>
          <w:szCs w:val="28"/>
          <w:lang w:val="uk-UA" w:eastAsia="uk-UA" w:bidi="uk-UA"/>
        </w:rPr>
        <w:t xml:space="preserve">Таблиця </w:t>
      </w:r>
      <w:r>
        <w:rPr>
          <w:rFonts w:ascii="Times New Roman" w:hAnsi="Times New Roman"/>
          <w:sz w:val="28"/>
          <w:szCs w:val="28"/>
          <w:lang w:val="uk-UA" w:eastAsia="uk-UA" w:bidi="uk-UA"/>
        </w:rPr>
        <w:t xml:space="preserve">2. </w:t>
      </w:r>
      <w:proofErr w:type="spellStart"/>
      <w:r w:rsidR="00364057" w:rsidRPr="00EE51A0">
        <w:rPr>
          <w:rFonts w:ascii="Times New Roman" w:hAnsi="Times New Roman"/>
          <w:b/>
          <w:sz w:val="28"/>
          <w:szCs w:val="28"/>
          <w:lang w:val="ru-RU"/>
        </w:rPr>
        <w:t>Площа</w:t>
      </w:r>
      <w:proofErr w:type="spellEnd"/>
      <w:r w:rsidR="00364057" w:rsidRPr="00EE51A0">
        <w:rPr>
          <w:rFonts w:ascii="Times New Roman" w:hAnsi="Times New Roman"/>
          <w:b/>
          <w:sz w:val="28"/>
          <w:szCs w:val="28"/>
          <w:lang w:val="ru-RU"/>
        </w:rPr>
        <w:t xml:space="preserve"> </w:t>
      </w:r>
      <w:proofErr w:type="spellStart"/>
      <w:r w:rsidR="00364057" w:rsidRPr="00EE51A0">
        <w:rPr>
          <w:rFonts w:ascii="Times New Roman" w:hAnsi="Times New Roman"/>
          <w:b/>
          <w:sz w:val="28"/>
          <w:szCs w:val="28"/>
          <w:lang w:val="ru-RU"/>
        </w:rPr>
        <w:t>листкової</w:t>
      </w:r>
      <w:proofErr w:type="spellEnd"/>
      <w:r w:rsidR="00364057" w:rsidRPr="00EE51A0">
        <w:rPr>
          <w:rFonts w:ascii="Times New Roman" w:hAnsi="Times New Roman"/>
          <w:b/>
          <w:sz w:val="28"/>
          <w:szCs w:val="28"/>
          <w:lang w:val="ru-RU"/>
        </w:rPr>
        <w:t xml:space="preserve"> </w:t>
      </w:r>
      <w:proofErr w:type="spellStart"/>
      <w:r w:rsidR="00364057" w:rsidRPr="00EE51A0">
        <w:rPr>
          <w:rFonts w:ascii="Times New Roman" w:hAnsi="Times New Roman"/>
          <w:b/>
          <w:sz w:val="28"/>
          <w:szCs w:val="28"/>
          <w:lang w:val="ru-RU"/>
        </w:rPr>
        <w:t>поверхні</w:t>
      </w:r>
      <w:proofErr w:type="spellEnd"/>
      <w:r w:rsidR="00364057" w:rsidRPr="00EE51A0">
        <w:rPr>
          <w:rFonts w:ascii="Times New Roman" w:hAnsi="Times New Roman"/>
          <w:b/>
          <w:sz w:val="28"/>
          <w:szCs w:val="28"/>
          <w:lang w:val="ru-RU"/>
        </w:rPr>
        <w:t xml:space="preserve"> </w:t>
      </w:r>
      <w:proofErr w:type="spellStart"/>
      <w:r w:rsidR="00364057" w:rsidRPr="00EE51A0">
        <w:rPr>
          <w:rFonts w:ascii="Times New Roman" w:hAnsi="Times New Roman"/>
          <w:b/>
          <w:sz w:val="28"/>
          <w:szCs w:val="28"/>
          <w:lang w:val="ru-RU"/>
        </w:rPr>
        <w:t>рослин</w:t>
      </w:r>
      <w:proofErr w:type="spellEnd"/>
      <w:r w:rsidR="00364057" w:rsidRPr="00EE51A0">
        <w:rPr>
          <w:rFonts w:ascii="Times New Roman" w:hAnsi="Times New Roman"/>
          <w:b/>
          <w:sz w:val="28"/>
          <w:szCs w:val="28"/>
          <w:lang w:val="ru-RU"/>
        </w:rPr>
        <w:t xml:space="preserve"> </w:t>
      </w:r>
      <w:proofErr w:type="spellStart"/>
      <w:r w:rsidR="00364057" w:rsidRPr="00EE51A0">
        <w:rPr>
          <w:rFonts w:ascii="Times New Roman" w:hAnsi="Times New Roman"/>
          <w:b/>
          <w:sz w:val="28"/>
          <w:szCs w:val="28"/>
          <w:lang w:val="ru-RU"/>
        </w:rPr>
        <w:t>пшениці</w:t>
      </w:r>
      <w:proofErr w:type="spellEnd"/>
      <w:r w:rsidR="00364057" w:rsidRPr="00EE51A0">
        <w:rPr>
          <w:rFonts w:ascii="Times New Roman" w:hAnsi="Times New Roman"/>
          <w:b/>
          <w:sz w:val="28"/>
          <w:szCs w:val="28"/>
          <w:lang w:val="ru-RU"/>
        </w:rPr>
        <w:t xml:space="preserve"> </w:t>
      </w:r>
      <w:proofErr w:type="spellStart"/>
      <w:r w:rsidR="00364057" w:rsidRPr="00EE51A0">
        <w:rPr>
          <w:rFonts w:ascii="Times New Roman" w:hAnsi="Times New Roman"/>
          <w:b/>
          <w:sz w:val="28"/>
          <w:szCs w:val="28"/>
          <w:lang w:val="ru-RU"/>
        </w:rPr>
        <w:t>дворучки</w:t>
      </w:r>
      <w:proofErr w:type="spellEnd"/>
      <w:r w:rsidR="00364057" w:rsidRPr="00EE51A0">
        <w:rPr>
          <w:rFonts w:ascii="Times New Roman" w:hAnsi="Times New Roman"/>
          <w:b/>
          <w:sz w:val="28"/>
          <w:szCs w:val="28"/>
          <w:lang w:val="ru-RU"/>
        </w:rPr>
        <w:t>,</w:t>
      </w:r>
      <w:r w:rsidR="00AC6A13">
        <w:rPr>
          <w:rFonts w:ascii="Times New Roman" w:hAnsi="Times New Roman"/>
          <w:b/>
          <w:sz w:val="28"/>
          <w:szCs w:val="28"/>
          <w:lang w:val="ru-RU"/>
        </w:rPr>
        <w:t xml:space="preserve"> </w:t>
      </w:r>
      <w:r w:rsidR="00364057" w:rsidRPr="00AC6A13">
        <w:rPr>
          <w:rFonts w:ascii="Times New Roman" w:hAnsi="Times New Roman"/>
          <w:b/>
          <w:sz w:val="28"/>
          <w:szCs w:val="28"/>
          <w:lang w:val="ru-RU"/>
        </w:rPr>
        <w:t>тис. м</w:t>
      </w:r>
      <w:r w:rsidR="00364057" w:rsidRPr="00AC6A13">
        <w:rPr>
          <w:rFonts w:ascii="Times New Roman" w:hAnsi="Times New Roman"/>
          <w:b/>
          <w:sz w:val="28"/>
          <w:szCs w:val="28"/>
          <w:vertAlign w:val="superscript"/>
          <w:lang w:val="ru-RU"/>
        </w:rPr>
        <w:t>2</w:t>
      </w:r>
      <w:r w:rsidR="00364057" w:rsidRPr="00AC6A13">
        <w:rPr>
          <w:rFonts w:ascii="Times New Roman" w:hAnsi="Times New Roman"/>
          <w:b/>
          <w:sz w:val="28"/>
          <w:szCs w:val="28"/>
          <w:lang w:val="ru-RU"/>
        </w:rPr>
        <w:t>/га (2022-202</w:t>
      </w:r>
      <w:r w:rsidRPr="00AC6A13">
        <w:rPr>
          <w:rFonts w:ascii="Times New Roman" w:hAnsi="Times New Roman"/>
          <w:b/>
          <w:sz w:val="28"/>
          <w:szCs w:val="28"/>
          <w:lang w:val="ru-RU"/>
        </w:rPr>
        <w:t>4</w:t>
      </w:r>
      <w:r w:rsidR="00364057" w:rsidRPr="00AC6A13">
        <w:rPr>
          <w:rFonts w:ascii="Times New Roman" w:hAnsi="Times New Roman"/>
          <w:b/>
          <w:sz w:val="28"/>
          <w:szCs w:val="28"/>
          <w:lang w:val="ru-RU"/>
        </w:rPr>
        <w:t xml:space="preserve"> </w:t>
      </w:r>
      <w:r w:rsidRPr="00AC6A13">
        <w:rPr>
          <w:rFonts w:ascii="Times New Roman" w:hAnsi="Times New Roman"/>
          <w:b/>
          <w:sz w:val="28"/>
          <w:szCs w:val="28"/>
          <w:lang w:val="ru-RU"/>
        </w:rPr>
        <w:t>р</w:t>
      </w:r>
      <w:r w:rsidR="00364057" w:rsidRPr="00AC6A13">
        <w:rPr>
          <w:rFonts w:ascii="Times New Roman" w:hAnsi="Times New Roman"/>
          <w:b/>
          <w:sz w:val="28"/>
          <w:szCs w:val="28"/>
          <w:lang w:val="ru-RU"/>
        </w:rPr>
        <w:t xml:space="preserve">. </w:t>
      </w:r>
      <w:r w:rsidR="00364057" w:rsidRPr="00D57227">
        <w:rPr>
          <w:rFonts w:ascii="Times New Roman" w:hAnsi="Times New Roman"/>
          <w:b/>
          <w:sz w:val="28"/>
          <w:szCs w:val="28"/>
        </w:rPr>
        <w:t>p</w:t>
      </w:r>
      <w:r w:rsidR="00364057" w:rsidRPr="00AC6A13">
        <w:rPr>
          <w:rFonts w:ascii="Times New Roman" w:hAnsi="Times New Roman"/>
          <w:b/>
          <w:sz w:val="28"/>
          <w:szCs w:val="28"/>
          <w:lang w:val="ru-RU"/>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1275"/>
        <w:gridCol w:w="1418"/>
        <w:gridCol w:w="1134"/>
        <w:gridCol w:w="1354"/>
      </w:tblGrid>
      <w:tr w:rsidR="00364057" w:rsidRPr="00EE51A0" w14:paraId="5366ED35" w14:textId="77777777" w:rsidTr="008A1DBD">
        <w:tc>
          <w:tcPr>
            <w:tcW w:w="4390" w:type="dxa"/>
            <w:vMerge w:val="restart"/>
            <w:shd w:val="clear" w:color="auto" w:fill="auto"/>
          </w:tcPr>
          <w:p w14:paraId="074F77ED" w14:textId="77777777" w:rsidR="00364057" w:rsidRPr="00EE51A0" w:rsidRDefault="00364057" w:rsidP="00AC6A13">
            <w:pPr>
              <w:spacing w:after="0" w:line="240" w:lineRule="auto"/>
              <w:jc w:val="center"/>
              <w:rPr>
                <w:rFonts w:ascii="Times New Roman" w:hAnsi="Times New Roman"/>
                <w:sz w:val="28"/>
                <w:szCs w:val="28"/>
                <w:lang w:val="ru-RU"/>
              </w:rPr>
            </w:pPr>
            <w:r w:rsidRPr="00EE51A0">
              <w:rPr>
                <w:rFonts w:ascii="Times New Roman" w:hAnsi="Times New Roman"/>
                <w:sz w:val="28"/>
                <w:szCs w:val="28"/>
                <w:lang w:val="ru-RU"/>
              </w:rPr>
              <w:t>Ва</w:t>
            </w:r>
            <w:r w:rsidRPr="00D57227">
              <w:rPr>
                <w:rFonts w:ascii="Times New Roman" w:hAnsi="Times New Roman"/>
                <w:sz w:val="28"/>
                <w:szCs w:val="28"/>
              </w:rPr>
              <w:t>p</w:t>
            </w:r>
            <w:proofErr w:type="spellStart"/>
            <w:r w:rsidRPr="00EE51A0">
              <w:rPr>
                <w:rFonts w:ascii="Times New Roman" w:hAnsi="Times New Roman"/>
                <w:sz w:val="28"/>
                <w:szCs w:val="28"/>
                <w:lang w:val="ru-RU"/>
              </w:rPr>
              <w:t>іант</w:t>
            </w:r>
            <w:proofErr w:type="spellEnd"/>
          </w:p>
        </w:tc>
        <w:tc>
          <w:tcPr>
            <w:tcW w:w="5181" w:type="dxa"/>
            <w:gridSpan w:val="4"/>
            <w:shd w:val="clear" w:color="auto" w:fill="auto"/>
          </w:tcPr>
          <w:p w14:paraId="0EB8677D" w14:textId="77777777" w:rsidR="00364057" w:rsidRPr="00D57227" w:rsidRDefault="00364057" w:rsidP="00AC6A13">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Фаза росту рослин</w:t>
            </w:r>
          </w:p>
        </w:tc>
      </w:tr>
      <w:tr w:rsidR="00364057" w:rsidRPr="00EE51A0" w14:paraId="60BA034A" w14:textId="77777777" w:rsidTr="008A1DBD">
        <w:tc>
          <w:tcPr>
            <w:tcW w:w="4390" w:type="dxa"/>
            <w:vMerge/>
            <w:shd w:val="clear" w:color="auto" w:fill="auto"/>
          </w:tcPr>
          <w:p w14:paraId="2EA6EDCC" w14:textId="77777777" w:rsidR="00364057" w:rsidRPr="00EE51A0" w:rsidRDefault="00364057" w:rsidP="008A1DBD">
            <w:pPr>
              <w:spacing w:after="0" w:line="240" w:lineRule="auto"/>
              <w:jc w:val="center"/>
              <w:rPr>
                <w:rFonts w:ascii="Times New Roman" w:hAnsi="Times New Roman"/>
                <w:sz w:val="28"/>
                <w:szCs w:val="28"/>
                <w:lang w:val="ru-RU"/>
              </w:rPr>
            </w:pPr>
          </w:p>
        </w:tc>
        <w:tc>
          <w:tcPr>
            <w:tcW w:w="1275" w:type="dxa"/>
            <w:shd w:val="clear" w:color="auto" w:fill="auto"/>
          </w:tcPr>
          <w:p w14:paraId="54FD7DAE" w14:textId="77777777" w:rsidR="00364057" w:rsidRPr="00D57227" w:rsidRDefault="00364057"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кущення</w:t>
            </w:r>
          </w:p>
        </w:tc>
        <w:tc>
          <w:tcPr>
            <w:tcW w:w="1418" w:type="dxa"/>
            <w:shd w:val="clear" w:color="auto" w:fill="auto"/>
          </w:tcPr>
          <w:p w14:paraId="1BCB5C7F" w14:textId="77777777" w:rsidR="00364057" w:rsidRPr="00D57227" w:rsidRDefault="00364057"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вихід в трубку</w:t>
            </w:r>
          </w:p>
        </w:tc>
        <w:tc>
          <w:tcPr>
            <w:tcW w:w="1134" w:type="dxa"/>
            <w:shd w:val="clear" w:color="auto" w:fill="auto"/>
          </w:tcPr>
          <w:p w14:paraId="63A83745" w14:textId="77777777" w:rsidR="00364057" w:rsidRPr="00D57227" w:rsidRDefault="00364057"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колосіння</w:t>
            </w:r>
          </w:p>
        </w:tc>
        <w:tc>
          <w:tcPr>
            <w:tcW w:w="1354" w:type="dxa"/>
            <w:shd w:val="clear" w:color="auto" w:fill="auto"/>
          </w:tcPr>
          <w:p w14:paraId="475D48AE" w14:textId="77777777" w:rsidR="00364057" w:rsidRPr="00D57227" w:rsidRDefault="00364057"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воскова стиглість</w:t>
            </w:r>
          </w:p>
        </w:tc>
      </w:tr>
      <w:tr w:rsidR="00EE51A0" w:rsidRPr="00D57227" w14:paraId="28A4D8EA" w14:textId="77777777" w:rsidTr="008A1DBD">
        <w:tc>
          <w:tcPr>
            <w:tcW w:w="4390" w:type="dxa"/>
            <w:shd w:val="clear" w:color="auto" w:fill="auto"/>
          </w:tcPr>
          <w:p w14:paraId="5B1D240B" w14:textId="77777777" w:rsidR="00EE51A0" w:rsidRDefault="00EE51A0" w:rsidP="008A1DBD">
            <w:pPr>
              <w:spacing w:after="0" w:line="240" w:lineRule="auto"/>
              <w:jc w:val="both"/>
              <w:rPr>
                <w:rFonts w:ascii="Times New Roman" w:hAnsi="Times New Roman"/>
                <w:sz w:val="28"/>
                <w:szCs w:val="28"/>
                <w:lang w:val="uk-UA"/>
              </w:rPr>
            </w:pPr>
            <w:proofErr w:type="spellStart"/>
            <w:r>
              <w:rPr>
                <w:rFonts w:ascii="Times New Roman" w:eastAsia="Times New Roman" w:hAnsi="Times New Roman"/>
                <w:sz w:val="28"/>
                <w:szCs w:val="28"/>
                <w:lang w:eastAsia="ru-RU"/>
              </w:rPr>
              <w:t>Контроль</w:t>
            </w:r>
            <w:proofErr w:type="spellEnd"/>
            <w:r>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без</w:t>
            </w:r>
            <w:proofErr w:type="spellEnd"/>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препаратів</w:t>
            </w:r>
            <w:r>
              <w:rPr>
                <w:rFonts w:ascii="Times New Roman" w:eastAsia="Times New Roman" w:hAnsi="Times New Roman"/>
                <w:sz w:val="28"/>
                <w:szCs w:val="28"/>
                <w:lang w:eastAsia="ru-RU"/>
              </w:rPr>
              <w:t>)</w:t>
            </w:r>
          </w:p>
        </w:tc>
        <w:tc>
          <w:tcPr>
            <w:tcW w:w="1275" w:type="dxa"/>
            <w:shd w:val="clear" w:color="auto" w:fill="auto"/>
          </w:tcPr>
          <w:p w14:paraId="07FCA4FF" w14:textId="77777777" w:rsidR="00EE51A0" w:rsidRPr="00D57227" w:rsidRDefault="00EE51A0" w:rsidP="008A1DBD">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r w:rsidRPr="00D57227">
              <w:rPr>
                <w:rFonts w:ascii="Times New Roman" w:hAnsi="Times New Roman"/>
                <w:sz w:val="28"/>
                <w:szCs w:val="28"/>
                <w:lang w:val="uk-UA"/>
              </w:rPr>
              <w:t>6</w:t>
            </w:r>
          </w:p>
        </w:tc>
        <w:tc>
          <w:tcPr>
            <w:tcW w:w="1418" w:type="dxa"/>
            <w:shd w:val="clear" w:color="auto" w:fill="auto"/>
          </w:tcPr>
          <w:p w14:paraId="02528CCD" w14:textId="77777777" w:rsidR="00EE51A0" w:rsidRPr="00D57227" w:rsidRDefault="00EE51A0"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2</w:t>
            </w:r>
            <w:r>
              <w:rPr>
                <w:rFonts w:ascii="Times New Roman" w:hAnsi="Times New Roman"/>
                <w:sz w:val="28"/>
                <w:szCs w:val="28"/>
                <w:lang w:val="uk-UA"/>
              </w:rPr>
              <w:t>,</w:t>
            </w:r>
            <w:r w:rsidRPr="00D57227">
              <w:rPr>
                <w:rFonts w:ascii="Times New Roman" w:hAnsi="Times New Roman"/>
                <w:sz w:val="28"/>
                <w:szCs w:val="28"/>
                <w:lang w:val="uk-UA"/>
              </w:rPr>
              <w:t>5</w:t>
            </w:r>
          </w:p>
        </w:tc>
        <w:tc>
          <w:tcPr>
            <w:tcW w:w="1134" w:type="dxa"/>
            <w:shd w:val="clear" w:color="auto" w:fill="auto"/>
          </w:tcPr>
          <w:p w14:paraId="33F056DC" w14:textId="77777777" w:rsidR="00EE51A0" w:rsidRPr="00D57227" w:rsidRDefault="00EE51A0"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1</w:t>
            </w:r>
            <w:r>
              <w:rPr>
                <w:rFonts w:ascii="Times New Roman" w:hAnsi="Times New Roman"/>
                <w:sz w:val="28"/>
                <w:szCs w:val="28"/>
                <w:lang w:val="uk-UA"/>
              </w:rPr>
              <w:t>,8</w:t>
            </w:r>
          </w:p>
        </w:tc>
        <w:tc>
          <w:tcPr>
            <w:tcW w:w="1354" w:type="dxa"/>
            <w:shd w:val="clear" w:color="auto" w:fill="auto"/>
          </w:tcPr>
          <w:p w14:paraId="26410D38" w14:textId="77777777" w:rsidR="00EE51A0" w:rsidRPr="00D57227" w:rsidRDefault="00EE51A0"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1</w:t>
            </w:r>
            <w:r>
              <w:rPr>
                <w:rFonts w:ascii="Times New Roman" w:hAnsi="Times New Roman"/>
                <w:sz w:val="28"/>
                <w:szCs w:val="28"/>
                <w:lang w:val="uk-UA"/>
              </w:rPr>
              <w:t>,2</w:t>
            </w:r>
          </w:p>
        </w:tc>
      </w:tr>
      <w:tr w:rsidR="00EE51A0" w:rsidRPr="00D57227" w14:paraId="4F711D6F" w14:textId="77777777" w:rsidTr="008A1DBD">
        <w:tc>
          <w:tcPr>
            <w:tcW w:w="4390" w:type="dxa"/>
            <w:shd w:val="clear" w:color="auto" w:fill="auto"/>
          </w:tcPr>
          <w:p w14:paraId="57224BFE" w14:textId="77777777" w:rsidR="00EE51A0" w:rsidRPr="00C27310" w:rsidRDefault="00EE51A0" w:rsidP="008A1DBD">
            <w:pPr>
              <w:spacing w:after="0" w:line="240" w:lineRule="auto"/>
              <w:jc w:val="both"/>
              <w:rPr>
                <w:rFonts w:ascii="Times New Roman" w:eastAsia="Times New Roman" w:hAnsi="Times New Roman"/>
                <w:sz w:val="28"/>
                <w:szCs w:val="28"/>
                <w:lang w:val="uk-UA" w:eastAsia="ru-RU"/>
              </w:rPr>
            </w:pPr>
            <w:proofErr w:type="spellStart"/>
            <w:r>
              <w:rPr>
                <w:rFonts w:ascii="Times New Roman" w:eastAsia="Times New Roman" w:hAnsi="Times New Roman"/>
                <w:sz w:val="28"/>
                <w:szCs w:val="28"/>
                <w:lang w:val="uk-UA" w:eastAsia="ru-RU"/>
              </w:rPr>
              <w:t>Амінокат</w:t>
            </w:r>
            <w:proofErr w:type="spellEnd"/>
            <w:r>
              <w:rPr>
                <w:rFonts w:ascii="Times New Roman" w:eastAsia="Times New Roman" w:hAnsi="Times New Roman"/>
                <w:sz w:val="28"/>
                <w:szCs w:val="28"/>
                <w:lang w:val="uk-UA" w:eastAsia="ru-RU"/>
              </w:rPr>
              <w:t xml:space="preserve"> 30</w:t>
            </w:r>
          </w:p>
        </w:tc>
        <w:tc>
          <w:tcPr>
            <w:tcW w:w="1275" w:type="dxa"/>
            <w:shd w:val="clear" w:color="auto" w:fill="auto"/>
          </w:tcPr>
          <w:p w14:paraId="59CA37F2" w14:textId="77777777" w:rsidR="00EE51A0" w:rsidRDefault="008A1DBD" w:rsidP="008A1DBD">
            <w:pPr>
              <w:spacing w:after="0" w:line="240" w:lineRule="auto"/>
              <w:jc w:val="center"/>
              <w:rPr>
                <w:rFonts w:ascii="Times New Roman" w:hAnsi="Times New Roman"/>
                <w:sz w:val="28"/>
                <w:szCs w:val="28"/>
                <w:lang w:val="uk-UA"/>
              </w:rPr>
            </w:pPr>
            <w:r>
              <w:rPr>
                <w:rFonts w:ascii="Times New Roman" w:hAnsi="Times New Roman"/>
                <w:sz w:val="28"/>
                <w:szCs w:val="28"/>
                <w:lang w:val="uk-UA"/>
              </w:rPr>
              <w:t>2,1</w:t>
            </w:r>
          </w:p>
        </w:tc>
        <w:tc>
          <w:tcPr>
            <w:tcW w:w="1418" w:type="dxa"/>
            <w:shd w:val="clear" w:color="auto" w:fill="auto"/>
          </w:tcPr>
          <w:p w14:paraId="3DD1359A" w14:textId="77777777" w:rsidR="00EE51A0" w:rsidRPr="00D57227" w:rsidRDefault="008A1DBD" w:rsidP="008A1DBD">
            <w:pPr>
              <w:spacing w:after="0" w:line="240" w:lineRule="auto"/>
              <w:jc w:val="center"/>
              <w:rPr>
                <w:rFonts w:ascii="Times New Roman" w:hAnsi="Times New Roman"/>
                <w:sz w:val="28"/>
                <w:szCs w:val="28"/>
                <w:lang w:val="uk-UA"/>
              </w:rPr>
            </w:pPr>
            <w:r>
              <w:rPr>
                <w:rFonts w:ascii="Times New Roman" w:hAnsi="Times New Roman"/>
                <w:sz w:val="28"/>
                <w:szCs w:val="28"/>
                <w:lang w:val="uk-UA"/>
              </w:rPr>
              <w:t>3,0</w:t>
            </w:r>
          </w:p>
        </w:tc>
        <w:tc>
          <w:tcPr>
            <w:tcW w:w="1134" w:type="dxa"/>
            <w:shd w:val="clear" w:color="auto" w:fill="auto"/>
          </w:tcPr>
          <w:p w14:paraId="1E0223FF" w14:textId="77777777" w:rsidR="00EE51A0" w:rsidRPr="00D57227" w:rsidRDefault="008A1DBD" w:rsidP="008A1DBD">
            <w:pPr>
              <w:spacing w:after="0" w:line="240" w:lineRule="auto"/>
              <w:jc w:val="center"/>
              <w:rPr>
                <w:rFonts w:ascii="Times New Roman" w:hAnsi="Times New Roman"/>
                <w:sz w:val="28"/>
                <w:szCs w:val="28"/>
                <w:lang w:val="uk-UA"/>
              </w:rPr>
            </w:pPr>
            <w:r>
              <w:rPr>
                <w:rFonts w:ascii="Times New Roman" w:hAnsi="Times New Roman"/>
                <w:sz w:val="28"/>
                <w:szCs w:val="28"/>
                <w:lang w:val="uk-UA"/>
              </w:rPr>
              <w:t>2,0</w:t>
            </w:r>
          </w:p>
        </w:tc>
        <w:tc>
          <w:tcPr>
            <w:tcW w:w="1354" w:type="dxa"/>
            <w:shd w:val="clear" w:color="auto" w:fill="auto"/>
          </w:tcPr>
          <w:p w14:paraId="532BB950" w14:textId="77777777" w:rsidR="00EE51A0" w:rsidRPr="00D57227" w:rsidRDefault="008A1DBD" w:rsidP="008A1DBD">
            <w:pPr>
              <w:spacing w:after="0" w:line="240" w:lineRule="auto"/>
              <w:jc w:val="center"/>
              <w:rPr>
                <w:rFonts w:ascii="Times New Roman" w:hAnsi="Times New Roman"/>
                <w:sz w:val="28"/>
                <w:szCs w:val="28"/>
                <w:lang w:val="uk-UA"/>
              </w:rPr>
            </w:pPr>
            <w:r>
              <w:rPr>
                <w:rFonts w:ascii="Times New Roman" w:hAnsi="Times New Roman"/>
                <w:sz w:val="28"/>
                <w:szCs w:val="28"/>
                <w:lang w:val="uk-UA"/>
              </w:rPr>
              <w:t>1,3</w:t>
            </w:r>
          </w:p>
        </w:tc>
      </w:tr>
      <w:tr w:rsidR="00EE51A0" w:rsidRPr="00D57227" w14:paraId="0B8385F3" w14:textId="77777777" w:rsidTr="008A1DBD">
        <w:tc>
          <w:tcPr>
            <w:tcW w:w="4390" w:type="dxa"/>
            <w:shd w:val="clear" w:color="auto" w:fill="auto"/>
          </w:tcPr>
          <w:p w14:paraId="41831054" w14:textId="77777777" w:rsidR="00EE51A0" w:rsidRDefault="008A1DBD" w:rsidP="008A1DBD">
            <w:pPr>
              <w:spacing w:after="0" w:line="240" w:lineRule="auto"/>
              <w:jc w:val="both"/>
              <w:rPr>
                <w:rFonts w:ascii="Times New Roman" w:hAnsi="Times New Roman"/>
                <w:sz w:val="28"/>
                <w:szCs w:val="28"/>
                <w:lang w:val="uk-UA"/>
              </w:rPr>
            </w:pPr>
            <w:r>
              <w:rPr>
                <w:rFonts w:ascii="Times New Roman" w:eastAsia="Times New Roman" w:hAnsi="Times New Roman"/>
                <w:bCs/>
                <w:color w:val="3E3E3E"/>
                <w:sz w:val="28"/>
                <w:szCs w:val="28"/>
                <w:lang w:val="ru-RU"/>
              </w:rPr>
              <w:t xml:space="preserve">Триатлон </w:t>
            </w:r>
            <w:r w:rsidR="00EE51A0" w:rsidRPr="00C27310">
              <w:rPr>
                <w:rFonts w:ascii="Times New Roman" w:eastAsia="Times New Roman" w:hAnsi="Times New Roman"/>
                <w:bCs/>
                <w:color w:val="3E3E3E"/>
                <w:sz w:val="28"/>
                <w:szCs w:val="28"/>
                <w:lang w:val="ru-RU"/>
              </w:rPr>
              <w:t>Прайм</w:t>
            </w:r>
            <w:r w:rsidR="00EE51A0">
              <w:rPr>
                <w:rFonts w:ascii="Times New Roman" w:hAnsi="Times New Roman"/>
                <w:bCs/>
                <w:sz w:val="28"/>
                <w:szCs w:val="28"/>
                <w:lang w:val="uk-UA"/>
              </w:rPr>
              <w:t xml:space="preserve"> 0,04 кг</w:t>
            </w:r>
            <w:r w:rsidR="00EE51A0" w:rsidRPr="00D93070">
              <w:rPr>
                <w:rFonts w:ascii="Times New Roman" w:hAnsi="Times New Roman"/>
                <w:bCs/>
                <w:sz w:val="28"/>
                <w:szCs w:val="28"/>
                <w:lang w:val="uk-UA"/>
              </w:rPr>
              <w:t>/га</w:t>
            </w:r>
            <w:r w:rsidR="00EE51A0">
              <w:rPr>
                <w:rFonts w:ascii="Times New Roman" w:hAnsi="Times New Roman"/>
                <w:bCs/>
                <w:sz w:val="28"/>
                <w:szCs w:val="28"/>
                <w:lang w:val="uk-UA"/>
              </w:rPr>
              <w:t>+</w:t>
            </w:r>
            <w:r w:rsidR="00EE51A0">
              <w:rPr>
                <w:rFonts w:ascii="Times New Roman" w:eastAsia="Times New Roman" w:hAnsi="Times New Roman"/>
                <w:sz w:val="28"/>
                <w:szCs w:val="28"/>
                <w:lang w:val="uk-UA" w:eastAsia="ru-RU"/>
              </w:rPr>
              <w:t xml:space="preserve"> </w:t>
            </w:r>
            <w:proofErr w:type="spellStart"/>
            <w:r w:rsidR="00EE51A0">
              <w:rPr>
                <w:rFonts w:ascii="Times New Roman" w:eastAsia="Times New Roman" w:hAnsi="Times New Roman"/>
                <w:sz w:val="28"/>
                <w:szCs w:val="28"/>
                <w:lang w:val="uk-UA" w:eastAsia="ru-RU"/>
              </w:rPr>
              <w:t>Амінокат</w:t>
            </w:r>
            <w:proofErr w:type="spellEnd"/>
            <w:r w:rsidR="00EE51A0">
              <w:rPr>
                <w:rFonts w:ascii="Times New Roman" w:eastAsia="Times New Roman" w:hAnsi="Times New Roman"/>
                <w:sz w:val="28"/>
                <w:szCs w:val="28"/>
                <w:lang w:val="uk-UA" w:eastAsia="ru-RU"/>
              </w:rPr>
              <w:t xml:space="preserve"> 30</w:t>
            </w:r>
          </w:p>
        </w:tc>
        <w:tc>
          <w:tcPr>
            <w:tcW w:w="1275" w:type="dxa"/>
            <w:shd w:val="clear" w:color="auto" w:fill="auto"/>
          </w:tcPr>
          <w:p w14:paraId="5C163AA9" w14:textId="77777777" w:rsidR="00EE51A0" w:rsidRPr="00D57227" w:rsidRDefault="00EE51A0"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2</w:t>
            </w:r>
            <w:r>
              <w:rPr>
                <w:rFonts w:ascii="Times New Roman" w:hAnsi="Times New Roman"/>
                <w:sz w:val="28"/>
                <w:szCs w:val="28"/>
                <w:lang w:val="uk-UA"/>
              </w:rPr>
              <w:t>,8</w:t>
            </w:r>
          </w:p>
        </w:tc>
        <w:tc>
          <w:tcPr>
            <w:tcW w:w="1418" w:type="dxa"/>
            <w:shd w:val="clear" w:color="auto" w:fill="auto"/>
          </w:tcPr>
          <w:p w14:paraId="5BD53E8F" w14:textId="77777777" w:rsidR="00EE51A0" w:rsidRPr="00D57227" w:rsidRDefault="00EE51A0"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3</w:t>
            </w:r>
            <w:r>
              <w:rPr>
                <w:rFonts w:ascii="Times New Roman" w:hAnsi="Times New Roman"/>
                <w:sz w:val="28"/>
                <w:szCs w:val="28"/>
                <w:lang w:val="uk-UA"/>
              </w:rPr>
              <w:t>,9</w:t>
            </w:r>
          </w:p>
        </w:tc>
        <w:tc>
          <w:tcPr>
            <w:tcW w:w="1134" w:type="dxa"/>
            <w:shd w:val="clear" w:color="auto" w:fill="auto"/>
          </w:tcPr>
          <w:p w14:paraId="1ECDD3A3" w14:textId="77777777" w:rsidR="00EE51A0" w:rsidRPr="00D57227" w:rsidRDefault="00EE51A0"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2</w:t>
            </w:r>
            <w:r>
              <w:rPr>
                <w:rFonts w:ascii="Times New Roman" w:hAnsi="Times New Roman"/>
                <w:sz w:val="28"/>
                <w:szCs w:val="28"/>
                <w:lang w:val="uk-UA"/>
              </w:rPr>
              <w:t>,2</w:t>
            </w:r>
          </w:p>
        </w:tc>
        <w:tc>
          <w:tcPr>
            <w:tcW w:w="1354" w:type="dxa"/>
            <w:shd w:val="clear" w:color="auto" w:fill="auto"/>
          </w:tcPr>
          <w:p w14:paraId="593CC5F7" w14:textId="77777777" w:rsidR="00EE51A0" w:rsidRPr="00D57227" w:rsidRDefault="00EE51A0"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1</w:t>
            </w:r>
            <w:r>
              <w:rPr>
                <w:rFonts w:ascii="Times New Roman" w:hAnsi="Times New Roman"/>
                <w:sz w:val="28"/>
                <w:szCs w:val="28"/>
                <w:lang w:val="uk-UA"/>
              </w:rPr>
              <w:t>,</w:t>
            </w:r>
            <w:r w:rsidRPr="00D57227">
              <w:rPr>
                <w:rFonts w:ascii="Times New Roman" w:hAnsi="Times New Roman"/>
                <w:sz w:val="28"/>
                <w:szCs w:val="28"/>
                <w:lang w:val="uk-UA"/>
              </w:rPr>
              <w:t>5</w:t>
            </w:r>
          </w:p>
        </w:tc>
      </w:tr>
      <w:tr w:rsidR="00EE51A0" w:rsidRPr="00D57227" w14:paraId="60A3A4B1" w14:textId="77777777" w:rsidTr="008A1DBD">
        <w:tc>
          <w:tcPr>
            <w:tcW w:w="4390" w:type="dxa"/>
            <w:shd w:val="clear" w:color="auto" w:fill="auto"/>
          </w:tcPr>
          <w:p w14:paraId="4FB6805C" w14:textId="77777777" w:rsidR="00EE51A0" w:rsidRDefault="00EE51A0" w:rsidP="008A1DBD">
            <w:pPr>
              <w:spacing w:after="0" w:line="240" w:lineRule="auto"/>
              <w:jc w:val="both"/>
              <w:rPr>
                <w:rFonts w:ascii="Times New Roman" w:hAnsi="Times New Roman"/>
                <w:sz w:val="28"/>
                <w:szCs w:val="28"/>
                <w:lang w:val="uk-UA"/>
              </w:rPr>
            </w:pPr>
            <w:r w:rsidRPr="00C27310">
              <w:rPr>
                <w:rFonts w:ascii="Times New Roman" w:eastAsia="Times New Roman" w:hAnsi="Times New Roman"/>
                <w:bCs/>
                <w:color w:val="3E3E3E"/>
                <w:sz w:val="28"/>
                <w:szCs w:val="28"/>
                <w:lang w:val="ru-RU"/>
              </w:rPr>
              <w:t>Триатлон Прайм</w:t>
            </w:r>
            <w:r>
              <w:rPr>
                <w:rFonts w:ascii="Times New Roman" w:hAnsi="Times New Roman"/>
                <w:bCs/>
                <w:sz w:val="28"/>
                <w:szCs w:val="28"/>
                <w:lang w:val="uk-UA"/>
              </w:rPr>
              <w:t xml:space="preserve"> 0,05 кг</w:t>
            </w:r>
            <w:r w:rsidRPr="00D93070">
              <w:rPr>
                <w:rFonts w:ascii="Times New Roman" w:hAnsi="Times New Roman"/>
                <w:bCs/>
                <w:sz w:val="28"/>
                <w:szCs w:val="28"/>
                <w:lang w:val="uk-UA"/>
              </w:rPr>
              <w:t>/га</w:t>
            </w:r>
            <w:r>
              <w:rPr>
                <w:rFonts w:ascii="Times New Roman" w:hAnsi="Times New Roman"/>
                <w:bCs/>
                <w:sz w:val="28"/>
                <w:szCs w:val="28"/>
                <w:lang w:val="uk-UA"/>
              </w:rPr>
              <w:t>+</w:t>
            </w:r>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Амінокат</w:t>
            </w:r>
            <w:proofErr w:type="spellEnd"/>
            <w:r>
              <w:rPr>
                <w:rFonts w:ascii="Times New Roman" w:eastAsia="Times New Roman" w:hAnsi="Times New Roman"/>
                <w:sz w:val="28"/>
                <w:szCs w:val="28"/>
                <w:lang w:val="uk-UA" w:eastAsia="ru-RU"/>
              </w:rPr>
              <w:t xml:space="preserve"> 30</w:t>
            </w:r>
          </w:p>
        </w:tc>
        <w:tc>
          <w:tcPr>
            <w:tcW w:w="1275" w:type="dxa"/>
            <w:shd w:val="clear" w:color="auto" w:fill="auto"/>
          </w:tcPr>
          <w:p w14:paraId="27673565" w14:textId="77777777" w:rsidR="00EE51A0" w:rsidRPr="00D57227" w:rsidRDefault="00EE51A0"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2</w:t>
            </w:r>
            <w:r>
              <w:rPr>
                <w:rFonts w:ascii="Times New Roman" w:hAnsi="Times New Roman"/>
                <w:sz w:val="28"/>
                <w:szCs w:val="28"/>
                <w:lang w:val="uk-UA"/>
              </w:rPr>
              <w:t>,9</w:t>
            </w:r>
          </w:p>
        </w:tc>
        <w:tc>
          <w:tcPr>
            <w:tcW w:w="1418" w:type="dxa"/>
            <w:shd w:val="clear" w:color="auto" w:fill="auto"/>
          </w:tcPr>
          <w:p w14:paraId="3D7833B7" w14:textId="77777777" w:rsidR="00EE51A0" w:rsidRPr="00D57227" w:rsidRDefault="00EE51A0"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4</w:t>
            </w:r>
            <w:r>
              <w:rPr>
                <w:rFonts w:ascii="Times New Roman" w:hAnsi="Times New Roman"/>
                <w:sz w:val="28"/>
                <w:szCs w:val="28"/>
                <w:lang w:val="uk-UA"/>
              </w:rPr>
              <w:t>,8</w:t>
            </w:r>
          </w:p>
        </w:tc>
        <w:tc>
          <w:tcPr>
            <w:tcW w:w="1134" w:type="dxa"/>
            <w:shd w:val="clear" w:color="auto" w:fill="auto"/>
          </w:tcPr>
          <w:p w14:paraId="4764CD05" w14:textId="77777777" w:rsidR="00EE51A0" w:rsidRPr="00D57227" w:rsidRDefault="00EE51A0"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2</w:t>
            </w:r>
            <w:r>
              <w:rPr>
                <w:rFonts w:ascii="Times New Roman" w:hAnsi="Times New Roman"/>
                <w:sz w:val="28"/>
                <w:szCs w:val="28"/>
                <w:lang w:val="uk-UA"/>
              </w:rPr>
              <w:t>,5</w:t>
            </w:r>
          </w:p>
        </w:tc>
        <w:tc>
          <w:tcPr>
            <w:tcW w:w="1354" w:type="dxa"/>
            <w:shd w:val="clear" w:color="auto" w:fill="auto"/>
          </w:tcPr>
          <w:p w14:paraId="011A14FB" w14:textId="77777777" w:rsidR="00EE51A0" w:rsidRPr="00D57227" w:rsidRDefault="00EE51A0"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1</w:t>
            </w:r>
            <w:r>
              <w:rPr>
                <w:rFonts w:ascii="Times New Roman" w:hAnsi="Times New Roman"/>
                <w:sz w:val="28"/>
                <w:szCs w:val="28"/>
                <w:lang w:val="uk-UA"/>
              </w:rPr>
              <w:t>,7</w:t>
            </w:r>
          </w:p>
        </w:tc>
      </w:tr>
      <w:tr w:rsidR="00EE51A0" w:rsidRPr="00D57227" w14:paraId="2DF17E88" w14:textId="77777777" w:rsidTr="008A1DBD">
        <w:tc>
          <w:tcPr>
            <w:tcW w:w="4390" w:type="dxa"/>
            <w:shd w:val="clear" w:color="auto" w:fill="auto"/>
          </w:tcPr>
          <w:p w14:paraId="00F20D65" w14:textId="77777777" w:rsidR="00EE51A0" w:rsidRDefault="00EE51A0" w:rsidP="008A1DBD">
            <w:pPr>
              <w:spacing w:after="0" w:line="240" w:lineRule="auto"/>
              <w:jc w:val="both"/>
              <w:rPr>
                <w:rFonts w:ascii="Times New Roman" w:hAnsi="Times New Roman"/>
                <w:sz w:val="28"/>
                <w:szCs w:val="28"/>
                <w:lang w:val="uk-UA"/>
              </w:rPr>
            </w:pPr>
            <w:r w:rsidRPr="00C27310">
              <w:rPr>
                <w:rFonts w:ascii="Times New Roman" w:eastAsia="Times New Roman" w:hAnsi="Times New Roman"/>
                <w:bCs/>
                <w:color w:val="3E3E3E"/>
                <w:sz w:val="28"/>
                <w:szCs w:val="28"/>
                <w:lang w:val="ru-RU"/>
              </w:rPr>
              <w:t>Триатлон Прайм</w:t>
            </w:r>
            <w:r w:rsidRPr="00D93070">
              <w:rPr>
                <w:rFonts w:ascii="Times New Roman" w:hAnsi="Times New Roman"/>
                <w:bCs/>
                <w:sz w:val="28"/>
                <w:szCs w:val="28"/>
                <w:lang w:val="uk-UA"/>
              </w:rPr>
              <w:t xml:space="preserve"> </w:t>
            </w:r>
            <w:r>
              <w:rPr>
                <w:rFonts w:ascii="Times New Roman" w:hAnsi="Times New Roman"/>
                <w:bCs/>
                <w:sz w:val="28"/>
                <w:szCs w:val="28"/>
                <w:lang w:val="uk-UA"/>
              </w:rPr>
              <w:t>0,06 кг</w:t>
            </w:r>
            <w:r w:rsidRPr="00D93070">
              <w:rPr>
                <w:rFonts w:ascii="Times New Roman" w:hAnsi="Times New Roman"/>
                <w:bCs/>
                <w:sz w:val="28"/>
                <w:szCs w:val="28"/>
                <w:lang w:val="uk-UA"/>
              </w:rPr>
              <w:t>/га</w:t>
            </w:r>
            <w:r>
              <w:rPr>
                <w:rFonts w:ascii="Times New Roman" w:hAnsi="Times New Roman"/>
                <w:bCs/>
                <w:sz w:val="28"/>
                <w:szCs w:val="28"/>
                <w:lang w:val="uk-UA"/>
              </w:rPr>
              <w:t>+</w:t>
            </w:r>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Амінокат</w:t>
            </w:r>
            <w:proofErr w:type="spellEnd"/>
            <w:r>
              <w:rPr>
                <w:rFonts w:ascii="Times New Roman" w:eastAsia="Times New Roman" w:hAnsi="Times New Roman"/>
                <w:sz w:val="28"/>
                <w:szCs w:val="28"/>
                <w:lang w:val="uk-UA" w:eastAsia="ru-RU"/>
              </w:rPr>
              <w:t xml:space="preserve"> 30</w:t>
            </w:r>
          </w:p>
        </w:tc>
        <w:tc>
          <w:tcPr>
            <w:tcW w:w="1275" w:type="dxa"/>
            <w:shd w:val="clear" w:color="auto" w:fill="auto"/>
          </w:tcPr>
          <w:p w14:paraId="60F89AA1" w14:textId="77777777" w:rsidR="00EE51A0" w:rsidRPr="00D57227" w:rsidRDefault="00EE51A0" w:rsidP="008A1DBD">
            <w:pPr>
              <w:spacing w:after="0" w:line="240" w:lineRule="auto"/>
              <w:jc w:val="center"/>
              <w:rPr>
                <w:rFonts w:ascii="Times New Roman" w:hAnsi="Times New Roman"/>
                <w:sz w:val="28"/>
                <w:szCs w:val="28"/>
                <w:lang w:val="uk-UA"/>
              </w:rPr>
            </w:pPr>
            <w:r>
              <w:rPr>
                <w:rFonts w:ascii="Times New Roman" w:hAnsi="Times New Roman"/>
                <w:sz w:val="28"/>
                <w:szCs w:val="28"/>
                <w:lang w:val="uk-UA"/>
              </w:rPr>
              <w:t>2,0</w:t>
            </w:r>
          </w:p>
        </w:tc>
        <w:tc>
          <w:tcPr>
            <w:tcW w:w="1418" w:type="dxa"/>
            <w:shd w:val="clear" w:color="auto" w:fill="auto"/>
          </w:tcPr>
          <w:p w14:paraId="3C510282" w14:textId="77777777" w:rsidR="00EE51A0" w:rsidRPr="00D57227" w:rsidRDefault="00EE51A0"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3</w:t>
            </w:r>
            <w:r>
              <w:rPr>
                <w:rFonts w:ascii="Times New Roman" w:hAnsi="Times New Roman"/>
                <w:sz w:val="28"/>
                <w:szCs w:val="28"/>
                <w:lang w:val="uk-UA"/>
              </w:rPr>
              <w:t>,</w:t>
            </w:r>
            <w:r w:rsidRPr="00D57227">
              <w:rPr>
                <w:rFonts w:ascii="Times New Roman" w:hAnsi="Times New Roman"/>
                <w:sz w:val="28"/>
                <w:szCs w:val="28"/>
                <w:lang w:val="uk-UA"/>
              </w:rPr>
              <w:t>1</w:t>
            </w:r>
          </w:p>
        </w:tc>
        <w:tc>
          <w:tcPr>
            <w:tcW w:w="1134" w:type="dxa"/>
            <w:shd w:val="clear" w:color="auto" w:fill="auto"/>
          </w:tcPr>
          <w:p w14:paraId="0ADA0960" w14:textId="77777777" w:rsidR="00EE51A0" w:rsidRPr="00D57227" w:rsidRDefault="00EE51A0"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2</w:t>
            </w:r>
            <w:r>
              <w:rPr>
                <w:rFonts w:ascii="Times New Roman" w:hAnsi="Times New Roman"/>
                <w:sz w:val="28"/>
                <w:szCs w:val="28"/>
                <w:lang w:val="uk-UA"/>
              </w:rPr>
              <w:t>,</w:t>
            </w:r>
            <w:r w:rsidRPr="00D57227">
              <w:rPr>
                <w:rFonts w:ascii="Times New Roman" w:hAnsi="Times New Roman"/>
                <w:sz w:val="28"/>
                <w:szCs w:val="28"/>
                <w:lang w:val="uk-UA"/>
              </w:rPr>
              <w:t>0</w:t>
            </w:r>
          </w:p>
        </w:tc>
        <w:tc>
          <w:tcPr>
            <w:tcW w:w="1354" w:type="dxa"/>
            <w:shd w:val="clear" w:color="auto" w:fill="auto"/>
          </w:tcPr>
          <w:p w14:paraId="69A65AAD" w14:textId="77777777" w:rsidR="00EE51A0" w:rsidRPr="00D57227" w:rsidRDefault="00EE51A0" w:rsidP="008A1DBD">
            <w:pPr>
              <w:spacing w:after="0" w:line="240" w:lineRule="auto"/>
              <w:jc w:val="center"/>
              <w:rPr>
                <w:rFonts w:ascii="Times New Roman" w:hAnsi="Times New Roman"/>
                <w:sz w:val="28"/>
                <w:szCs w:val="28"/>
                <w:lang w:val="uk-UA"/>
              </w:rPr>
            </w:pPr>
            <w:r w:rsidRPr="00D57227">
              <w:rPr>
                <w:rFonts w:ascii="Times New Roman" w:hAnsi="Times New Roman"/>
                <w:sz w:val="28"/>
                <w:szCs w:val="28"/>
                <w:lang w:val="uk-UA"/>
              </w:rPr>
              <w:t>1</w:t>
            </w:r>
            <w:r>
              <w:rPr>
                <w:rFonts w:ascii="Times New Roman" w:hAnsi="Times New Roman"/>
                <w:sz w:val="28"/>
                <w:szCs w:val="28"/>
                <w:lang w:val="uk-UA"/>
              </w:rPr>
              <w:t>,4</w:t>
            </w:r>
          </w:p>
        </w:tc>
      </w:tr>
    </w:tbl>
    <w:p w14:paraId="248FFF86" w14:textId="77777777" w:rsidR="00364057" w:rsidRPr="00D57227" w:rsidRDefault="00364057" w:rsidP="00364057">
      <w:pPr>
        <w:widowControl w:val="0"/>
        <w:autoSpaceDE w:val="0"/>
        <w:autoSpaceDN w:val="0"/>
        <w:spacing w:after="0" w:line="360" w:lineRule="auto"/>
        <w:ind w:firstLine="709"/>
        <w:jc w:val="both"/>
        <w:rPr>
          <w:rFonts w:ascii="Times New Roman" w:hAnsi="Times New Roman"/>
          <w:sz w:val="28"/>
          <w:szCs w:val="28"/>
          <w:lang w:val="uk-UA" w:eastAsia="uk-UA" w:bidi="uk-UA"/>
        </w:rPr>
      </w:pPr>
      <w:r w:rsidRPr="00D57227">
        <w:rPr>
          <w:rFonts w:ascii="Times New Roman" w:hAnsi="Times New Roman"/>
          <w:sz w:val="28"/>
          <w:szCs w:val="28"/>
          <w:lang w:val="uk-UA"/>
        </w:rPr>
        <w:t xml:space="preserve">У фазі </w:t>
      </w:r>
      <w:r>
        <w:rPr>
          <w:rFonts w:ascii="Times New Roman" w:hAnsi="Times New Roman"/>
          <w:sz w:val="28"/>
          <w:szCs w:val="28"/>
          <w:lang w:val="uk-UA"/>
        </w:rPr>
        <w:t xml:space="preserve">виходу рослин в трубку </w:t>
      </w:r>
      <w:r w:rsidRPr="00D57227">
        <w:rPr>
          <w:rFonts w:ascii="Times New Roman" w:hAnsi="Times New Roman"/>
          <w:sz w:val="28"/>
          <w:szCs w:val="28"/>
          <w:lang w:val="uk-UA"/>
        </w:rPr>
        <w:t>різниця</w:t>
      </w:r>
      <w:r>
        <w:rPr>
          <w:rFonts w:ascii="Times New Roman" w:hAnsi="Times New Roman"/>
          <w:sz w:val="28"/>
          <w:szCs w:val="28"/>
          <w:lang w:val="uk-UA"/>
        </w:rPr>
        <w:t xml:space="preserve"> у</w:t>
      </w:r>
      <w:r w:rsidRPr="00D57227">
        <w:rPr>
          <w:rFonts w:ascii="Times New Roman" w:hAnsi="Times New Roman"/>
          <w:sz w:val="28"/>
          <w:szCs w:val="28"/>
          <w:lang w:val="uk-UA"/>
        </w:rPr>
        <w:t xml:space="preserve"> варіанта</w:t>
      </w:r>
      <w:r>
        <w:rPr>
          <w:rFonts w:ascii="Times New Roman" w:hAnsi="Times New Roman"/>
          <w:sz w:val="28"/>
          <w:szCs w:val="28"/>
          <w:lang w:val="uk-UA"/>
        </w:rPr>
        <w:t>х</w:t>
      </w:r>
      <w:r w:rsidRPr="00D57227">
        <w:rPr>
          <w:rFonts w:ascii="Times New Roman" w:hAnsi="Times New Roman"/>
          <w:sz w:val="28"/>
          <w:szCs w:val="28"/>
          <w:lang w:val="uk-UA"/>
        </w:rPr>
        <w:t xml:space="preserve"> </w:t>
      </w:r>
      <w:r>
        <w:rPr>
          <w:rFonts w:ascii="Times New Roman" w:hAnsi="Times New Roman"/>
          <w:sz w:val="28"/>
          <w:szCs w:val="28"/>
          <w:lang w:val="uk-UA"/>
        </w:rPr>
        <w:t xml:space="preserve">була </w:t>
      </w:r>
      <w:r w:rsidRPr="00D57227">
        <w:rPr>
          <w:rFonts w:ascii="Times New Roman" w:hAnsi="Times New Roman"/>
          <w:sz w:val="28"/>
          <w:szCs w:val="28"/>
          <w:lang w:val="uk-UA"/>
        </w:rPr>
        <w:t xml:space="preserve"> більш</w:t>
      </w:r>
      <w:r>
        <w:rPr>
          <w:rFonts w:ascii="Times New Roman" w:hAnsi="Times New Roman"/>
          <w:sz w:val="28"/>
          <w:szCs w:val="28"/>
          <w:lang w:val="uk-UA"/>
        </w:rPr>
        <w:t xml:space="preserve"> вагомою</w:t>
      </w:r>
      <w:r w:rsidRPr="00D57227">
        <w:rPr>
          <w:rFonts w:ascii="Times New Roman" w:hAnsi="Times New Roman"/>
          <w:sz w:val="28"/>
          <w:szCs w:val="28"/>
          <w:lang w:val="uk-UA"/>
        </w:rPr>
        <w:t xml:space="preserve">. </w:t>
      </w:r>
      <w:r w:rsidRPr="00D57227">
        <w:rPr>
          <w:rFonts w:ascii="Times New Roman" w:hAnsi="Times New Roman"/>
          <w:sz w:val="28"/>
          <w:szCs w:val="28"/>
          <w:lang w:val="uk-UA" w:eastAsia="uk-UA" w:bidi="uk-UA"/>
        </w:rPr>
        <w:t xml:space="preserve">У </w:t>
      </w:r>
      <w:r>
        <w:rPr>
          <w:rFonts w:ascii="Times New Roman" w:hAnsi="Times New Roman"/>
          <w:sz w:val="28"/>
          <w:szCs w:val="28"/>
          <w:lang w:val="uk-UA" w:eastAsia="uk-UA" w:bidi="uk-UA"/>
        </w:rPr>
        <w:t xml:space="preserve">контролі вона складала </w:t>
      </w:r>
      <w:r w:rsidRPr="00D57227">
        <w:rPr>
          <w:rFonts w:ascii="Times New Roman" w:hAnsi="Times New Roman"/>
          <w:sz w:val="28"/>
          <w:szCs w:val="28"/>
          <w:lang w:val="uk-UA" w:eastAsia="uk-UA" w:bidi="uk-UA"/>
        </w:rPr>
        <w:t>2</w:t>
      </w:r>
      <w:r>
        <w:rPr>
          <w:rFonts w:ascii="Times New Roman" w:hAnsi="Times New Roman"/>
          <w:sz w:val="28"/>
          <w:szCs w:val="28"/>
          <w:lang w:val="uk-UA" w:eastAsia="uk-UA" w:bidi="uk-UA"/>
        </w:rPr>
        <w:t>,5 тис.</w:t>
      </w:r>
      <w:r w:rsidRPr="00D57227">
        <w:rPr>
          <w:rFonts w:ascii="Times New Roman" w:hAnsi="Times New Roman"/>
          <w:sz w:val="28"/>
          <w:szCs w:val="28"/>
          <w:lang w:val="uk-UA" w:eastAsia="uk-UA" w:bidi="uk-UA"/>
        </w:rPr>
        <w:t xml:space="preserve"> м</w:t>
      </w:r>
      <w:r w:rsidRPr="00D57227">
        <w:rPr>
          <w:rFonts w:ascii="Times New Roman" w:hAnsi="Times New Roman"/>
          <w:sz w:val="28"/>
          <w:szCs w:val="28"/>
          <w:vertAlign w:val="superscript"/>
          <w:lang w:val="uk-UA" w:eastAsia="uk-UA" w:bidi="uk-UA"/>
        </w:rPr>
        <w:t>2</w:t>
      </w:r>
      <w:r>
        <w:rPr>
          <w:rFonts w:ascii="Times New Roman" w:hAnsi="Times New Roman"/>
          <w:sz w:val="28"/>
          <w:szCs w:val="28"/>
          <w:lang w:val="uk-UA" w:eastAsia="uk-UA" w:bidi="uk-UA"/>
        </w:rPr>
        <w:t>/га, а у варіантах</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 xml:space="preserve">досліду </w:t>
      </w:r>
      <w:r w:rsidRPr="00D57227">
        <w:rPr>
          <w:rFonts w:ascii="Times New Roman" w:hAnsi="Times New Roman"/>
          <w:sz w:val="28"/>
          <w:szCs w:val="28"/>
          <w:lang w:val="uk-UA" w:eastAsia="uk-UA" w:bidi="uk-UA"/>
        </w:rPr>
        <w:t>зрос</w:t>
      </w:r>
      <w:r>
        <w:rPr>
          <w:rFonts w:ascii="Times New Roman" w:hAnsi="Times New Roman"/>
          <w:sz w:val="28"/>
          <w:szCs w:val="28"/>
          <w:lang w:val="uk-UA" w:eastAsia="uk-UA" w:bidi="uk-UA"/>
        </w:rPr>
        <w:t>та</w:t>
      </w:r>
      <w:r w:rsidRPr="00D57227">
        <w:rPr>
          <w:rFonts w:ascii="Times New Roman" w:hAnsi="Times New Roman"/>
          <w:sz w:val="28"/>
          <w:szCs w:val="28"/>
          <w:lang w:val="uk-UA" w:eastAsia="uk-UA" w:bidi="uk-UA"/>
        </w:rPr>
        <w:t xml:space="preserve">ла до </w:t>
      </w:r>
      <w:r>
        <w:rPr>
          <w:rFonts w:ascii="Times New Roman" w:hAnsi="Times New Roman"/>
          <w:sz w:val="28"/>
          <w:szCs w:val="28"/>
          <w:lang w:val="uk-UA" w:eastAsia="uk-UA" w:bidi="uk-UA"/>
        </w:rPr>
        <w:t>3,</w:t>
      </w:r>
      <w:r w:rsidR="008A1DBD">
        <w:rPr>
          <w:rFonts w:ascii="Times New Roman" w:hAnsi="Times New Roman"/>
          <w:sz w:val="28"/>
          <w:szCs w:val="28"/>
          <w:lang w:val="uk-UA" w:eastAsia="uk-UA" w:bidi="uk-UA"/>
        </w:rPr>
        <w:t>0</w:t>
      </w:r>
      <w:r>
        <w:rPr>
          <w:rFonts w:ascii="Times New Roman" w:hAnsi="Times New Roman"/>
          <w:sz w:val="28"/>
          <w:szCs w:val="28"/>
          <w:lang w:val="uk-UA" w:eastAsia="uk-UA" w:bidi="uk-UA"/>
        </w:rPr>
        <w:t xml:space="preserve">  –</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4,8</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 xml:space="preserve">тис. </w:t>
      </w:r>
      <w:r w:rsidRPr="00D57227">
        <w:rPr>
          <w:rFonts w:ascii="Times New Roman" w:hAnsi="Times New Roman"/>
          <w:sz w:val="28"/>
          <w:szCs w:val="28"/>
          <w:lang w:val="uk-UA" w:eastAsia="uk-UA" w:bidi="uk-UA"/>
        </w:rPr>
        <w:t>м</w:t>
      </w:r>
      <w:r w:rsidRPr="00D57227">
        <w:rPr>
          <w:rFonts w:ascii="Times New Roman" w:hAnsi="Times New Roman"/>
          <w:sz w:val="28"/>
          <w:szCs w:val="28"/>
          <w:vertAlign w:val="superscript"/>
          <w:lang w:val="uk-UA" w:eastAsia="uk-UA" w:bidi="uk-UA"/>
        </w:rPr>
        <w:t>2</w:t>
      </w:r>
      <w:r w:rsidRPr="00D57227">
        <w:rPr>
          <w:rFonts w:ascii="Times New Roman" w:hAnsi="Times New Roman"/>
          <w:sz w:val="28"/>
          <w:szCs w:val="28"/>
          <w:lang w:val="uk-UA" w:eastAsia="uk-UA" w:bidi="uk-UA"/>
        </w:rPr>
        <w:t xml:space="preserve">/га. Внесення </w:t>
      </w:r>
      <w:proofErr w:type="spellStart"/>
      <w:r w:rsidRPr="00D57227">
        <w:rPr>
          <w:rFonts w:ascii="Times New Roman" w:hAnsi="Times New Roman"/>
          <w:sz w:val="28"/>
          <w:szCs w:val="28"/>
          <w:lang w:val="uk-UA" w:eastAsia="uk-UA" w:bidi="uk-UA"/>
        </w:rPr>
        <w:t>Триатлону</w:t>
      </w:r>
      <w:proofErr w:type="spellEnd"/>
      <w:r>
        <w:rPr>
          <w:rFonts w:ascii="Times New Roman" w:hAnsi="Times New Roman"/>
          <w:sz w:val="28"/>
          <w:szCs w:val="28"/>
          <w:lang w:val="uk-UA" w:eastAsia="uk-UA" w:bidi="uk-UA"/>
        </w:rPr>
        <w:t xml:space="preserve"> Прайм у всіх його нормах зум</w:t>
      </w:r>
      <w:r w:rsidRPr="00D57227">
        <w:rPr>
          <w:rFonts w:ascii="Times New Roman" w:hAnsi="Times New Roman"/>
          <w:sz w:val="28"/>
          <w:szCs w:val="28"/>
          <w:lang w:val="uk-UA" w:eastAsia="uk-UA" w:bidi="uk-UA"/>
        </w:rPr>
        <w:t xml:space="preserve">овило </w:t>
      </w:r>
      <w:r>
        <w:rPr>
          <w:rFonts w:ascii="Times New Roman" w:hAnsi="Times New Roman"/>
          <w:sz w:val="28"/>
          <w:szCs w:val="28"/>
          <w:lang w:val="uk-UA" w:eastAsia="uk-UA" w:bidi="uk-UA"/>
        </w:rPr>
        <w:t>підвище</w:t>
      </w:r>
      <w:r w:rsidRPr="00D57227">
        <w:rPr>
          <w:rFonts w:ascii="Times New Roman" w:hAnsi="Times New Roman"/>
          <w:sz w:val="28"/>
          <w:szCs w:val="28"/>
          <w:lang w:val="uk-UA" w:eastAsia="uk-UA" w:bidi="uk-UA"/>
        </w:rPr>
        <w:t>ння в цю фазу площі асиміляційної поверхні пшениці</w:t>
      </w:r>
      <w:r>
        <w:rPr>
          <w:rFonts w:ascii="Times New Roman" w:hAnsi="Times New Roman"/>
          <w:sz w:val="28"/>
          <w:szCs w:val="28"/>
          <w:lang w:val="uk-UA" w:eastAsia="uk-UA" w:bidi="uk-UA"/>
        </w:rPr>
        <w:t xml:space="preserve"> </w:t>
      </w:r>
      <w:proofErr w:type="spellStart"/>
      <w:r>
        <w:rPr>
          <w:rFonts w:ascii="Times New Roman" w:hAnsi="Times New Roman"/>
          <w:sz w:val="28"/>
          <w:szCs w:val="28"/>
          <w:lang w:val="uk-UA" w:eastAsia="uk-UA" w:bidi="uk-UA"/>
        </w:rPr>
        <w:t>дворучки</w:t>
      </w:r>
      <w:proofErr w:type="spellEnd"/>
      <w:r w:rsidRPr="00D57227">
        <w:rPr>
          <w:rFonts w:ascii="Times New Roman" w:hAnsi="Times New Roman"/>
          <w:sz w:val="28"/>
          <w:szCs w:val="28"/>
          <w:lang w:val="uk-UA" w:eastAsia="uk-UA" w:bidi="uk-UA"/>
        </w:rPr>
        <w:t xml:space="preserve"> від 2</w:t>
      </w:r>
      <w:r w:rsidR="008A1DBD">
        <w:rPr>
          <w:rFonts w:ascii="Times New Roman" w:hAnsi="Times New Roman"/>
          <w:sz w:val="28"/>
          <w:szCs w:val="28"/>
          <w:lang w:val="uk-UA" w:eastAsia="uk-UA" w:bidi="uk-UA"/>
        </w:rPr>
        <w:t>0</w:t>
      </w:r>
      <w:r>
        <w:rPr>
          <w:rFonts w:ascii="Times New Roman" w:hAnsi="Times New Roman"/>
          <w:sz w:val="28"/>
          <w:szCs w:val="28"/>
          <w:lang w:val="uk-UA" w:eastAsia="uk-UA" w:bidi="uk-UA"/>
        </w:rPr>
        <w:t xml:space="preserve"> до 92 %. Високі показники</w:t>
      </w:r>
      <w:r w:rsidRPr="00D57227">
        <w:rPr>
          <w:rFonts w:ascii="Times New Roman" w:hAnsi="Times New Roman"/>
          <w:sz w:val="28"/>
          <w:szCs w:val="28"/>
          <w:lang w:val="uk-UA" w:eastAsia="uk-UA" w:bidi="uk-UA"/>
        </w:rPr>
        <w:t xml:space="preserve"> досліджуваного </w:t>
      </w:r>
      <w:r>
        <w:rPr>
          <w:rFonts w:ascii="Times New Roman" w:hAnsi="Times New Roman"/>
          <w:sz w:val="28"/>
          <w:szCs w:val="28"/>
          <w:lang w:val="uk-UA" w:eastAsia="uk-UA" w:bidi="uk-UA"/>
        </w:rPr>
        <w:t>препарату</w:t>
      </w:r>
      <w:r w:rsidRPr="00D57227">
        <w:rPr>
          <w:rFonts w:ascii="Times New Roman" w:hAnsi="Times New Roman"/>
          <w:sz w:val="28"/>
          <w:szCs w:val="28"/>
          <w:lang w:val="uk-UA" w:eastAsia="uk-UA" w:bidi="uk-UA"/>
        </w:rPr>
        <w:t xml:space="preserve"> спостеріга</w:t>
      </w:r>
      <w:r>
        <w:rPr>
          <w:rFonts w:ascii="Times New Roman" w:hAnsi="Times New Roman"/>
          <w:sz w:val="28"/>
          <w:szCs w:val="28"/>
          <w:lang w:val="uk-UA" w:eastAsia="uk-UA" w:bidi="uk-UA"/>
        </w:rPr>
        <w:t>ли</w:t>
      </w:r>
      <w:r w:rsidRPr="00D57227">
        <w:rPr>
          <w:rFonts w:ascii="Times New Roman" w:hAnsi="Times New Roman"/>
          <w:sz w:val="28"/>
          <w:szCs w:val="28"/>
          <w:lang w:val="uk-UA" w:eastAsia="uk-UA" w:bidi="uk-UA"/>
        </w:rPr>
        <w:t>ся у ва</w:t>
      </w:r>
      <w:r>
        <w:rPr>
          <w:rFonts w:ascii="Times New Roman" w:hAnsi="Times New Roman"/>
          <w:sz w:val="28"/>
          <w:szCs w:val="28"/>
          <w:lang w:val="uk-UA" w:eastAsia="uk-UA" w:bidi="uk-UA"/>
        </w:rPr>
        <w:t xml:space="preserve">ріанті, де вносили </w:t>
      </w:r>
      <w:proofErr w:type="spellStart"/>
      <w:r w:rsidRPr="00D57227">
        <w:rPr>
          <w:rFonts w:ascii="Times New Roman" w:hAnsi="Times New Roman"/>
          <w:sz w:val="28"/>
          <w:szCs w:val="28"/>
          <w:lang w:val="uk-UA" w:eastAsia="uk-UA" w:bidi="uk-UA"/>
        </w:rPr>
        <w:t>Триатлон</w:t>
      </w:r>
      <w:proofErr w:type="spellEnd"/>
      <w:r>
        <w:rPr>
          <w:rFonts w:ascii="Times New Roman" w:hAnsi="Times New Roman"/>
          <w:sz w:val="28"/>
          <w:szCs w:val="28"/>
          <w:lang w:val="uk-UA" w:eastAsia="uk-UA" w:bidi="uk-UA"/>
        </w:rPr>
        <w:t xml:space="preserve"> Прайм у нормі</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0,05</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к</w:t>
      </w:r>
      <w:r w:rsidRPr="00D57227">
        <w:rPr>
          <w:rFonts w:ascii="Times New Roman" w:hAnsi="Times New Roman"/>
          <w:sz w:val="28"/>
          <w:szCs w:val="28"/>
          <w:lang w:val="uk-UA" w:eastAsia="uk-UA" w:bidi="uk-UA"/>
        </w:rPr>
        <w:t>г/га</w:t>
      </w:r>
      <w:r>
        <w:rPr>
          <w:rFonts w:ascii="Times New Roman" w:hAnsi="Times New Roman"/>
          <w:sz w:val="28"/>
          <w:szCs w:val="28"/>
          <w:lang w:val="uk-UA" w:eastAsia="uk-UA" w:bidi="uk-UA"/>
        </w:rPr>
        <w:t xml:space="preserve"> – 4,8 тис.</w:t>
      </w:r>
      <w:r w:rsidRPr="00D57227">
        <w:rPr>
          <w:rFonts w:ascii="Times New Roman" w:hAnsi="Times New Roman"/>
          <w:sz w:val="28"/>
          <w:szCs w:val="28"/>
          <w:lang w:val="uk-UA" w:eastAsia="uk-UA" w:bidi="uk-UA"/>
        </w:rPr>
        <w:t xml:space="preserve"> м</w:t>
      </w:r>
      <w:r w:rsidRPr="00D57227">
        <w:rPr>
          <w:rFonts w:ascii="Times New Roman" w:hAnsi="Times New Roman"/>
          <w:sz w:val="28"/>
          <w:szCs w:val="28"/>
          <w:vertAlign w:val="superscript"/>
          <w:lang w:val="uk-UA" w:eastAsia="uk-UA" w:bidi="uk-UA"/>
        </w:rPr>
        <w:t>2</w:t>
      </w:r>
      <w:r>
        <w:rPr>
          <w:rFonts w:ascii="Times New Roman" w:hAnsi="Times New Roman"/>
          <w:sz w:val="28"/>
          <w:szCs w:val="28"/>
          <w:lang w:val="uk-UA" w:eastAsia="uk-UA" w:bidi="uk-UA"/>
        </w:rPr>
        <w:t>/га</w:t>
      </w:r>
      <w:r w:rsidR="008A1DBD">
        <w:rPr>
          <w:rFonts w:ascii="Times New Roman" w:hAnsi="Times New Roman"/>
          <w:sz w:val="28"/>
          <w:szCs w:val="28"/>
          <w:lang w:val="uk-UA" w:eastAsia="uk-UA" w:bidi="uk-UA"/>
        </w:rPr>
        <w:t xml:space="preserve"> з </w:t>
      </w:r>
      <w:proofErr w:type="spellStart"/>
      <w:r w:rsidR="008A1DBD">
        <w:rPr>
          <w:rFonts w:ascii="Times New Roman" w:hAnsi="Times New Roman"/>
          <w:sz w:val="28"/>
          <w:szCs w:val="28"/>
          <w:lang w:val="uk-UA" w:eastAsia="uk-UA" w:bidi="uk-UA"/>
        </w:rPr>
        <w:t>Амінокатом</w:t>
      </w:r>
      <w:proofErr w:type="spellEnd"/>
      <w:r w:rsidR="008A1DBD">
        <w:rPr>
          <w:rFonts w:ascii="Times New Roman" w:hAnsi="Times New Roman"/>
          <w:sz w:val="28"/>
          <w:szCs w:val="28"/>
          <w:lang w:val="uk-UA" w:eastAsia="uk-UA" w:bidi="uk-UA"/>
        </w:rPr>
        <w:t xml:space="preserve"> 30</w:t>
      </w:r>
      <w:r>
        <w:rPr>
          <w:rFonts w:ascii="Times New Roman" w:hAnsi="Times New Roman"/>
          <w:sz w:val="28"/>
          <w:szCs w:val="28"/>
          <w:lang w:val="uk-UA" w:eastAsia="uk-UA" w:bidi="uk-UA"/>
        </w:rPr>
        <w:t>, що</w:t>
      </w:r>
      <w:r w:rsidRPr="00D57227">
        <w:rPr>
          <w:rFonts w:ascii="Times New Roman" w:hAnsi="Times New Roman"/>
          <w:sz w:val="28"/>
          <w:szCs w:val="28"/>
          <w:lang w:val="uk-UA" w:eastAsia="uk-UA" w:bidi="uk-UA"/>
        </w:rPr>
        <w:t xml:space="preserve"> </w:t>
      </w:r>
      <w:r w:rsidRPr="00D57B9D">
        <w:rPr>
          <w:rFonts w:ascii="Times New Roman" w:hAnsi="Times New Roman"/>
          <w:sz w:val="28"/>
          <w:szCs w:val="28"/>
          <w:lang w:val="uk-UA" w:eastAsia="uk-UA" w:bidi="uk-UA"/>
        </w:rPr>
        <w:t xml:space="preserve">пов’язано з активізацією </w:t>
      </w:r>
      <w:proofErr w:type="spellStart"/>
      <w:r w:rsidRPr="00D57B9D">
        <w:rPr>
          <w:rFonts w:ascii="Times New Roman" w:hAnsi="Times New Roman"/>
          <w:sz w:val="28"/>
          <w:szCs w:val="28"/>
          <w:lang w:val="uk-UA" w:eastAsia="uk-UA" w:bidi="uk-UA"/>
        </w:rPr>
        <w:t>продукційних</w:t>
      </w:r>
      <w:proofErr w:type="spellEnd"/>
      <w:r w:rsidRPr="00D57B9D">
        <w:rPr>
          <w:rFonts w:ascii="Times New Roman" w:hAnsi="Times New Roman"/>
          <w:sz w:val="28"/>
          <w:szCs w:val="28"/>
          <w:lang w:val="uk-UA" w:eastAsia="uk-UA" w:bidi="uk-UA"/>
        </w:rPr>
        <w:t xml:space="preserve"> процесів</w:t>
      </w:r>
      <w:r>
        <w:rPr>
          <w:rFonts w:ascii="Times New Roman" w:hAnsi="Times New Roman"/>
          <w:sz w:val="28"/>
          <w:szCs w:val="28"/>
          <w:lang w:val="uk-UA" w:eastAsia="uk-UA" w:bidi="uk-UA"/>
        </w:rPr>
        <w:t xml:space="preserve"> при запобіганні дії та р</w:t>
      </w:r>
      <w:r w:rsidRPr="00D57B9D">
        <w:rPr>
          <w:rFonts w:ascii="Times New Roman" w:hAnsi="Times New Roman"/>
          <w:sz w:val="28"/>
          <w:szCs w:val="28"/>
          <w:lang w:val="uk-UA" w:eastAsia="uk-UA" w:bidi="uk-UA"/>
        </w:rPr>
        <w:t>озвитку</w:t>
      </w:r>
      <w:r>
        <w:rPr>
          <w:rFonts w:ascii="Times New Roman" w:hAnsi="Times New Roman"/>
          <w:sz w:val="28"/>
          <w:szCs w:val="28"/>
          <w:lang w:val="uk-UA" w:eastAsia="uk-UA" w:bidi="uk-UA"/>
        </w:rPr>
        <w:t xml:space="preserve"> </w:t>
      </w:r>
      <w:proofErr w:type="spellStart"/>
      <w:r>
        <w:rPr>
          <w:rFonts w:ascii="Times New Roman" w:hAnsi="Times New Roman"/>
          <w:sz w:val="28"/>
          <w:szCs w:val="28"/>
          <w:lang w:val="uk-UA" w:eastAsia="uk-UA" w:bidi="uk-UA"/>
        </w:rPr>
        <w:t>шкодочинності</w:t>
      </w:r>
      <w:proofErr w:type="spellEnd"/>
      <w:r>
        <w:rPr>
          <w:rFonts w:ascii="Times New Roman" w:hAnsi="Times New Roman"/>
          <w:sz w:val="28"/>
          <w:szCs w:val="28"/>
          <w:lang w:val="uk-UA" w:eastAsia="uk-UA" w:bidi="uk-UA"/>
        </w:rPr>
        <w:t xml:space="preserve"> </w:t>
      </w:r>
      <w:r w:rsidRPr="00D57227">
        <w:rPr>
          <w:rFonts w:ascii="Times New Roman" w:hAnsi="Times New Roman"/>
          <w:sz w:val="28"/>
          <w:szCs w:val="28"/>
          <w:lang w:val="uk-UA" w:eastAsia="uk-UA" w:bidi="uk-UA"/>
        </w:rPr>
        <w:t>бур</w:t>
      </w:r>
      <w:r w:rsidRPr="00D57B9D">
        <w:rPr>
          <w:rFonts w:ascii="Times New Roman" w:hAnsi="Times New Roman"/>
          <w:sz w:val="28"/>
          <w:szCs w:val="28"/>
          <w:lang w:val="uk-UA"/>
        </w:rPr>
        <w:t>’</w:t>
      </w:r>
      <w:r w:rsidRPr="00D57227">
        <w:rPr>
          <w:rFonts w:ascii="Times New Roman" w:hAnsi="Times New Roman"/>
          <w:sz w:val="28"/>
          <w:szCs w:val="28"/>
          <w:lang w:val="uk-UA" w:eastAsia="uk-UA" w:bidi="uk-UA"/>
        </w:rPr>
        <w:t>янів</w:t>
      </w:r>
      <w:r>
        <w:rPr>
          <w:rFonts w:ascii="Times New Roman" w:hAnsi="Times New Roman"/>
          <w:sz w:val="28"/>
          <w:szCs w:val="28"/>
          <w:lang w:val="uk-UA" w:eastAsia="uk-UA" w:bidi="uk-UA"/>
        </w:rPr>
        <w:t xml:space="preserve"> і, як результат,  покращення поживного режиму культурних рослин</w:t>
      </w:r>
      <w:r w:rsidRPr="00D57227">
        <w:rPr>
          <w:rFonts w:ascii="Times New Roman" w:hAnsi="Times New Roman"/>
          <w:sz w:val="28"/>
          <w:szCs w:val="28"/>
          <w:lang w:val="uk-UA" w:eastAsia="uk-UA" w:bidi="uk-UA"/>
        </w:rPr>
        <w:t>.</w:t>
      </w:r>
    </w:p>
    <w:p w14:paraId="434A8288" w14:textId="77777777" w:rsidR="00364057" w:rsidRPr="00D57227" w:rsidRDefault="00364057" w:rsidP="00364057">
      <w:pPr>
        <w:widowControl w:val="0"/>
        <w:autoSpaceDE w:val="0"/>
        <w:autoSpaceDN w:val="0"/>
        <w:spacing w:after="0" w:line="360" w:lineRule="auto"/>
        <w:ind w:firstLine="709"/>
        <w:jc w:val="both"/>
        <w:rPr>
          <w:rFonts w:ascii="Times New Roman" w:hAnsi="Times New Roman"/>
          <w:sz w:val="28"/>
          <w:szCs w:val="28"/>
          <w:lang w:val="uk-UA" w:eastAsia="uk-UA" w:bidi="uk-UA"/>
        </w:rPr>
      </w:pP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У</w:t>
      </w:r>
      <w:r w:rsidRPr="00D57227">
        <w:rPr>
          <w:rFonts w:ascii="Times New Roman" w:hAnsi="Times New Roman"/>
          <w:sz w:val="28"/>
          <w:szCs w:val="28"/>
          <w:lang w:val="uk-UA" w:eastAsia="uk-UA" w:bidi="uk-UA"/>
        </w:rPr>
        <w:t xml:space="preserve"> фаз</w:t>
      </w:r>
      <w:r>
        <w:rPr>
          <w:rFonts w:ascii="Times New Roman" w:hAnsi="Times New Roman"/>
          <w:sz w:val="28"/>
          <w:szCs w:val="28"/>
          <w:lang w:val="uk-UA" w:eastAsia="uk-UA" w:bidi="uk-UA"/>
        </w:rPr>
        <w:t>і</w:t>
      </w:r>
      <w:r w:rsidRPr="00D57227">
        <w:rPr>
          <w:rFonts w:ascii="Times New Roman" w:hAnsi="Times New Roman"/>
          <w:sz w:val="28"/>
          <w:szCs w:val="28"/>
          <w:lang w:val="uk-UA" w:eastAsia="uk-UA" w:bidi="uk-UA"/>
        </w:rPr>
        <w:t xml:space="preserve"> колосіння</w:t>
      </w:r>
      <w:r>
        <w:rPr>
          <w:rFonts w:ascii="Times New Roman" w:hAnsi="Times New Roman"/>
          <w:sz w:val="28"/>
          <w:szCs w:val="28"/>
          <w:lang w:val="uk-UA" w:eastAsia="uk-UA" w:bidi="uk-UA"/>
        </w:rPr>
        <w:t>,</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 xml:space="preserve">при застосуванні </w:t>
      </w:r>
      <w:proofErr w:type="spellStart"/>
      <w:r>
        <w:rPr>
          <w:rFonts w:ascii="Times New Roman" w:hAnsi="Times New Roman"/>
          <w:sz w:val="28"/>
          <w:szCs w:val="28"/>
          <w:lang w:val="uk-UA" w:eastAsia="uk-UA" w:bidi="uk-UA"/>
        </w:rPr>
        <w:t>гербіцидного</w:t>
      </w:r>
      <w:proofErr w:type="spellEnd"/>
      <w:r>
        <w:rPr>
          <w:rFonts w:ascii="Times New Roman" w:hAnsi="Times New Roman"/>
          <w:sz w:val="28"/>
          <w:szCs w:val="28"/>
          <w:lang w:val="uk-UA" w:eastAsia="uk-UA" w:bidi="uk-UA"/>
        </w:rPr>
        <w:t xml:space="preserve"> препарату, ми дослідили</w:t>
      </w:r>
      <w:r w:rsidRPr="00D57227">
        <w:rPr>
          <w:rFonts w:ascii="Times New Roman" w:hAnsi="Times New Roman"/>
          <w:sz w:val="28"/>
          <w:szCs w:val="28"/>
          <w:lang w:val="uk-UA" w:eastAsia="uk-UA" w:bidi="uk-UA"/>
        </w:rPr>
        <w:t>, що площа лист</w:t>
      </w:r>
      <w:r>
        <w:rPr>
          <w:rFonts w:ascii="Times New Roman" w:hAnsi="Times New Roman"/>
          <w:sz w:val="28"/>
          <w:szCs w:val="28"/>
          <w:lang w:val="uk-UA" w:eastAsia="uk-UA" w:bidi="uk-UA"/>
        </w:rPr>
        <w:t>к</w:t>
      </w:r>
      <w:r w:rsidRPr="00D57227">
        <w:rPr>
          <w:rFonts w:ascii="Times New Roman" w:hAnsi="Times New Roman"/>
          <w:sz w:val="28"/>
          <w:szCs w:val="28"/>
          <w:lang w:val="uk-UA" w:eastAsia="uk-UA" w:bidi="uk-UA"/>
        </w:rPr>
        <w:t xml:space="preserve">ової поверхні </w:t>
      </w:r>
      <w:r>
        <w:rPr>
          <w:rFonts w:ascii="Times New Roman" w:hAnsi="Times New Roman"/>
          <w:sz w:val="28"/>
          <w:szCs w:val="28"/>
          <w:lang w:val="uk-UA" w:eastAsia="uk-UA" w:bidi="uk-UA"/>
        </w:rPr>
        <w:t xml:space="preserve">рослин </w:t>
      </w:r>
      <w:r w:rsidRPr="00D57227">
        <w:rPr>
          <w:rFonts w:ascii="Times New Roman" w:hAnsi="Times New Roman"/>
          <w:sz w:val="28"/>
          <w:szCs w:val="28"/>
          <w:lang w:val="uk-UA" w:eastAsia="uk-UA" w:bidi="uk-UA"/>
        </w:rPr>
        <w:t xml:space="preserve">була найбільшою у варіанті із </w:t>
      </w:r>
      <w:proofErr w:type="spellStart"/>
      <w:r w:rsidRPr="00D57227">
        <w:rPr>
          <w:rFonts w:ascii="Times New Roman" w:hAnsi="Times New Roman"/>
          <w:sz w:val="28"/>
          <w:szCs w:val="28"/>
          <w:lang w:val="uk-UA" w:eastAsia="uk-UA" w:bidi="uk-UA"/>
        </w:rPr>
        <w:t>Триатлон</w:t>
      </w:r>
      <w:proofErr w:type="spellEnd"/>
      <w:r>
        <w:rPr>
          <w:rFonts w:ascii="Times New Roman" w:hAnsi="Times New Roman"/>
          <w:sz w:val="28"/>
          <w:szCs w:val="28"/>
          <w:lang w:val="uk-UA" w:eastAsia="uk-UA" w:bidi="uk-UA"/>
        </w:rPr>
        <w:t xml:space="preserve"> Прайм у нормі</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0,05</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к</w:t>
      </w:r>
      <w:r w:rsidRPr="00D57227">
        <w:rPr>
          <w:rFonts w:ascii="Times New Roman" w:hAnsi="Times New Roman"/>
          <w:sz w:val="28"/>
          <w:szCs w:val="28"/>
          <w:lang w:val="uk-UA" w:eastAsia="uk-UA" w:bidi="uk-UA"/>
        </w:rPr>
        <w:t>г/га</w:t>
      </w:r>
      <w:r>
        <w:rPr>
          <w:rFonts w:ascii="Times New Roman" w:hAnsi="Times New Roman"/>
          <w:sz w:val="28"/>
          <w:szCs w:val="28"/>
          <w:lang w:val="uk-UA" w:eastAsia="uk-UA" w:bidi="uk-UA"/>
        </w:rPr>
        <w:t>, що</w:t>
      </w:r>
      <w:r w:rsidRPr="00D57227">
        <w:rPr>
          <w:rFonts w:ascii="Times New Roman" w:hAnsi="Times New Roman"/>
          <w:sz w:val="28"/>
          <w:szCs w:val="28"/>
          <w:lang w:val="uk-UA" w:eastAsia="uk-UA" w:bidi="uk-UA"/>
        </w:rPr>
        <w:t xml:space="preserve"> скла</w:t>
      </w:r>
      <w:r>
        <w:rPr>
          <w:rFonts w:ascii="Times New Roman" w:hAnsi="Times New Roman"/>
          <w:sz w:val="28"/>
          <w:szCs w:val="28"/>
          <w:lang w:val="uk-UA" w:eastAsia="uk-UA" w:bidi="uk-UA"/>
        </w:rPr>
        <w:t>ло</w:t>
      </w:r>
      <w:r w:rsidRPr="00D57227">
        <w:rPr>
          <w:rFonts w:ascii="Times New Roman" w:hAnsi="Times New Roman"/>
          <w:sz w:val="28"/>
          <w:szCs w:val="28"/>
          <w:lang w:val="uk-UA" w:eastAsia="uk-UA" w:bidi="uk-UA"/>
        </w:rPr>
        <w:t xml:space="preserve"> </w:t>
      </w:r>
      <w:r w:rsidRPr="00D57227">
        <w:rPr>
          <w:rFonts w:ascii="Times New Roman" w:hAnsi="Times New Roman"/>
          <w:sz w:val="28"/>
          <w:szCs w:val="28"/>
          <w:lang w:val="uk-UA"/>
        </w:rPr>
        <w:t>2</w:t>
      </w:r>
      <w:r>
        <w:rPr>
          <w:rFonts w:ascii="Times New Roman" w:hAnsi="Times New Roman"/>
          <w:sz w:val="28"/>
          <w:szCs w:val="28"/>
          <w:lang w:val="uk-UA"/>
        </w:rPr>
        <w:t>,5 тис.</w:t>
      </w:r>
      <w:r w:rsidRPr="00D57227">
        <w:rPr>
          <w:rFonts w:ascii="Times New Roman" w:hAnsi="Times New Roman"/>
          <w:sz w:val="28"/>
          <w:szCs w:val="28"/>
          <w:lang w:val="uk-UA" w:eastAsia="uk-UA" w:bidi="uk-UA"/>
        </w:rPr>
        <w:t xml:space="preserve"> м</w:t>
      </w:r>
      <w:r w:rsidRPr="00D57227">
        <w:rPr>
          <w:rFonts w:ascii="Times New Roman" w:hAnsi="Times New Roman"/>
          <w:sz w:val="28"/>
          <w:szCs w:val="28"/>
          <w:vertAlign w:val="superscript"/>
          <w:lang w:val="uk-UA" w:eastAsia="uk-UA" w:bidi="uk-UA"/>
        </w:rPr>
        <w:t>2</w:t>
      </w:r>
      <w:r>
        <w:rPr>
          <w:rFonts w:ascii="Times New Roman" w:hAnsi="Times New Roman"/>
          <w:sz w:val="28"/>
          <w:szCs w:val="28"/>
          <w:lang w:val="uk-UA" w:eastAsia="uk-UA" w:bidi="uk-UA"/>
        </w:rPr>
        <w:t>/га. Однак,</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 xml:space="preserve">досліджуваний </w:t>
      </w:r>
      <w:r w:rsidRPr="00D57227">
        <w:rPr>
          <w:rFonts w:ascii="Times New Roman" w:hAnsi="Times New Roman"/>
          <w:sz w:val="28"/>
          <w:szCs w:val="28"/>
          <w:lang w:val="uk-UA" w:eastAsia="uk-UA" w:bidi="uk-UA"/>
        </w:rPr>
        <w:t xml:space="preserve">показник </w:t>
      </w:r>
      <w:r>
        <w:rPr>
          <w:rFonts w:ascii="Times New Roman" w:hAnsi="Times New Roman"/>
          <w:sz w:val="28"/>
          <w:szCs w:val="28"/>
          <w:lang w:val="uk-UA" w:eastAsia="uk-UA" w:bidi="uk-UA"/>
        </w:rPr>
        <w:t xml:space="preserve">був </w:t>
      </w:r>
      <w:r w:rsidRPr="00D57227">
        <w:rPr>
          <w:rFonts w:ascii="Times New Roman" w:hAnsi="Times New Roman"/>
          <w:sz w:val="28"/>
          <w:szCs w:val="28"/>
          <w:lang w:val="uk-UA" w:eastAsia="uk-UA" w:bidi="uk-UA"/>
        </w:rPr>
        <w:t>різни</w:t>
      </w:r>
      <w:r>
        <w:rPr>
          <w:rFonts w:ascii="Times New Roman" w:hAnsi="Times New Roman"/>
          <w:sz w:val="28"/>
          <w:szCs w:val="28"/>
          <w:lang w:val="uk-UA" w:eastAsia="uk-UA" w:bidi="uk-UA"/>
        </w:rPr>
        <w:t>й</w:t>
      </w:r>
      <w:r w:rsidRPr="00D57227">
        <w:rPr>
          <w:rFonts w:ascii="Times New Roman" w:hAnsi="Times New Roman"/>
          <w:sz w:val="28"/>
          <w:szCs w:val="28"/>
          <w:lang w:val="uk-UA" w:eastAsia="uk-UA" w:bidi="uk-UA"/>
        </w:rPr>
        <w:t xml:space="preserve"> залежно від норм </w:t>
      </w:r>
      <w:r>
        <w:rPr>
          <w:rFonts w:ascii="Times New Roman" w:hAnsi="Times New Roman"/>
          <w:sz w:val="28"/>
          <w:szCs w:val="28"/>
          <w:lang w:val="uk-UA" w:eastAsia="uk-UA" w:bidi="uk-UA"/>
        </w:rPr>
        <w:t xml:space="preserve">внесеного гербіциду і </w:t>
      </w:r>
      <w:proofErr w:type="spellStart"/>
      <w:r>
        <w:rPr>
          <w:rFonts w:ascii="Times New Roman" w:hAnsi="Times New Roman"/>
          <w:sz w:val="28"/>
          <w:szCs w:val="28"/>
          <w:lang w:val="uk-UA" w:eastAsia="uk-UA" w:bidi="uk-UA"/>
        </w:rPr>
        <w:t>коливасвя</w:t>
      </w:r>
      <w:proofErr w:type="spellEnd"/>
      <w:r>
        <w:rPr>
          <w:rFonts w:ascii="Times New Roman" w:hAnsi="Times New Roman"/>
          <w:sz w:val="28"/>
          <w:szCs w:val="28"/>
          <w:lang w:val="uk-UA" w:eastAsia="uk-UA" w:bidi="uk-UA"/>
        </w:rPr>
        <w:t xml:space="preserve"> від</w:t>
      </w:r>
      <w:r w:rsidRPr="00D57227">
        <w:rPr>
          <w:rFonts w:ascii="Times New Roman" w:hAnsi="Times New Roman"/>
          <w:sz w:val="28"/>
          <w:szCs w:val="28"/>
          <w:lang w:val="uk-UA" w:eastAsia="uk-UA" w:bidi="uk-UA"/>
        </w:rPr>
        <w:t xml:space="preserve"> 2</w:t>
      </w:r>
      <w:r>
        <w:rPr>
          <w:rFonts w:ascii="Times New Roman" w:hAnsi="Times New Roman"/>
          <w:sz w:val="28"/>
          <w:szCs w:val="28"/>
          <w:lang w:val="uk-UA" w:eastAsia="uk-UA" w:bidi="uk-UA"/>
        </w:rPr>
        <w:t>,</w:t>
      </w:r>
      <w:r w:rsidRPr="00D57227">
        <w:rPr>
          <w:rFonts w:ascii="Times New Roman" w:hAnsi="Times New Roman"/>
          <w:sz w:val="28"/>
          <w:szCs w:val="28"/>
          <w:lang w:val="uk-UA" w:eastAsia="uk-UA" w:bidi="uk-UA"/>
        </w:rPr>
        <w:t>0</w:t>
      </w:r>
      <w:r>
        <w:rPr>
          <w:rFonts w:ascii="Times New Roman" w:hAnsi="Times New Roman"/>
          <w:sz w:val="28"/>
          <w:szCs w:val="28"/>
          <w:lang w:val="uk-UA" w:eastAsia="uk-UA" w:bidi="uk-UA"/>
        </w:rPr>
        <w:t xml:space="preserve"> до</w:t>
      </w:r>
      <w:r w:rsidRPr="00D57227">
        <w:rPr>
          <w:rFonts w:ascii="Times New Roman" w:hAnsi="Times New Roman"/>
          <w:sz w:val="28"/>
          <w:szCs w:val="28"/>
          <w:lang w:val="uk-UA" w:eastAsia="uk-UA" w:bidi="uk-UA"/>
        </w:rPr>
        <w:t xml:space="preserve"> 2</w:t>
      </w:r>
      <w:r>
        <w:rPr>
          <w:rFonts w:ascii="Times New Roman" w:hAnsi="Times New Roman"/>
          <w:sz w:val="28"/>
          <w:szCs w:val="28"/>
          <w:lang w:val="uk-UA" w:eastAsia="uk-UA" w:bidi="uk-UA"/>
        </w:rPr>
        <w:t>,5 тис</w:t>
      </w:r>
      <w:r w:rsidRPr="00D57227">
        <w:rPr>
          <w:rFonts w:ascii="Times New Roman" w:hAnsi="Times New Roman"/>
          <w:sz w:val="28"/>
          <w:szCs w:val="28"/>
          <w:lang w:val="uk-UA" w:eastAsia="uk-UA" w:bidi="uk-UA"/>
        </w:rPr>
        <w:t xml:space="preserve"> м</w:t>
      </w:r>
      <w:r w:rsidRPr="00D57227">
        <w:rPr>
          <w:rFonts w:ascii="Times New Roman" w:hAnsi="Times New Roman"/>
          <w:sz w:val="28"/>
          <w:szCs w:val="28"/>
          <w:vertAlign w:val="superscript"/>
          <w:lang w:val="uk-UA" w:eastAsia="uk-UA" w:bidi="uk-UA"/>
        </w:rPr>
        <w:t>2</w:t>
      </w:r>
      <w:r w:rsidRPr="00D57227">
        <w:rPr>
          <w:rFonts w:ascii="Times New Roman" w:hAnsi="Times New Roman"/>
          <w:sz w:val="28"/>
          <w:szCs w:val="28"/>
          <w:lang w:val="uk-UA" w:eastAsia="uk-UA" w:bidi="uk-UA"/>
        </w:rPr>
        <w:t>/га</w:t>
      </w:r>
      <w:r>
        <w:rPr>
          <w:rFonts w:ascii="Times New Roman" w:hAnsi="Times New Roman"/>
          <w:sz w:val="28"/>
          <w:szCs w:val="28"/>
          <w:lang w:val="uk-UA" w:eastAsia="uk-UA" w:bidi="uk-UA"/>
        </w:rPr>
        <w:t xml:space="preserve">, </w:t>
      </w:r>
      <w:r w:rsidRPr="00D57227">
        <w:rPr>
          <w:rFonts w:ascii="Times New Roman" w:hAnsi="Times New Roman"/>
          <w:sz w:val="28"/>
          <w:szCs w:val="28"/>
          <w:lang w:val="uk-UA" w:eastAsia="uk-UA" w:bidi="uk-UA"/>
        </w:rPr>
        <w:t xml:space="preserve">що </w:t>
      </w:r>
      <w:r>
        <w:rPr>
          <w:rFonts w:ascii="Times New Roman" w:hAnsi="Times New Roman"/>
          <w:sz w:val="28"/>
          <w:szCs w:val="28"/>
          <w:lang w:val="uk-UA" w:eastAsia="uk-UA" w:bidi="uk-UA"/>
        </w:rPr>
        <w:t xml:space="preserve">було </w:t>
      </w:r>
      <w:r w:rsidRPr="00D57227">
        <w:rPr>
          <w:rFonts w:ascii="Times New Roman" w:hAnsi="Times New Roman"/>
          <w:sz w:val="28"/>
          <w:szCs w:val="28"/>
          <w:lang w:val="uk-UA" w:eastAsia="uk-UA" w:bidi="uk-UA"/>
        </w:rPr>
        <w:t>більше контроль</w:t>
      </w:r>
      <w:r>
        <w:rPr>
          <w:rFonts w:ascii="Times New Roman" w:hAnsi="Times New Roman"/>
          <w:sz w:val="28"/>
          <w:szCs w:val="28"/>
          <w:lang w:val="uk-UA" w:eastAsia="uk-UA" w:bidi="uk-UA"/>
        </w:rPr>
        <w:t>ного варіанту</w:t>
      </w:r>
      <w:r w:rsidRPr="00D57227">
        <w:rPr>
          <w:rFonts w:ascii="Times New Roman" w:hAnsi="Times New Roman"/>
          <w:sz w:val="28"/>
          <w:szCs w:val="28"/>
          <w:lang w:val="uk-UA" w:eastAsia="uk-UA" w:bidi="uk-UA"/>
        </w:rPr>
        <w:t xml:space="preserve"> на</w:t>
      </w:r>
      <w:r w:rsidRPr="00D57227">
        <w:rPr>
          <w:rFonts w:ascii="Times New Roman" w:hAnsi="Times New Roman"/>
          <w:spacing w:val="-2"/>
          <w:sz w:val="28"/>
          <w:szCs w:val="28"/>
          <w:lang w:val="uk-UA" w:eastAsia="uk-UA" w:bidi="uk-UA"/>
        </w:rPr>
        <w:t xml:space="preserve"> </w:t>
      </w:r>
      <w:r>
        <w:rPr>
          <w:rFonts w:ascii="Times New Roman" w:hAnsi="Times New Roman"/>
          <w:sz w:val="28"/>
          <w:szCs w:val="28"/>
          <w:lang w:val="uk-UA" w:eastAsia="uk-UA" w:bidi="uk-UA"/>
        </w:rPr>
        <w:t>11– 3</w:t>
      </w:r>
      <w:r w:rsidRPr="00D57227">
        <w:rPr>
          <w:rFonts w:ascii="Times New Roman" w:hAnsi="Times New Roman"/>
          <w:sz w:val="28"/>
          <w:szCs w:val="28"/>
          <w:lang w:val="uk-UA" w:eastAsia="uk-UA" w:bidi="uk-UA"/>
        </w:rPr>
        <w:t>9</w:t>
      </w:r>
      <w:r>
        <w:rPr>
          <w:rFonts w:ascii="Times New Roman" w:hAnsi="Times New Roman"/>
          <w:sz w:val="28"/>
          <w:szCs w:val="28"/>
          <w:lang w:val="uk-UA" w:eastAsia="uk-UA" w:bidi="uk-UA"/>
        </w:rPr>
        <w:t xml:space="preserve"> </w:t>
      </w:r>
      <w:r w:rsidRPr="00D57227">
        <w:rPr>
          <w:rFonts w:ascii="Times New Roman" w:hAnsi="Times New Roman"/>
          <w:sz w:val="28"/>
          <w:szCs w:val="28"/>
          <w:lang w:val="uk-UA" w:eastAsia="uk-UA" w:bidi="uk-UA"/>
        </w:rPr>
        <w:t>%</w:t>
      </w:r>
      <w:r>
        <w:rPr>
          <w:rFonts w:ascii="Times New Roman" w:hAnsi="Times New Roman"/>
          <w:sz w:val="28"/>
          <w:szCs w:val="28"/>
          <w:lang w:val="uk-UA" w:eastAsia="uk-UA" w:bidi="uk-UA"/>
        </w:rPr>
        <w:t xml:space="preserve"> відповідно</w:t>
      </w:r>
      <w:r w:rsidRPr="00D57227">
        <w:rPr>
          <w:rFonts w:ascii="Times New Roman" w:hAnsi="Times New Roman"/>
          <w:sz w:val="28"/>
          <w:szCs w:val="28"/>
          <w:lang w:val="uk-UA" w:eastAsia="uk-UA" w:bidi="uk-UA"/>
        </w:rPr>
        <w:t>.</w:t>
      </w:r>
    </w:p>
    <w:p w14:paraId="1C7E86DB" w14:textId="77777777" w:rsidR="000A266C" w:rsidRDefault="00364057" w:rsidP="000A266C">
      <w:pPr>
        <w:pStyle w:val="af"/>
        <w:spacing w:after="0" w:line="360" w:lineRule="auto"/>
        <w:ind w:firstLine="566"/>
        <w:jc w:val="both"/>
        <w:rPr>
          <w:rFonts w:ascii="Times New Roman" w:hAnsi="Times New Roman"/>
          <w:sz w:val="28"/>
          <w:szCs w:val="28"/>
          <w:lang w:val="uk-UA" w:eastAsia="uk-UA" w:bidi="uk-UA"/>
        </w:rPr>
      </w:pPr>
      <w:r w:rsidRPr="00D57227">
        <w:rPr>
          <w:rFonts w:ascii="Times New Roman" w:hAnsi="Times New Roman"/>
          <w:sz w:val="28"/>
          <w:szCs w:val="28"/>
          <w:lang w:val="uk-UA" w:eastAsia="uk-UA" w:bidi="uk-UA"/>
        </w:rPr>
        <w:t>У фаз</w:t>
      </w:r>
      <w:r>
        <w:rPr>
          <w:rFonts w:ascii="Times New Roman" w:hAnsi="Times New Roman"/>
          <w:sz w:val="28"/>
          <w:szCs w:val="28"/>
          <w:lang w:val="uk-UA" w:eastAsia="uk-UA" w:bidi="uk-UA"/>
        </w:rPr>
        <w:t>і</w:t>
      </w:r>
      <w:r w:rsidRPr="00D57227">
        <w:rPr>
          <w:rFonts w:ascii="Times New Roman" w:hAnsi="Times New Roman"/>
          <w:sz w:val="28"/>
          <w:szCs w:val="28"/>
          <w:lang w:val="uk-UA" w:eastAsia="uk-UA" w:bidi="uk-UA"/>
        </w:rPr>
        <w:t xml:space="preserve"> воскової стиглості зерна </w:t>
      </w:r>
      <w:r>
        <w:rPr>
          <w:rFonts w:ascii="Times New Roman" w:hAnsi="Times New Roman"/>
          <w:sz w:val="28"/>
          <w:szCs w:val="28"/>
          <w:lang w:val="uk-UA" w:eastAsia="uk-UA" w:bidi="uk-UA"/>
        </w:rPr>
        <w:t>площа листя</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 xml:space="preserve">істотно </w:t>
      </w:r>
      <w:r w:rsidRPr="00D57227">
        <w:rPr>
          <w:rFonts w:ascii="Times New Roman" w:hAnsi="Times New Roman"/>
          <w:sz w:val="28"/>
          <w:szCs w:val="28"/>
          <w:lang w:val="uk-UA" w:eastAsia="uk-UA" w:bidi="uk-UA"/>
        </w:rPr>
        <w:t>зменшува</w:t>
      </w:r>
      <w:r>
        <w:rPr>
          <w:rFonts w:ascii="Times New Roman" w:hAnsi="Times New Roman"/>
          <w:sz w:val="28"/>
          <w:szCs w:val="28"/>
          <w:lang w:val="uk-UA" w:eastAsia="uk-UA" w:bidi="uk-UA"/>
        </w:rPr>
        <w:t>лась</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 xml:space="preserve">у всіх дослідних </w:t>
      </w:r>
      <w:r w:rsidRPr="00D57227">
        <w:rPr>
          <w:rFonts w:ascii="Times New Roman" w:hAnsi="Times New Roman"/>
          <w:sz w:val="28"/>
          <w:szCs w:val="28"/>
          <w:lang w:val="uk-UA" w:eastAsia="uk-UA" w:bidi="uk-UA"/>
        </w:rPr>
        <w:t xml:space="preserve"> варіанта</w:t>
      </w:r>
      <w:r>
        <w:rPr>
          <w:rFonts w:ascii="Times New Roman" w:hAnsi="Times New Roman"/>
          <w:sz w:val="28"/>
          <w:szCs w:val="28"/>
          <w:lang w:val="uk-UA" w:eastAsia="uk-UA" w:bidi="uk-UA"/>
        </w:rPr>
        <w:t>х. Причиною цього є</w:t>
      </w:r>
      <w:r w:rsidRPr="00D57227">
        <w:rPr>
          <w:rFonts w:ascii="Times New Roman" w:hAnsi="Times New Roman"/>
          <w:sz w:val="28"/>
          <w:szCs w:val="28"/>
          <w:lang w:val="uk-UA"/>
        </w:rPr>
        <w:t xml:space="preserve"> підсихання листкової маси</w:t>
      </w:r>
      <w:r>
        <w:rPr>
          <w:rFonts w:ascii="Times New Roman" w:hAnsi="Times New Roman"/>
          <w:sz w:val="28"/>
          <w:szCs w:val="28"/>
          <w:lang w:val="uk-UA"/>
        </w:rPr>
        <w:t xml:space="preserve"> рослин. Н</w:t>
      </w:r>
      <w:r w:rsidRPr="00D57227">
        <w:rPr>
          <w:rFonts w:ascii="Times New Roman" w:hAnsi="Times New Roman"/>
          <w:sz w:val="28"/>
          <w:szCs w:val="28"/>
          <w:lang w:val="uk-UA" w:eastAsia="uk-UA" w:bidi="uk-UA"/>
        </w:rPr>
        <w:t xml:space="preserve">айбільший </w:t>
      </w:r>
      <w:r>
        <w:rPr>
          <w:rFonts w:ascii="Times New Roman" w:hAnsi="Times New Roman"/>
          <w:sz w:val="28"/>
          <w:szCs w:val="28"/>
          <w:lang w:val="uk-UA" w:eastAsia="uk-UA" w:bidi="uk-UA"/>
        </w:rPr>
        <w:t xml:space="preserve">показник </w:t>
      </w:r>
      <w:r w:rsidRPr="00D57227">
        <w:rPr>
          <w:rFonts w:ascii="Times New Roman" w:hAnsi="Times New Roman"/>
          <w:sz w:val="28"/>
          <w:szCs w:val="28"/>
          <w:lang w:val="uk-UA" w:eastAsia="uk-UA" w:bidi="uk-UA"/>
        </w:rPr>
        <w:t xml:space="preserve">був у варіанті із </w:t>
      </w:r>
      <w:proofErr w:type="spellStart"/>
      <w:r w:rsidR="000A266C">
        <w:rPr>
          <w:rFonts w:ascii="Times New Roman" w:hAnsi="Times New Roman"/>
          <w:sz w:val="28"/>
          <w:szCs w:val="28"/>
          <w:lang w:val="uk-UA" w:eastAsia="uk-UA" w:bidi="uk-UA"/>
        </w:rPr>
        <w:t>Амінокатом</w:t>
      </w:r>
      <w:proofErr w:type="spellEnd"/>
      <w:r w:rsidR="000A266C">
        <w:rPr>
          <w:rFonts w:ascii="Times New Roman" w:hAnsi="Times New Roman"/>
          <w:sz w:val="28"/>
          <w:szCs w:val="28"/>
          <w:lang w:val="uk-UA" w:eastAsia="uk-UA" w:bidi="uk-UA"/>
        </w:rPr>
        <w:t xml:space="preserve"> 30, внесеним з </w:t>
      </w:r>
      <w:proofErr w:type="spellStart"/>
      <w:r>
        <w:rPr>
          <w:rFonts w:ascii="Times New Roman" w:hAnsi="Times New Roman"/>
          <w:sz w:val="28"/>
          <w:szCs w:val="28"/>
          <w:lang w:val="uk-UA" w:eastAsia="uk-UA" w:bidi="uk-UA"/>
        </w:rPr>
        <w:t>Триатлоном</w:t>
      </w:r>
      <w:proofErr w:type="spellEnd"/>
      <w:r>
        <w:rPr>
          <w:rFonts w:ascii="Times New Roman" w:hAnsi="Times New Roman"/>
          <w:sz w:val="28"/>
          <w:szCs w:val="28"/>
          <w:lang w:val="uk-UA" w:eastAsia="uk-UA" w:bidi="uk-UA"/>
        </w:rPr>
        <w:t xml:space="preserve"> Прайм в нормі </w:t>
      </w:r>
      <w:r w:rsidRPr="00D57227">
        <w:rPr>
          <w:rFonts w:ascii="Times New Roman" w:hAnsi="Times New Roman"/>
          <w:sz w:val="28"/>
          <w:szCs w:val="28"/>
          <w:lang w:val="uk-UA" w:eastAsia="uk-UA" w:bidi="uk-UA"/>
        </w:rPr>
        <w:t>0</w:t>
      </w:r>
      <w:r>
        <w:rPr>
          <w:rFonts w:ascii="Times New Roman" w:hAnsi="Times New Roman"/>
          <w:sz w:val="28"/>
          <w:szCs w:val="28"/>
          <w:lang w:val="uk-UA" w:eastAsia="uk-UA" w:bidi="uk-UA"/>
        </w:rPr>
        <w:t>,05</w:t>
      </w:r>
      <w:r w:rsidRPr="00D57227">
        <w:rPr>
          <w:rFonts w:ascii="Times New Roman" w:hAnsi="Times New Roman"/>
          <w:sz w:val="28"/>
          <w:szCs w:val="28"/>
          <w:lang w:val="uk-UA" w:eastAsia="uk-UA" w:bidi="uk-UA"/>
        </w:rPr>
        <w:t xml:space="preserve"> </w:t>
      </w:r>
      <w:r>
        <w:rPr>
          <w:rFonts w:ascii="Times New Roman" w:hAnsi="Times New Roman"/>
          <w:sz w:val="28"/>
          <w:szCs w:val="28"/>
          <w:lang w:val="uk-UA" w:eastAsia="uk-UA" w:bidi="uk-UA"/>
        </w:rPr>
        <w:t>к</w:t>
      </w:r>
      <w:r w:rsidRPr="00D57227">
        <w:rPr>
          <w:rFonts w:ascii="Times New Roman" w:hAnsi="Times New Roman"/>
          <w:sz w:val="28"/>
          <w:szCs w:val="28"/>
          <w:lang w:val="uk-UA" w:eastAsia="uk-UA" w:bidi="uk-UA"/>
        </w:rPr>
        <w:t xml:space="preserve">г/га </w:t>
      </w:r>
      <w:r>
        <w:rPr>
          <w:rFonts w:ascii="Times New Roman" w:hAnsi="Times New Roman"/>
          <w:sz w:val="28"/>
          <w:szCs w:val="28"/>
          <w:lang w:val="uk-UA" w:eastAsia="uk-UA" w:bidi="uk-UA"/>
        </w:rPr>
        <w:t>з</w:t>
      </w:r>
      <w:r w:rsidRPr="00D57227">
        <w:rPr>
          <w:rFonts w:ascii="Times New Roman" w:hAnsi="Times New Roman"/>
          <w:sz w:val="28"/>
          <w:szCs w:val="28"/>
          <w:lang w:val="uk-UA" w:eastAsia="uk-UA" w:bidi="uk-UA"/>
        </w:rPr>
        <w:t xml:space="preserve">  прибавк</w:t>
      </w:r>
      <w:r>
        <w:rPr>
          <w:rFonts w:ascii="Times New Roman" w:hAnsi="Times New Roman"/>
          <w:sz w:val="28"/>
          <w:szCs w:val="28"/>
          <w:lang w:val="uk-UA" w:eastAsia="uk-UA" w:bidi="uk-UA"/>
        </w:rPr>
        <w:t xml:space="preserve">ою у  42 %, що складає </w:t>
      </w:r>
      <w:r w:rsidRPr="00D57227">
        <w:rPr>
          <w:rFonts w:ascii="Times New Roman" w:hAnsi="Times New Roman"/>
          <w:sz w:val="28"/>
          <w:szCs w:val="28"/>
          <w:lang w:val="uk-UA" w:eastAsia="uk-UA" w:bidi="uk-UA"/>
        </w:rPr>
        <w:t xml:space="preserve"> </w:t>
      </w:r>
      <w:r w:rsidRPr="00D57227">
        <w:rPr>
          <w:rFonts w:ascii="Times New Roman" w:hAnsi="Times New Roman"/>
          <w:sz w:val="28"/>
          <w:szCs w:val="28"/>
          <w:lang w:val="uk-UA"/>
        </w:rPr>
        <w:t>1</w:t>
      </w:r>
      <w:r>
        <w:rPr>
          <w:rFonts w:ascii="Times New Roman" w:hAnsi="Times New Roman"/>
          <w:sz w:val="28"/>
          <w:szCs w:val="28"/>
          <w:lang w:val="uk-UA"/>
        </w:rPr>
        <w:t>,7 тис.</w:t>
      </w:r>
      <w:r w:rsidRPr="00D57227">
        <w:rPr>
          <w:rFonts w:ascii="Times New Roman" w:hAnsi="Times New Roman"/>
          <w:sz w:val="28"/>
          <w:szCs w:val="28"/>
          <w:lang w:val="uk-UA"/>
        </w:rPr>
        <w:t xml:space="preserve"> </w:t>
      </w:r>
      <w:r w:rsidRPr="00D57227">
        <w:rPr>
          <w:rFonts w:ascii="Times New Roman" w:hAnsi="Times New Roman"/>
          <w:sz w:val="28"/>
          <w:szCs w:val="28"/>
          <w:lang w:val="uk-UA" w:eastAsia="uk-UA" w:bidi="uk-UA"/>
        </w:rPr>
        <w:t>м</w:t>
      </w:r>
      <w:r w:rsidRPr="00D57227">
        <w:rPr>
          <w:rFonts w:ascii="Times New Roman" w:hAnsi="Times New Roman"/>
          <w:sz w:val="28"/>
          <w:szCs w:val="28"/>
          <w:vertAlign w:val="superscript"/>
          <w:lang w:val="uk-UA" w:eastAsia="uk-UA" w:bidi="uk-UA"/>
        </w:rPr>
        <w:t>2</w:t>
      </w:r>
      <w:r w:rsidRPr="00D57227">
        <w:rPr>
          <w:rFonts w:ascii="Times New Roman" w:hAnsi="Times New Roman"/>
          <w:sz w:val="28"/>
          <w:szCs w:val="28"/>
          <w:lang w:val="uk-UA" w:eastAsia="uk-UA" w:bidi="uk-UA"/>
        </w:rPr>
        <w:t>/га</w:t>
      </w:r>
      <w:r>
        <w:rPr>
          <w:rFonts w:ascii="Times New Roman" w:hAnsi="Times New Roman"/>
          <w:sz w:val="28"/>
          <w:szCs w:val="28"/>
          <w:lang w:val="uk-UA" w:eastAsia="uk-UA" w:bidi="uk-UA"/>
        </w:rPr>
        <w:t xml:space="preserve">. </w:t>
      </w:r>
      <w:r w:rsidRPr="00D57227">
        <w:rPr>
          <w:rFonts w:ascii="Times New Roman" w:hAnsi="Times New Roman"/>
          <w:sz w:val="28"/>
          <w:szCs w:val="28"/>
          <w:lang w:val="uk-UA"/>
        </w:rPr>
        <w:t>У</w:t>
      </w:r>
      <w:r>
        <w:rPr>
          <w:rFonts w:ascii="Times New Roman" w:hAnsi="Times New Roman"/>
          <w:sz w:val="28"/>
          <w:szCs w:val="28"/>
          <w:lang w:val="uk-UA"/>
        </w:rPr>
        <w:t xml:space="preserve"> </w:t>
      </w:r>
      <w:r>
        <w:rPr>
          <w:rFonts w:ascii="Times New Roman" w:hAnsi="Times New Roman"/>
          <w:sz w:val="28"/>
          <w:szCs w:val="28"/>
          <w:lang w:val="uk-UA"/>
        </w:rPr>
        <w:lastRenderedPageBreak/>
        <w:t xml:space="preserve">порівнянні з іншими фазами росту, у </w:t>
      </w:r>
      <w:r w:rsidRPr="00D57227">
        <w:rPr>
          <w:rFonts w:ascii="Times New Roman" w:hAnsi="Times New Roman"/>
          <w:sz w:val="28"/>
          <w:szCs w:val="28"/>
          <w:lang w:val="uk-UA"/>
        </w:rPr>
        <w:t xml:space="preserve"> передзбиральний період </w:t>
      </w:r>
      <w:r>
        <w:rPr>
          <w:rFonts w:ascii="Times New Roman" w:hAnsi="Times New Roman"/>
          <w:sz w:val="28"/>
          <w:szCs w:val="28"/>
          <w:lang w:val="uk-UA"/>
        </w:rPr>
        <w:t xml:space="preserve">ми спостерігали </w:t>
      </w:r>
      <w:r w:rsidRPr="00D57227">
        <w:rPr>
          <w:rFonts w:ascii="Times New Roman" w:hAnsi="Times New Roman"/>
          <w:sz w:val="28"/>
          <w:szCs w:val="28"/>
          <w:lang w:val="uk-UA"/>
        </w:rPr>
        <w:t>зниження площі асиміляційної поверхні посів</w:t>
      </w:r>
      <w:r>
        <w:rPr>
          <w:rFonts w:ascii="Times New Roman" w:hAnsi="Times New Roman"/>
          <w:sz w:val="28"/>
          <w:szCs w:val="28"/>
          <w:lang w:val="uk-UA"/>
        </w:rPr>
        <w:t>у</w:t>
      </w:r>
      <w:r w:rsidRPr="00D57227">
        <w:rPr>
          <w:rFonts w:ascii="Times New Roman" w:hAnsi="Times New Roman"/>
          <w:sz w:val="28"/>
          <w:szCs w:val="28"/>
          <w:lang w:val="uk-UA"/>
        </w:rPr>
        <w:t xml:space="preserve"> пшениці </w:t>
      </w:r>
      <w:proofErr w:type="spellStart"/>
      <w:r>
        <w:rPr>
          <w:rFonts w:ascii="Times New Roman" w:hAnsi="Times New Roman"/>
          <w:sz w:val="28"/>
          <w:szCs w:val="28"/>
          <w:lang w:val="uk-UA"/>
        </w:rPr>
        <w:t>дворучки</w:t>
      </w:r>
      <w:proofErr w:type="spellEnd"/>
      <w:r w:rsidRPr="00D57227">
        <w:rPr>
          <w:rFonts w:ascii="Times New Roman" w:hAnsi="Times New Roman"/>
          <w:sz w:val="28"/>
          <w:szCs w:val="28"/>
          <w:lang w:val="uk-UA"/>
        </w:rPr>
        <w:t xml:space="preserve"> в усіх варіантах</w:t>
      </w:r>
      <w:r>
        <w:rPr>
          <w:rFonts w:ascii="Times New Roman" w:hAnsi="Times New Roman"/>
          <w:sz w:val="28"/>
          <w:szCs w:val="28"/>
          <w:lang w:val="uk-UA"/>
        </w:rPr>
        <w:t xml:space="preserve"> досліду.</w:t>
      </w:r>
      <w:r w:rsidRPr="00D57227">
        <w:rPr>
          <w:rFonts w:ascii="Times New Roman" w:hAnsi="Times New Roman"/>
          <w:sz w:val="28"/>
          <w:szCs w:val="28"/>
          <w:lang w:val="uk-UA"/>
        </w:rPr>
        <w:t xml:space="preserve"> </w:t>
      </w:r>
      <w:r w:rsidR="000A266C" w:rsidRPr="00D57227">
        <w:rPr>
          <w:rFonts w:ascii="Times New Roman" w:hAnsi="Times New Roman"/>
          <w:sz w:val="28"/>
          <w:szCs w:val="28"/>
          <w:lang w:val="uk-UA"/>
        </w:rPr>
        <w:t xml:space="preserve">У </w:t>
      </w:r>
      <w:r w:rsidR="000A266C">
        <w:rPr>
          <w:rFonts w:ascii="Times New Roman" w:hAnsi="Times New Roman"/>
          <w:sz w:val="28"/>
          <w:szCs w:val="28"/>
          <w:lang w:val="uk-UA"/>
        </w:rPr>
        <w:t>цей</w:t>
      </w:r>
      <w:r w:rsidR="000A266C" w:rsidRPr="00D57227">
        <w:rPr>
          <w:rFonts w:ascii="Times New Roman" w:hAnsi="Times New Roman"/>
          <w:sz w:val="28"/>
          <w:szCs w:val="28"/>
          <w:lang w:val="uk-UA"/>
        </w:rPr>
        <w:t xml:space="preserve"> період </w:t>
      </w:r>
      <w:proofErr w:type="spellStart"/>
      <w:r w:rsidR="000A266C" w:rsidRPr="00D57227">
        <w:rPr>
          <w:rFonts w:ascii="Times New Roman" w:hAnsi="Times New Roman"/>
          <w:sz w:val="28"/>
          <w:szCs w:val="28"/>
          <w:lang w:val="uk-UA"/>
        </w:rPr>
        <w:t>відмічено</w:t>
      </w:r>
      <w:proofErr w:type="spellEnd"/>
      <w:r w:rsidR="000A266C" w:rsidRPr="00D57227">
        <w:rPr>
          <w:rFonts w:ascii="Times New Roman" w:hAnsi="Times New Roman"/>
          <w:sz w:val="28"/>
          <w:szCs w:val="28"/>
          <w:lang w:val="uk-UA"/>
        </w:rPr>
        <w:t xml:space="preserve"> істотне (в 1,3-1,5 рази) зниження площі асиміляційної поверхні посівів пшениці озимої в усіх варіантах</w:t>
      </w:r>
      <w:r w:rsidR="000A266C" w:rsidRPr="00D57227">
        <w:rPr>
          <w:rFonts w:ascii="Times New Roman" w:hAnsi="Times New Roman"/>
          <w:sz w:val="28"/>
          <w:szCs w:val="28"/>
          <w:lang w:val="uk-UA" w:eastAsia="uk-UA" w:bidi="uk-UA"/>
        </w:rPr>
        <w:t xml:space="preserve">. </w:t>
      </w:r>
    </w:p>
    <w:p w14:paraId="3D08452B" w14:textId="77777777" w:rsidR="00364057" w:rsidRPr="00D57227" w:rsidRDefault="00364057" w:rsidP="00364057">
      <w:pPr>
        <w:spacing w:after="0" w:line="360" w:lineRule="auto"/>
        <w:ind w:firstLine="709"/>
        <w:jc w:val="both"/>
        <w:rPr>
          <w:rFonts w:ascii="Times New Roman" w:hAnsi="Times New Roman"/>
          <w:sz w:val="28"/>
          <w:szCs w:val="28"/>
          <w:lang w:val="uk-UA" w:eastAsia="uk-UA" w:bidi="uk-UA"/>
        </w:rPr>
      </w:pPr>
      <w:r>
        <w:rPr>
          <w:rFonts w:ascii="Times New Roman" w:hAnsi="Times New Roman"/>
          <w:sz w:val="28"/>
          <w:szCs w:val="28"/>
          <w:lang w:val="uk-UA"/>
        </w:rPr>
        <w:t xml:space="preserve">При дослідженні найбільшої норми </w:t>
      </w:r>
      <w:proofErr w:type="spellStart"/>
      <w:r>
        <w:rPr>
          <w:rFonts w:ascii="Times New Roman" w:hAnsi="Times New Roman"/>
          <w:sz w:val="28"/>
          <w:szCs w:val="28"/>
          <w:lang w:val="uk-UA"/>
        </w:rPr>
        <w:t>Триатлону</w:t>
      </w:r>
      <w:proofErr w:type="spellEnd"/>
      <w:r>
        <w:rPr>
          <w:rFonts w:ascii="Times New Roman" w:hAnsi="Times New Roman"/>
          <w:sz w:val="28"/>
          <w:szCs w:val="28"/>
          <w:lang w:val="uk-UA"/>
        </w:rPr>
        <w:t xml:space="preserve"> Прайм ми побачили </w:t>
      </w:r>
      <w:r w:rsidRPr="00D57227">
        <w:rPr>
          <w:rFonts w:ascii="Times New Roman" w:hAnsi="Times New Roman"/>
          <w:sz w:val="28"/>
          <w:szCs w:val="28"/>
          <w:lang w:val="uk-UA"/>
        </w:rPr>
        <w:t xml:space="preserve">зменшення площі </w:t>
      </w:r>
      <w:r>
        <w:rPr>
          <w:rFonts w:ascii="Times New Roman" w:hAnsi="Times New Roman"/>
          <w:sz w:val="28"/>
          <w:szCs w:val="28"/>
          <w:lang w:val="uk-UA"/>
        </w:rPr>
        <w:t>асиміляційн</w:t>
      </w:r>
      <w:r w:rsidRPr="00D57227">
        <w:rPr>
          <w:rFonts w:ascii="Times New Roman" w:hAnsi="Times New Roman"/>
          <w:sz w:val="28"/>
          <w:szCs w:val="28"/>
          <w:lang w:val="uk-UA"/>
        </w:rPr>
        <w:t xml:space="preserve">ої </w:t>
      </w:r>
      <w:proofErr w:type="spellStart"/>
      <w:r w:rsidRPr="00D57227">
        <w:rPr>
          <w:rFonts w:ascii="Times New Roman" w:hAnsi="Times New Roman"/>
          <w:sz w:val="28"/>
          <w:szCs w:val="28"/>
          <w:lang w:val="uk-UA"/>
        </w:rPr>
        <w:t>пове</w:t>
      </w:r>
      <w:proofErr w:type="spellEnd"/>
      <w:r w:rsidRPr="00D57227">
        <w:rPr>
          <w:rFonts w:ascii="Times New Roman" w:hAnsi="Times New Roman"/>
          <w:sz w:val="28"/>
          <w:szCs w:val="28"/>
        </w:rPr>
        <w:t>p</w:t>
      </w:r>
      <w:r w:rsidRPr="00D57227">
        <w:rPr>
          <w:rFonts w:ascii="Times New Roman" w:hAnsi="Times New Roman"/>
          <w:sz w:val="28"/>
          <w:szCs w:val="28"/>
          <w:lang w:val="uk-UA"/>
        </w:rPr>
        <w:t>хні, у всіх фазах росту</w:t>
      </w:r>
      <w:r>
        <w:rPr>
          <w:rFonts w:ascii="Times New Roman" w:hAnsi="Times New Roman"/>
          <w:sz w:val="28"/>
          <w:szCs w:val="28"/>
          <w:lang w:val="uk-UA"/>
        </w:rPr>
        <w:t xml:space="preserve"> пшениці </w:t>
      </w:r>
      <w:proofErr w:type="spellStart"/>
      <w:r>
        <w:rPr>
          <w:rFonts w:ascii="Times New Roman" w:hAnsi="Times New Roman"/>
          <w:sz w:val="28"/>
          <w:szCs w:val="28"/>
          <w:lang w:val="uk-UA"/>
        </w:rPr>
        <w:t>дворучки</w:t>
      </w:r>
      <w:proofErr w:type="spellEnd"/>
      <w:r w:rsidRPr="00D57227">
        <w:rPr>
          <w:rFonts w:ascii="Times New Roman" w:hAnsi="Times New Roman"/>
          <w:sz w:val="28"/>
          <w:szCs w:val="28"/>
          <w:lang w:val="uk-UA"/>
        </w:rPr>
        <w:t xml:space="preserve">. </w:t>
      </w:r>
      <w:r>
        <w:rPr>
          <w:rFonts w:ascii="Times New Roman" w:hAnsi="Times New Roman"/>
          <w:sz w:val="28"/>
          <w:szCs w:val="28"/>
          <w:lang w:val="uk-UA"/>
        </w:rPr>
        <w:t>Тому, можна заключити, що при нормі гербіциду у 0,06 кг/га</w:t>
      </w:r>
      <w:r w:rsidRPr="00D57227">
        <w:rPr>
          <w:rFonts w:ascii="Times New Roman" w:hAnsi="Times New Roman"/>
          <w:sz w:val="28"/>
          <w:szCs w:val="28"/>
          <w:lang w:val="uk-UA"/>
        </w:rPr>
        <w:t xml:space="preserve"> </w:t>
      </w:r>
      <w:r w:rsidR="000A266C" w:rsidRPr="00D57227">
        <w:rPr>
          <w:rFonts w:ascii="Times New Roman" w:hAnsi="Times New Roman"/>
          <w:sz w:val="28"/>
          <w:szCs w:val="28"/>
          <w:lang w:val="uk-UA"/>
        </w:rPr>
        <w:t>пригнічу</w:t>
      </w:r>
      <w:r w:rsidR="000A266C">
        <w:rPr>
          <w:rFonts w:ascii="Times New Roman" w:hAnsi="Times New Roman"/>
          <w:sz w:val="28"/>
          <w:szCs w:val="28"/>
          <w:lang w:val="uk-UA"/>
        </w:rPr>
        <w:t>ють</w:t>
      </w:r>
      <w:r w:rsidR="000A266C" w:rsidRPr="00D57227">
        <w:rPr>
          <w:rFonts w:ascii="Times New Roman" w:hAnsi="Times New Roman"/>
          <w:sz w:val="28"/>
          <w:szCs w:val="28"/>
          <w:lang w:val="uk-UA"/>
        </w:rPr>
        <w:t>ся</w:t>
      </w:r>
      <w:r w:rsidRPr="00D57227">
        <w:rPr>
          <w:rFonts w:ascii="Times New Roman" w:hAnsi="Times New Roman"/>
          <w:sz w:val="28"/>
          <w:szCs w:val="28"/>
          <w:lang w:val="uk-UA"/>
        </w:rPr>
        <w:t xml:space="preserve"> </w:t>
      </w:r>
      <w:r>
        <w:rPr>
          <w:rFonts w:ascii="Times New Roman" w:hAnsi="Times New Roman"/>
          <w:sz w:val="28"/>
          <w:szCs w:val="28"/>
          <w:lang w:val="uk-UA"/>
        </w:rPr>
        <w:t>ріст та розвиток</w:t>
      </w:r>
      <w:r w:rsidRPr="00D57227">
        <w:rPr>
          <w:rFonts w:ascii="Times New Roman" w:hAnsi="Times New Roman"/>
          <w:sz w:val="28"/>
          <w:szCs w:val="28"/>
          <w:lang w:val="uk-UA"/>
        </w:rPr>
        <w:t xml:space="preserve"> </w:t>
      </w:r>
      <w:r>
        <w:rPr>
          <w:rFonts w:ascii="Times New Roman" w:hAnsi="Times New Roman"/>
          <w:sz w:val="28"/>
          <w:szCs w:val="28"/>
          <w:lang w:val="uk-UA"/>
        </w:rPr>
        <w:t>і</w:t>
      </w:r>
      <w:r w:rsidRPr="00D57227">
        <w:rPr>
          <w:rFonts w:ascii="Times New Roman" w:hAnsi="Times New Roman"/>
          <w:sz w:val="28"/>
          <w:szCs w:val="28"/>
          <w:lang w:val="uk-UA"/>
        </w:rPr>
        <w:t xml:space="preserve"> бур</w:t>
      </w:r>
      <w:r w:rsidRPr="00104A89">
        <w:rPr>
          <w:rFonts w:ascii="Times New Roman" w:hAnsi="Times New Roman"/>
          <w:sz w:val="28"/>
          <w:szCs w:val="28"/>
          <w:lang w:val="ru-RU"/>
        </w:rPr>
        <w:t>’</w:t>
      </w:r>
      <w:proofErr w:type="spellStart"/>
      <w:r>
        <w:rPr>
          <w:rFonts w:ascii="Times New Roman" w:hAnsi="Times New Roman"/>
          <w:sz w:val="28"/>
          <w:szCs w:val="28"/>
          <w:lang w:val="uk-UA"/>
        </w:rPr>
        <w:t>янів</w:t>
      </w:r>
      <w:proofErr w:type="spellEnd"/>
      <w:r>
        <w:rPr>
          <w:rFonts w:ascii="Times New Roman" w:hAnsi="Times New Roman"/>
          <w:sz w:val="28"/>
          <w:szCs w:val="28"/>
          <w:lang w:val="uk-UA"/>
        </w:rPr>
        <w:t xml:space="preserve">, </w:t>
      </w:r>
      <w:r w:rsidRPr="00D57227">
        <w:rPr>
          <w:rFonts w:ascii="Times New Roman" w:hAnsi="Times New Roman"/>
          <w:sz w:val="28"/>
          <w:szCs w:val="28"/>
          <w:lang w:val="uk-UA"/>
        </w:rPr>
        <w:t xml:space="preserve"> і культурних рослин</w:t>
      </w:r>
      <w:r w:rsidR="000A266C">
        <w:rPr>
          <w:rFonts w:ascii="Times New Roman" w:hAnsi="Times New Roman"/>
          <w:sz w:val="28"/>
          <w:szCs w:val="28"/>
          <w:lang w:val="uk-UA"/>
        </w:rPr>
        <w:t>, не зважаючи на сумісне внесення його з регулятором росту рослин</w:t>
      </w:r>
      <w:r w:rsidRPr="00D57227">
        <w:rPr>
          <w:rFonts w:ascii="Times New Roman" w:hAnsi="Times New Roman"/>
          <w:sz w:val="28"/>
          <w:szCs w:val="28"/>
          <w:lang w:val="uk-UA"/>
        </w:rPr>
        <w:t>.</w:t>
      </w:r>
    </w:p>
    <w:p w14:paraId="015252A6" w14:textId="77777777" w:rsidR="00364057" w:rsidRPr="00104A89" w:rsidRDefault="00364057" w:rsidP="00364057">
      <w:pPr>
        <w:pStyle w:val="af"/>
        <w:spacing w:after="0" w:line="360" w:lineRule="auto"/>
        <w:ind w:firstLine="566"/>
        <w:jc w:val="both"/>
        <w:rPr>
          <w:rFonts w:ascii="Times New Roman" w:hAnsi="Times New Roman"/>
          <w:sz w:val="28"/>
          <w:szCs w:val="28"/>
          <w:lang w:val="ru-RU"/>
        </w:rPr>
      </w:pPr>
      <w:r w:rsidRPr="00D57227">
        <w:rPr>
          <w:rFonts w:ascii="Times New Roman" w:hAnsi="Times New Roman"/>
          <w:sz w:val="28"/>
          <w:szCs w:val="28"/>
          <w:lang w:val="uk-UA"/>
        </w:rPr>
        <w:t xml:space="preserve">Отже, </w:t>
      </w:r>
      <w:r w:rsidRPr="00E53FD4">
        <w:rPr>
          <w:rFonts w:ascii="Times New Roman" w:hAnsi="Times New Roman"/>
          <w:sz w:val="28"/>
          <w:szCs w:val="28"/>
          <w:lang w:val="uk-UA"/>
        </w:rPr>
        <w:t xml:space="preserve"> </w:t>
      </w:r>
      <w:r>
        <w:rPr>
          <w:rFonts w:ascii="Times New Roman" w:hAnsi="Times New Roman"/>
          <w:sz w:val="28"/>
          <w:szCs w:val="28"/>
          <w:lang w:val="uk-UA"/>
        </w:rPr>
        <w:t>м</w:t>
      </w:r>
      <w:r w:rsidRPr="00E53FD4">
        <w:rPr>
          <w:rFonts w:ascii="Times New Roman" w:hAnsi="Times New Roman"/>
          <w:sz w:val="28"/>
          <w:szCs w:val="28"/>
          <w:lang w:val="uk-UA"/>
        </w:rPr>
        <w:t>аксимальн</w:t>
      </w:r>
      <w:r>
        <w:rPr>
          <w:rFonts w:ascii="Times New Roman" w:hAnsi="Times New Roman"/>
          <w:sz w:val="28"/>
          <w:szCs w:val="28"/>
          <w:lang w:val="uk-UA"/>
        </w:rPr>
        <w:t>а</w:t>
      </w:r>
      <w:r w:rsidRPr="00D57227">
        <w:rPr>
          <w:rFonts w:ascii="Times New Roman" w:hAnsi="Times New Roman"/>
          <w:sz w:val="28"/>
          <w:szCs w:val="28"/>
          <w:lang w:val="uk-UA"/>
        </w:rPr>
        <w:t xml:space="preserve"> площа </w:t>
      </w:r>
      <w:r>
        <w:rPr>
          <w:rFonts w:ascii="Times New Roman" w:hAnsi="Times New Roman"/>
          <w:sz w:val="28"/>
          <w:szCs w:val="28"/>
          <w:lang w:val="uk-UA"/>
        </w:rPr>
        <w:t>листя</w:t>
      </w:r>
      <w:r w:rsidRPr="00D57227">
        <w:rPr>
          <w:rFonts w:ascii="Times New Roman" w:hAnsi="Times New Roman"/>
          <w:sz w:val="28"/>
          <w:szCs w:val="28"/>
          <w:lang w:val="uk-UA"/>
        </w:rPr>
        <w:t xml:space="preserve"> </w:t>
      </w:r>
      <w:r>
        <w:rPr>
          <w:rFonts w:ascii="Times New Roman" w:hAnsi="Times New Roman"/>
          <w:sz w:val="28"/>
          <w:szCs w:val="28"/>
          <w:lang w:val="uk-UA"/>
        </w:rPr>
        <w:t>в онтогенезі (</w:t>
      </w:r>
      <w:r w:rsidRPr="00D57227">
        <w:rPr>
          <w:rFonts w:ascii="Times New Roman" w:hAnsi="Times New Roman"/>
          <w:sz w:val="28"/>
          <w:szCs w:val="28"/>
          <w:lang w:val="uk-UA"/>
        </w:rPr>
        <w:t xml:space="preserve">від </w:t>
      </w:r>
      <w:r w:rsidRPr="000A266C">
        <w:rPr>
          <w:rFonts w:ascii="Times New Roman" w:hAnsi="Times New Roman"/>
          <w:sz w:val="28"/>
          <w:szCs w:val="28"/>
          <w:lang w:val="uk-UA"/>
        </w:rPr>
        <w:t>період</w:t>
      </w:r>
      <w:r>
        <w:rPr>
          <w:rFonts w:ascii="Times New Roman" w:hAnsi="Times New Roman"/>
          <w:sz w:val="28"/>
          <w:szCs w:val="28"/>
          <w:lang w:val="uk-UA"/>
        </w:rPr>
        <w:t>у кущення до воскової стиглості) спостерігалась</w:t>
      </w:r>
      <w:r w:rsidRPr="00E53FD4">
        <w:rPr>
          <w:rFonts w:ascii="Times New Roman" w:hAnsi="Times New Roman"/>
          <w:sz w:val="28"/>
          <w:szCs w:val="28"/>
          <w:lang w:val="uk-UA"/>
        </w:rPr>
        <w:t xml:space="preserve"> </w:t>
      </w:r>
      <w:r w:rsidRPr="00D57227">
        <w:rPr>
          <w:rFonts w:ascii="Times New Roman" w:hAnsi="Times New Roman"/>
          <w:sz w:val="28"/>
          <w:szCs w:val="28"/>
          <w:lang w:val="uk-UA"/>
        </w:rPr>
        <w:t xml:space="preserve">у варіанті, де </w:t>
      </w:r>
      <w:r w:rsidR="000A266C">
        <w:rPr>
          <w:rFonts w:ascii="Times New Roman" w:hAnsi="Times New Roman"/>
          <w:sz w:val="28"/>
          <w:szCs w:val="28"/>
          <w:lang w:val="uk-UA"/>
        </w:rPr>
        <w:t xml:space="preserve">було сумісне </w:t>
      </w:r>
      <w:r w:rsidRPr="00D57227">
        <w:rPr>
          <w:rFonts w:ascii="Times New Roman" w:hAnsi="Times New Roman"/>
          <w:sz w:val="28"/>
          <w:szCs w:val="28"/>
          <w:lang w:val="uk-UA"/>
        </w:rPr>
        <w:t>застосовува</w:t>
      </w:r>
      <w:r w:rsidR="000A266C">
        <w:rPr>
          <w:rFonts w:ascii="Times New Roman" w:hAnsi="Times New Roman"/>
          <w:sz w:val="28"/>
          <w:szCs w:val="28"/>
          <w:lang w:val="uk-UA"/>
        </w:rPr>
        <w:t xml:space="preserve">ння </w:t>
      </w:r>
      <w:proofErr w:type="spellStart"/>
      <w:r w:rsidR="000A266C">
        <w:rPr>
          <w:rFonts w:ascii="Times New Roman" w:hAnsi="Times New Roman"/>
          <w:sz w:val="28"/>
          <w:szCs w:val="28"/>
          <w:lang w:val="uk-UA"/>
        </w:rPr>
        <w:t>Амінокату</w:t>
      </w:r>
      <w:proofErr w:type="spellEnd"/>
      <w:r w:rsidR="000A266C">
        <w:rPr>
          <w:rFonts w:ascii="Times New Roman" w:hAnsi="Times New Roman"/>
          <w:sz w:val="28"/>
          <w:szCs w:val="28"/>
          <w:lang w:val="uk-UA"/>
        </w:rPr>
        <w:t xml:space="preserve"> 30 з </w:t>
      </w:r>
      <w:r w:rsidRPr="00D57227">
        <w:rPr>
          <w:rFonts w:ascii="Times New Roman" w:hAnsi="Times New Roman"/>
          <w:sz w:val="28"/>
          <w:szCs w:val="28"/>
          <w:lang w:val="uk-UA"/>
        </w:rPr>
        <w:t xml:space="preserve"> </w:t>
      </w:r>
      <w:proofErr w:type="spellStart"/>
      <w:r w:rsidRPr="00D57227">
        <w:rPr>
          <w:rFonts w:ascii="Times New Roman" w:hAnsi="Times New Roman"/>
          <w:sz w:val="28"/>
          <w:szCs w:val="28"/>
          <w:lang w:val="uk-UA"/>
        </w:rPr>
        <w:t>Триатлон</w:t>
      </w:r>
      <w:r w:rsidR="000A266C">
        <w:rPr>
          <w:rFonts w:ascii="Times New Roman" w:hAnsi="Times New Roman"/>
          <w:sz w:val="28"/>
          <w:szCs w:val="28"/>
          <w:lang w:val="uk-UA"/>
        </w:rPr>
        <w:t>ом</w:t>
      </w:r>
      <w:proofErr w:type="spellEnd"/>
      <w:r>
        <w:rPr>
          <w:rFonts w:ascii="Times New Roman" w:hAnsi="Times New Roman"/>
          <w:sz w:val="28"/>
          <w:szCs w:val="28"/>
          <w:lang w:val="uk-UA"/>
        </w:rPr>
        <w:t xml:space="preserve"> Прайм в нормі 0,05</w:t>
      </w:r>
      <w:r w:rsidRPr="00D57227">
        <w:rPr>
          <w:rFonts w:ascii="Times New Roman" w:hAnsi="Times New Roman"/>
          <w:sz w:val="28"/>
          <w:szCs w:val="28"/>
          <w:lang w:val="uk-UA"/>
        </w:rPr>
        <w:t xml:space="preserve"> </w:t>
      </w:r>
      <w:r>
        <w:rPr>
          <w:rFonts w:ascii="Times New Roman" w:hAnsi="Times New Roman"/>
          <w:sz w:val="28"/>
          <w:szCs w:val="28"/>
          <w:lang w:val="uk-UA"/>
        </w:rPr>
        <w:t>к</w:t>
      </w:r>
      <w:r w:rsidRPr="00D57227">
        <w:rPr>
          <w:rFonts w:ascii="Times New Roman" w:hAnsi="Times New Roman"/>
          <w:sz w:val="28"/>
          <w:szCs w:val="28"/>
          <w:lang w:val="uk-UA"/>
        </w:rPr>
        <w:t>г/га</w:t>
      </w:r>
      <w:r>
        <w:rPr>
          <w:rFonts w:ascii="Times New Roman" w:hAnsi="Times New Roman"/>
          <w:sz w:val="28"/>
          <w:szCs w:val="28"/>
          <w:lang w:val="uk-UA"/>
        </w:rPr>
        <w:t>. В</w:t>
      </w:r>
      <w:r w:rsidRPr="00D57227">
        <w:rPr>
          <w:rFonts w:ascii="Times New Roman" w:hAnsi="Times New Roman"/>
          <w:sz w:val="28"/>
          <w:szCs w:val="28"/>
          <w:lang w:val="uk-UA"/>
        </w:rPr>
        <w:t xml:space="preserve">ід </w:t>
      </w:r>
      <w:proofErr w:type="spellStart"/>
      <w:r w:rsidRPr="00104A89">
        <w:rPr>
          <w:rFonts w:ascii="Times New Roman" w:hAnsi="Times New Roman"/>
          <w:sz w:val="28"/>
          <w:szCs w:val="28"/>
          <w:lang w:val="ru-RU"/>
        </w:rPr>
        <w:t>період</w:t>
      </w:r>
      <w:proofErr w:type="spellEnd"/>
      <w:r w:rsidRPr="00D57227">
        <w:rPr>
          <w:rFonts w:ascii="Times New Roman" w:hAnsi="Times New Roman"/>
          <w:sz w:val="28"/>
          <w:szCs w:val="28"/>
          <w:lang w:val="uk-UA"/>
        </w:rPr>
        <w:t xml:space="preserve">у кущення до виходу в трубку </w:t>
      </w:r>
      <w:r w:rsidRPr="00104A89">
        <w:rPr>
          <w:rFonts w:ascii="Times New Roman" w:hAnsi="Times New Roman"/>
          <w:sz w:val="28"/>
          <w:szCs w:val="28"/>
          <w:lang w:val="ru-RU"/>
        </w:rPr>
        <w:t xml:space="preserve"> </w:t>
      </w:r>
      <w:proofErr w:type="spellStart"/>
      <w:r w:rsidRPr="00104A89">
        <w:rPr>
          <w:rFonts w:ascii="Times New Roman" w:hAnsi="Times New Roman"/>
          <w:sz w:val="28"/>
          <w:szCs w:val="28"/>
          <w:lang w:val="ru-RU"/>
        </w:rPr>
        <w:t>спостерігалось</w:t>
      </w:r>
      <w:proofErr w:type="spellEnd"/>
      <w:r w:rsidRPr="00104A89">
        <w:rPr>
          <w:rFonts w:ascii="Times New Roman" w:hAnsi="Times New Roman"/>
          <w:sz w:val="28"/>
          <w:szCs w:val="28"/>
          <w:lang w:val="ru-RU"/>
        </w:rPr>
        <w:t xml:space="preserve"> </w:t>
      </w:r>
      <w:proofErr w:type="spellStart"/>
      <w:r w:rsidRPr="00104A89">
        <w:rPr>
          <w:rFonts w:ascii="Times New Roman" w:hAnsi="Times New Roman"/>
          <w:sz w:val="28"/>
          <w:szCs w:val="28"/>
          <w:lang w:val="ru-RU"/>
        </w:rPr>
        <w:t>істотне</w:t>
      </w:r>
      <w:proofErr w:type="spellEnd"/>
      <w:r w:rsidRPr="00104A89">
        <w:rPr>
          <w:rFonts w:ascii="Times New Roman" w:hAnsi="Times New Roman"/>
          <w:sz w:val="28"/>
          <w:szCs w:val="28"/>
          <w:lang w:val="ru-RU"/>
        </w:rPr>
        <w:t xml:space="preserve"> </w:t>
      </w:r>
      <w:proofErr w:type="spellStart"/>
      <w:r w:rsidRPr="00104A89">
        <w:rPr>
          <w:rFonts w:ascii="Times New Roman" w:hAnsi="Times New Roman"/>
          <w:sz w:val="28"/>
          <w:szCs w:val="28"/>
          <w:lang w:val="ru-RU"/>
        </w:rPr>
        <w:t>зростання</w:t>
      </w:r>
      <w:proofErr w:type="spellEnd"/>
      <w:r w:rsidRPr="00104A89">
        <w:rPr>
          <w:rFonts w:ascii="Times New Roman" w:hAnsi="Times New Roman"/>
          <w:sz w:val="28"/>
          <w:szCs w:val="28"/>
          <w:lang w:val="ru-RU"/>
        </w:rPr>
        <w:t xml:space="preserve"> </w:t>
      </w:r>
      <w:proofErr w:type="spellStart"/>
      <w:r w:rsidRPr="00104A89">
        <w:rPr>
          <w:rFonts w:ascii="Times New Roman" w:hAnsi="Times New Roman"/>
          <w:sz w:val="28"/>
          <w:szCs w:val="28"/>
          <w:lang w:val="ru-RU"/>
        </w:rPr>
        <w:t>площі</w:t>
      </w:r>
      <w:proofErr w:type="spellEnd"/>
      <w:r w:rsidRPr="00104A89">
        <w:rPr>
          <w:rFonts w:ascii="Times New Roman" w:hAnsi="Times New Roman"/>
          <w:sz w:val="28"/>
          <w:szCs w:val="28"/>
          <w:lang w:val="ru-RU"/>
        </w:rPr>
        <w:t xml:space="preserve"> </w:t>
      </w:r>
      <w:proofErr w:type="spellStart"/>
      <w:r w:rsidRPr="00104A89">
        <w:rPr>
          <w:rFonts w:ascii="Times New Roman" w:hAnsi="Times New Roman"/>
          <w:sz w:val="28"/>
          <w:szCs w:val="28"/>
          <w:lang w:val="ru-RU"/>
        </w:rPr>
        <w:t>листя</w:t>
      </w:r>
      <w:proofErr w:type="spellEnd"/>
      <w:r>
        <w:rPr>
          <w:rFonts w:ascii="Times New Roman" w:hAnsi="Times New Roman"/>
          <w:sz w:val="28"/>
          <w:szCs w:val="28"/>
          <w:lang w:val="uk-UA"/>
        </w:rPr>
        <w:t>, а потім</w:t>
      </w:r>
      <w:r w:rsidRPr="00D57227">
        <w:rPr>
          <w:rFonts w:ascii="Times New Roman" w:hAnsi="Times New Roman"/>
          <w:sz w:val="28"/>
          <w:szCs w:val="28"/>
          <w:lang w:val="uk-UA"/>
        </w:rPr>
        <w:t xml:space="preserve"> зниження </w:t>
      </w:r>
      <w:proofErr w:type="spellStart"/>
      <w:r w:rsidRPr="00104A89">
        <w:rPr>
          <w:rFonts w:ascii="Times New Roman" w:hAnsi="Times New Roman"/>
          <w:sz w:val="28"/>
          <w:szCs w:val="28"/>
          <w:lang w:val="ru-RU"/>
        </w:rPr>
        <w:t>досліджува</w:t>
      </w:r>
      <w:proofErr w:type="spellEnd"/>
      <w:r w:rsidRPr="00D57227">
        <w:rPr>
          <w:rFonts w:ascii="Times New Roman" w:hAnsi="Times New Roman"/>
          <w:sz w:val="28"/>
          <w:szCs w:val="28"/>
          <w:lang w:val="uk-UA"/>
        </w:rPr>
        <w:t>ного показника</w:t>
      </w:r>
      <w:r>
        <w:rPr>
          <w:rFonts w:ascii="Times New Roman" w:eastAsia="Times New Roman" w:hAnsi="Times New Roman"/>
          <w:b/>
          <w:bCs/>
          <w:sz w:val="28"/>
          <w:szCs w:val="20"/>
          <w:lang w:val="uk-UA" w:eastAsia="ru-RU"/>
        </w:rPr>
        <w:t xml:space="preserve"> </w:t>
      </w:r>
      <w:r w:rsidRPr="00565F46">
        <w:rPr>
          <w:rFonts w:ascii="Times New Roman" w:eastAsia="Times New Roman" w:hAnsi="Times New Roman"/>
          <w:bCs/>
          <w:sz w:val="28"/>
          <w:szCs w:val="20"/>
          <w:lang w:val="uk-UA" w:eastAsia="ru-RU"/>
        </w:rPr>
        <w:t xml:space="preserve">до </w:t>
      </w:r>
      <w:r w:rsidRPr="00D57227">
        <w:rPr>
          <w:rFonts w:ascii="Times New Roman" w:hAnsi="Times New Roman"/>
          <w:sz w:val="28"/>
          <w:szCs w:val="28"/>
          <w:lang w:val="uk-UA"/>
        </w:rPr>
        <w:t>воскової стиглості</w:t>
      </w:r>
      <w:r>
        <w:rPr>
          <w:rFonts w:ascii="Times New Roman" w:hAnsi="Times New Roman"/>
          <w:sz w:val="28"/>
          <w:szCs w:val="28"/>
          <w:lang w:val="uk-UA"/>
        </w:rPr>
        <w:t>.</w:t>
      </w:r>
      <w:r w:rsidRPr="00104A89">
        <w:rPr>
          <w:rFonts w:ascii="Times New Roman" w:hAnsi="Times New Roman"/>
          <w:sz w:val="28"/>
          <w:szCs w:val="28"/>
          <w:lang w:val="ru-RU"/>
        </w:rPr>
        <w:t xml:space="preserve"> </w:t>
      </w:r>
    </w:p>
    <w:p w14:paraId="4E395D7B" w14:textId="77777777" w:rsidR="00364057" w:rsidRPr="00AC6A13" w:rsidRDefault="00364057" w:rsidP="00AC6A13">
      <w:pPr>
        <w:widowControl w:val="0"/>
        <w:shd w:val="clear" w:color="auto" w:fill="FFFFFF"/>
        <w:autoSpaceDE w:val="0"/>
        <w:autoSpaceDN w:val="0"/>
        <w:adjustRightInd w:val="0"/>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Г</w:t>
      </w:r>
      <w:r w:rsidRPr="00702B33">
        <w:rPr>
          <w:rFonts w:ascii="Times New Roman" w:hAnsi="Times New Roman"/>
          <w:sz w:val="28"/>
          <w:szCs w:val="28"/>
          <w:lang w:val="uk-UA"/>
        </w:rPr>
        <w:t>лобальн</w:t>
      </w:r>
      <w:r>
        <w:rPr>
          <w:rFonts w:ascii="Times New Roman" w:hAnsi="Times New Roman"/>
          <w:sz w:val="28"/>
          <w:szCs w:val="28"/>
          <w:lang w:val="uk-UA"/>
        </w:rPr>
        <w:t>е</w:t>
      </w:r>
      <w:r w:rsidRPr="00702B33">
        <w:rPr>
          <w:rFonts w:ascii="Times New Roman" w:hAnsi="Times New Roman"/>
          <w:sz w:val="28"/>
          <w:szCs w:val="28"/>
          <w:lang w:val="uk-UA"/>
        </w:rPr>
        <w:t xml:space="preserve"> потепління </w:t>
      </w:r>
      <w:r>
        <w:rPr>
          <w:rFonts w:ascii="Times New Roman" w:hAnsi="Times New Roman"/>
          <w:sz w:val="28"/>
          <w:szCs w:val="28"/>
          <w:lang w:val="uk-UA"/>
        </w:rPr>
        <w:t xml:space="preserve">на планеті призводить до </w:t>
      </w:r>
      <w:r w:rsidRPr="00702B33">
        <w:rPr>
          <w:rFonts w:ascii="Times New Roman" w:hAnsi="Times New Roman"/>
          <w:sz w:val="28"/>
          <w:szCs w:val="28"/>
          <w:lang w:val="uk-UA"/>
        </w:rPr>
        <w:t xml:space="preserve"> </w:t>
      </w:r>
      <w:r>
        <w:rPr>
          <w:rFonts w:ascii="Times New Roman" w:hAnsi="Times New Roman"/>
          <w:sz w:val="28"/>
          <w:szCs w:val="28"/>
          <w:lang w:val="uk-UA"/>
        </w:rPr>
        <w:t>зменше</w:t>
      </w:r>
      <w:r w:rsidRPr="00702B33">
        <w:rPr>
          <w:rFonts w:ascii="Times New Roman" w:hAnsi="Times New Roman"/>
          <w:sz w:val="28"/>
          <w:szCs w:val="28"/>
          <w:lang w:val="uk-UA"/>
        </w:rPr>
        <w:t xml:space="preserve">ння тривалості зимового періоду, </w:t>
      </w:r>
      <w:r>
        <w:rPr>
          <w:rFonts w:ascii="Times New Roman" w:hAnsi="Times New Roman"/>
          <w:sz w:val="28"/>
          <w:szCs w:val="28"/>
          <w:lang w:val="uk-UA"/>
        </w:rPr>
        <w:t>а це вагомий фактор</w:t>
      </w:r>
      <w:r w:rsidRPr="00702B33">
        <w:rPr>
          <w:rFonts w:ascii="Times New Roman" w:hAnsi="Times New Roman"/>
          <w:sz w:val="28"/>
          <w:szCs w:val="28"/>
          <w:lang w:val="uk-UA"/>
        </w:rPr>
        <w:t xml:space="preserve"> </w:t>
      </w:r>
      <w:r>
        <w:rPr>
          <w:rFonts w:ascii="Times New Roman" w:hAnsi="Times New Roman"/>
          <w:sz w:val="28"/>
          <w:szCs w:val="28"/>
          <w:lang w:val="uk-UA"/>
        </w:rPr>
        <w:t xml:space="preserve">зниження урожайності </w:t>
      </w:r>
      <w:r w:rsidRPr="00702B33">
        <w:rPr>
          <w:rFonts w:ascii="Times New Roman" w:hAnsi="Times New Roman"/>
          <w:sz w:val="28"/>
          <w:szCs w:val="28"/>
          <w:lang w:val="uk-UA"/>
        </w:rPr>
        <w:t>озимих</w:t>
      </w:r>
      <w:r>
        <w:rPr>
          <w:rFonts w:ascii="Times New Roman" w:hAnsi="Times New Roman"/>
          <w:sz w:val="28"/>
          <w:szCs w:val="28"/>
          <w:lang w:val="uk-UA"/>
        </w:rPr>
        <w:t xml:space="preserve"> зернових</w:t>
      </w:r>
      <w:r w:rsidRPr="00702B33">
        <w:rPr>
          <w:rFonts w:ascii="Times New Roman" w:hAnsi="Times New Roman"/>
          <w:sz w:val="28"/>
          <w:szCs w:val="28"/>
          <w:lang w:val="uk-UA"/>
        </w:rPr>
        <w:t xml:space="preserve"> культур через низку </w:t>
      </w:r>
      <w:r>
        <w:rPr>
          <w:rFonts w:ascii="Times New Roman" w:hAnsi="Times New Roman"/>
          <w:sz w:val="28"/>
          <w:szCs w:val="28"/>
          <w:lang w:val="uk-UA"/>
        </w:rPr>
        <w:t xml:space="preserve">несприятливих </w:t>
      </w:r>
      <w:r w:rsidRPr="00702B33">
        <w:rPr>
          <w:rFonts w:ascii="Times New Roman" w:hAnsi="Times New Roman"/>
          <w:sz w:val="28"/>
          <w:szCs w:val="28"/>
          <w:lang w:val="uk-UA"/>
        </w:rPr>
        <w:t>температур</w:t>
      </w:r>
      <w:r>
        <w:rPr>
          <w:rFonts w:ascii="Times New Roman" w:hAnsi="Times New Roman"/>
          <w:sz w:val="28"/>
          <w:szCs w:val="28"/>
          <w:lang w:val="uk-UA"/>
        </w:rPr>
        <w:t>них показників</w:t>
      </w:r>
      <w:r w:rsidRPr="00702B33">
        <w:rPr>
          <w:rFonts w:ascii="Times New Roman" w:hAnsi="Times New Roman"/>
          <w:sz w:val="28"/>
          <w:szCs w:val="28"/>
          <w:lang w:val="uk-UA"/>
        </w:rPr>
        <w:t xml:space="preserve">. </w:t>
      </w:r>
      <w:r>
        <w:rPr>
          <w:rFonts w:ascii="Times New Roman" w:hAnsi="Times New Roman"/>
          <w:sz w:val="28"/>
          <w:szCs w:val="28"/>
          <w:lang w:val="uk-UA"/>
        </w:rPr>
        <w:t xml:space="preserve">В </w:t>
      </w:r>
      <w:r w:rsidR="000A266C">
        <w:rPr>
          <w:rFonts w:ascii="Times New Roman" w:hAnsi="Times New Roman"/>
          <w:sz w:val="28"/>
          <w:szCs w:val="28"/>
          <w:lang w:val="uk-UA"/>
        </w:rPr>
        <w:t>зв’язку</w:t>
      </w:r>
      <w:r>
        <w:rPr>
          <w:rFonts w:ascii="Times New Roman" w:hAnsi="Times New Roman"/>
          <w:sz w:val="28"/>
          <w:szCs w:val="28"/>
          <w:lang w:val="uk-UA"/>
        </w:rPr>
        <w:t xml:space="preserve"> з цим йде</w:t>
      </w:r>
      <w:r w:rsidRPr="00702B33">
        <w:rPr>
          <w:rFonts w:ascii="Times New Roman" w:hAnsi="Times New Roman"/>
          <w:sz w:val="28"/>
          <w:szCs w:val="28"/>
          <w:lang w:val="uk-UA"/>
        </w:rPr>
        <w:t xml:space="preserve"> тенденція до теплих зим</w:t>
      </w:r>
      <w:r>
        <w:rPr>
          <w:rFonts w:ascii="Times New Roman" w:hAnsi="Times New Roman"/>
          <w:sz w:val="28"/>
          <w:szCs w:val="28"/>
          <w:lang w:val="uk-UA"/>
        </w:rPr>
        <w:t>,</w:t>
      </w:r>
      <w:r w:rsidRPr="00702B33">
        <w:rPr>
          <w:rFonts w:ascii="Times New Roman" w:hAnsi="Times New Roman"/>
          <w:sz w:val="28"/>
          <w:szCs w:val="28"/>
          <w:lang w:val="uk-UA"/>
        </w:rPr>
        <w:t xml:space="preserve"> </w:t>
      </w:r>
      <w:r>
        <w:rPr>
          <w:rFonts w:ascii="Times New Roman" w:hAnsi="Times New Roman"/>
          <w:sz w:val="28"/>
          <w:szCs w:val="28"/>
          <w:lang w:val="uk-UA"/>
        </w:rPr>
        <w:t xml:space="preserve">що </w:t>
      </w:r>
      <w:r w:rsidRPr="00702B33">
        <w:rPr>
          <w:rFonts w:ascii="Times New Roman" w:hAnsi="Times New Roman"/>
          <w:sz w:val="28"/>
          <w:szCs w:val="28"/>
          <w:lang w:val="uk-UA"/>
        </w:rPr>
        <w:t xml:space="preserve">дає </w:t>
      </w:r>
      <w:r>
        <w:rPr>
          <w:rFonts w:ascii="Times New Roman" w:hAnsi="Times New Roman"/>
          <w:sz w:val="28"/>
          <w:szCs w:val="28"/>
          <w:lang w:val="uk-UA"/>
        </w:rPr>
        <w:t>змогу</w:t>
      </w:r>
      <w:r w:rsidRPr="00702B33">
        <w:rPr>
          <w:rFonts w:ascii="Times New Roman" w:hAnsi="Times New Roman"/>
          <w:sz w:val="28"/>
          <w:szCs w:val="28"/>
          <w:lang w:val="uk-UA"/>
        </w:rPr>
        <w:t xml:space="preserve"> розшир</w:t>
      </w:r>
      <w:r>
        <w:rPr>
          <w:rFonts w:ascii="Times New Roman" w:hAnsi="Times New Roman"/>
          <w:sz w:val="28"/>
          <w:szCs w:val="28"/>
          <w:lang w:val="uk-UA"/>
        </w:rPr>
        <w:t>ення</w:t>
      </w:r>
      <w:r w:rsidR="000A266C">
        <w:rPr>
          <w:rFonts w:ascii="Times New Roman" w:hAnsi="Times New Roman"/>
          <w:sz w:val="28"/>
          <w:szCs w:val="28"/>
          <w:lang w:val="uk-UA"/>
        </w:rPr>
        <w:t xml:space="preserve"> посів</w:t>
      </w:r>
      <w:r>
        <w:rPr>
          <w:rFonts w:ascii="Times New Roman" w:hAnsi="Times New Roman"/>
          <w:sz w:val="28"/>
          <w:szCs w:val="28"/>
          <w:lang w:val="uk-UA"/>
        </w:rPr>
        <w:t>них площ</w:t>
      </w:r>
      <w:r w:rsidRPr="00702B33">
        <w:rPr>
          <w:rFonts w:ascii="Times New Roman" w:hAnsi="Times New Roman"/>
          <w:sz w:val="28"/>
          <w:szCs w:val="28"/>
          <w:lang w:val="uk-UA"/>
        </w:rPr>
        <w:t xml:space="preserve"> озими</w:t>
      </w:r>
      <w:r>
        <w:rPr>
          <w:rFonts w:ascii="Times New Roman" w:hAnsi="Times New Roman"/>
          <w:sz w:val="28"/>
          <w:szCs w:val="28"/>
          <w:lang w:val="uk-UA"/>
        </w:rPr>
        <w:t>ни</w:t>
      </w:r>
      <w:r w:rsidRPr="00702B33">
        <w:rPr>
          <w:rFonts w:ascii="Times New Roman" w:hAnsi="Times New Roman"/>
          <w:sz w:val="28"/>
          <w:szCs w:val="28"/>
          <w:lang w:val="uk-UA"/>
        </w:rPr>
        <w:t>,</w:t>
      </w:r>
      <w:r>
        <w:rPr>
          <w:rFonts w:ascii="Times New Roman" w:hAnsi="Times New Roman"/>
          <w:sz w:val="28"/>
          <w:szCs w:val="28"/>
          <w:lang w:val="uk-UA"/>
        </w:rPr>
        <w:t xml:space="preserve"> де проходить збільшення тривалості </w:t>
      </w:r>
      <w:r w:rsidRPr="00702B33">
        <w:rPr>
          <w:rFonts w:ascii="Times New Roman" w:hAnsi="Times New Roman"/>
          <w:sz w:val="28"/>
          <w:szCs w:val="28"/>
          <w:lang w:val="uk-UA"/>
        </w:rPr>
        <w:t>вегетаці</w:t>
      </w:r>
      <w:r>
        <w:rPr>
          <w:rFonts w:ascii="Times New Roman" w:hAnsi="Times New Roman"/>
          <w:sz w:val="28"/>
          <w:szCs w:val="28"/>
          <w:lang w:val="uk-UA"/>
        </w:rPr>
        <w:t xml:space="preserve">ї та висів сортів пшениці </w:t>
      </w:r>
      <w:proofErr w:type="spellStart"/>
      <w:r>
        <w:rPr>
          <w:rFonts w:ascii="Times New Roman" w:hAnsi="Times New Roman"/>
          <w:sz w:val="28"/>
          <w:szCs w:val="28"/>
          <w:lang w:val="uk-UA"/>
        </w:rPr>
        <w:t>дворучки</w:t>
      </w:r>
      <w:proofErr w:type="spellEnd"/>
      <w:r w:rsidRPr="00702B33">
        <w:rPr>
          <w:rFonts w:ascii="Times New Roman" w:hAnsi="Times New Roman"/>
          <w:sz w:val="28"/>
          <w:szCs w:val="28"/>
          <w:lang w:val="uk-UA"/>
        </w:rPr>
        <w:t>,</w:t>
      </w:r>
      <w:r>
        <w:rPr>
          <w:rFonts w:ascii="Times New Roman" w:hAnsi="Times New Roman"/>
          <w:sz w:val="28"/>
          <w:szCs w:val="28"/>
          <w:lang w:val="uk-UA"/>
        </w:rPr>
        <w:t xml:space="preserve"> які за несприятливих осінніх умов, можна висівати весною,</w:t>
      </w:r>
      <w:r w:rsidRPr="00702B33">
        <w:rPr>
          <w:rFonts w:ascii="Times New Roman" w:hAnsi="Times New Roman"/>
          <w:sz w:val="28"/>
          <w:szCs w:val="28"/>
          <w:lang w:val="uk-UA"/>
        </w:rPr>
        <w:t xml:space="preserve"> що</w:t>
      </w:r>
      <w:r>
        <w:rPr>
          <w:rFonts w:ascii="Times New Roman" w:hAnsi="Times New Roman"/>
          <w:sz w:val="28"/>
          <w:szCs w:val="28"/>
          <w:lang w:val="uk-UA"/>
        </w:rPr>
        <w:t xml:space="preserve"> призводить до </w:t>
      </w:r>
      <w:r w:rsidRPr="00702B33">
        <w:rPr>
          <w:rFonts w:ascii="Times New Roman" w:hAnsi="Times New Roman"/>
          <w:sz w:val="28"/>
          <w:szCs w:val="28"/>
          <w:lang w:val="uk-UA"/>
        </w:rPr>
        <w:t>підвищенн</w:t>
      </w:r>
      <w:r>
        <w:rPr>
          <w:rFonts w:ascii="Times New Roman" w:hAnsi="Times New Roman"/>
          <w:sz w:val="28"/>
          <w:szCs w:val="28"/>
          <w:lang w:val="uk-UA"/>
        </w:rPr>
        <w:t>я</w:t>
      </w:r>
      <w:r w:rsidRPr="00702B33">
        <w:rPr>
          <w:rFonts w:ascii="Times New Roman" w:hAnsi="Times New Roman"/>
          <w:sz w:val="28"/>
          <w:szCs w:val="28"/>
          <w:lang w:val="uk-UA"/>
        </w:rPr>
        <w:t xml:space="preserve"> врожайності</w:t>
      </w:r>
      <w:r>
        <w:rPr>
          <w:rFonts w:ascii="Times New Roman" w:hAnsi="Times New Roman"/>
          <w:sz w:val="28"/>
          <w:szCs w:val="28"/>
          <w:lang w:val="uk-UA"/>
        </w:rPr>
        <w:t xml:space="preserve"> даних культур</w:t>
      </w:r>
      <w:r w:rsidRPr="00702B33">
        <w:rPr>
          <w:rFonts w:ascii="Times New Roman" w:hAnsi="Times New Roman"/>
          <w:sz w:val="28"/>
          <w:szCs w:val="28"/>
          <w:lang w:val="uk-UA"/>
        </w:rPr>
        <w:t xml:space="preserve">. </w:t>
      </w:r>
    </w:p>
    <w:p w14:paraId="09C413DA" w14:textId="77777777" w:rsidR="00364057" w:rsidRPr="00A12E89" w:rsidRDefault="00364057" w:rsidP="00364057">
      <w:pPr>
        <w:tabs>
          <w:tab w:val="left" w:pos="2177"/>
        </w:tabs>
        <w:spacing w:after="0" w:line="360" w:lineRule="auto"/>
        <w:ind w:firstLine="709"/>
        <w:jc w:val="both"/>
        <w:rPr>
          <w:rFonts w:ascii="Times New Roman" w:eastAsia="Times New Roman" w:hAnsi="Times New Roman"/>
          <w:sz w:val="28"/>
          <w:szCs w:val="28"/>
          <w:lang w:val="uk-UA" w:eastAsia="ru-RU" w:bidi="uk-UA"/>
        </w:rPr>
      </w:pPr>
      <w:r>
        <w:rPr>
          <w:rFonts w:ascii="Times New Roman" w:hAnsi="Times New Roman"/>
          <w:bCs/>
          <w:sz w:val="28"/>
          <w:szCs w:val="28"/>
          <w:lang w:val="uk-UA" w:bidi="uk-UA"/>
        </w:rPr>
        <w:t xml:space="preserve">В порівнянні із  </w:t>
      </w:r>
      <w:proofErr w:type="spellStart"/>
      <w:r>
        <w:rPr>
          <w:rFonts w:ascii="Times New Roman" w:hAnsi="Times New Roman"/>
          <w:bCs/>
          <w:sz w:val="28"/>
          <w:szCs w:val="28"/>
          <w:lang w:val="uk-UA" w:bidi="uk-UA"/>
        </w:rPr>
        <w:t>середньобагаторічними</w:t>
      </w:r>
      <w:proofErr w:type="spellEnd"/>
      <w:r>
        <w:rPr>
          <w:rFonts w:ascii="Times New Roman" w:hAnsi="Times New Roman"/>
          <w:bCs/>
          <w:sz w:val="28"/>
          <w:szCs w:val="28"/>
          <w:lang w:val="uk-UA" w:bidi="uk-UA"/>
        </w:rPr>
        <w:t xml:space="preserve"> даними у період</w:t>
      </w:r>
      <w:r w:rsidRPr="000F4AF8">
        <w:rPr>
          <w:rFonts w:ascii="Times New Roman" w:hAnsi="Times New Roman"/>
          <w:bCs/>
          <w:sz w:val="28"/>
          <w:szCs w:val="28"/>
          <w:lang w:val="uk-UA" w:bidi="uk-UA"/>
        </w:rPr>
        <w:t xml:space="preserve"> вегетаці</w:t>
      </w:r>
      <w:r>
        <w:rPr>
          <w:rFonts w:ascii="Times New Roman" w:hAnsi="Times New Roman"/>
          <w:bCs/>
          <w:sz w:val="28"/>
          <w:szCs w:val="28"/>
          <w:lang w:val="uk-UA" w:bidi="uk-UA"/>
        </w:rPr>
        <w:t>ї пшениці озимої досліджуваного періоду</w:t>
      </w:r>
      <w:r w:rsidRPr="000F4AF8">
        <w:rPr>
          <w:rFonts w:ascii="Times New Roman" w:hAnsi="Times New Roman"/>
          <w:bCs/>
          <w:sz w:val="28"/>
          <w:szCs w:val="28"/>
          <w:lang w:val="uk-UA" w:bidi="uk-UA"/>
        </w:rPr>
        <w:t xml:space="preserve"> 20</w:t>
      </w:r>
      <w:r>
        <w:rPr>
          <w:rFonts w:ascii="Times New Roman" w:hAnsi="Times New Roman"/>
          <w:bCs/>
          <w:sz w:val="28"/>
          <w:szCs w:val="28"/>
          <w:lang w:val="uk-UA" w:bidi="uk-UA"/>
        </w:rPr>
        <w:t xml:space="preserve">22 – </w:t>
      </w:r>
      <w:r w:rsidRPr="000F4AF8">
        <w:rPr>
          <w:rFonts w:ascii="Times New Roman" w:hAnsi="Times New Roman"/>
          <w:bCs/>
          <w:sz w:val="28"/>
          <w:szCs w:val="28"/>
          <w:lang w:val="uk-UA" w:bidi="uk-UA"/>
        </w:rPr>
        <w:t>202</w:t>
      </w:r>
      <w:r w:rsidR="007E3889">
        <w:rPr>
          <w:rFonts w:ascii="Times New Roman" w:hAnsi="Times New Roman"/>
          <w:bCs/>
          <w:sz w:val="28"/>
          <w:szCs w:val="28"/>
          <w:lang w:val="uk-UA" w:bidi="uk-UA"/>
        </w:rPr>
        <w:t>4</w:t>
      </w:r>
      <w:r>
        <w:rPr>
          <w:rFonts w:ascii="Times New Roman" w:hAnsi="Times New Roman"/>
          <w:bCs/>
          <w:sz w:val="28"/>
          <w:szCs w:val="28"/>
          <w:lang w:val="uk-UA" w:bidi="uk-UA"/>
        </w:rPr>
        <w:t xml:space="preserve"> </w:t>
      </w:r>
      <w:proofErr w:type="spellStart"/>
      <w:r>
        <w:rPr>
          <w:rFonts w:ascii="Times New Roman" w:hAnsi="Times New Roman"/>
          <w:bCs/>
          <w:sz w:val="28"/>
          <w:szCs w:val="28"/>
          <w:lang w:val="uk-UA" w:bidi="uk-UA"/>
        </w:rPr>
        <w:t>н.р</w:t>
      </w:r>
      <w:proofErr w:type="spellEnd"/>
      <w:r>
        <w:rPr>
          <w:rFonts w:ascii="Times New Roman" w:hAnsi="Times New Roman"/>
          <w:bCs/>
          <w:sz w:val="28"/>
          <w:szCs w:val="28"/>
          <w:lang w:val="uk-UA" w:bidi="uk-UA"/>
        </w:rPr>
        <w:t>.,</w:t>
      </w:r>
      <w:r w:rsidRPr="000F4AF8">
        <w:rPr>
          <w:rFonts w:ascii="Times New Roman" w:hAnsi="Times New Roman"/>
          <w:bCs/>
          <w:sz w:val="28"/>
          <w:szCs w:val="28"/>
          <w:lang w:val="uk-UA" w:bidi="uk-UA"/>
        </w:rPr>
        <w:t xml:space="preserve"> </w:t>
      </w:r>
      <w:r>
        <w:rPr>
          <w:rFonts w:ascii="Times New Roman" w:hAnsi="Times New Roman"/>
          <w:bCs/>
          <w:sz w:val="28"/>
          <w:szCs w:val="28"/>
          <w:lang w:val="uk-UA" w:bidi="uk-UA"/>
        </w:rPr>
        <w:t xml:space="preserve">спостерігалась </w:t>
      </w:r>
      <w:r w:rsidRPr="000F4AF8">
        <w:rPr>
          <w:rFonts w:ascii="Times New Roman" w:hAnsi="Times New Roman"/>
          <w:bCs/>
          <w:sz w:val="28"/>
          <w:szCs w:val="28"/>
          <w:lang w:val="uk-UA" w:bidi="uk-UA"/>
        </w:rPr>
        <w:t xml:space="preserve"> </w:t>
      </w:r>
      <w:r>
        <w:rPr>
          <w:rFonts w:ascii="Times New Roman" w:hAnsi="Times New Roman"/>
          <w:bCs/>
          <w:sz w:val="28"/>
          <w:szCs w:val="28"/>
          <w:lang w:val="uk-UA" w:bidi="uk-UA"/>
        </w:rPr>
        <w:t>істотна різниця кліматичних умов (кількість опадів, температурний режим).</w:t>
      </w:r>
      <w:r w:rsidRPr="000F4AF8">
        <w:rPr>
          <w:rFonts w:ascii="Times New Roman" w:hAnsi="Times New Roman"/>
          <w:bCs/>
          <w:sz w:val="28"/>
          <w:szCs w:val="28"/>
          <w:lang w:val="uk-UA" w:bidi="uk-UA"/>
        </w:rPr>
        <w:t xml:space="preserve"> </w:t>
      </w:r>
      <w:r>
        <w:rPr>
          <w:rFonts w:ascii="Times New Roman" w:hAnsi="Times New Roman"/>
          <w:bCs/>
          <w:sz w:val="28"/>
          <w:szCs w:val="28"/>
          <w:lang w:val="uk-UA" w:bidi="uk-UA"/>
        </w:rPr>
        <w:t xml:space="preserve">В цей період </w:t>
      </w:r>
      <w:r w:rsidRPr="00124C1A">
        <w:rPr>
          <w:rFonts w:ascii="Times New Roman" w:hAnsi="Times New Roman"/>
          <w:color w:val="231F20"/>
          <w:w w:val="105"/>
          <w:sz w:val="28"/>
          <w:szCs w:val="28"/>
          <w:lang w:val="uk-UA"/>
        </w:rPr>
        <w:t>посушливі умови</w:t>
      </w:r>
      <w:r>
        <w:rPr>
          <w:rFonts w:ascii="Times New Roman" w:hAnsi="Times New Roman"/>
          <w:color w:val="231F20"/>
          <w:w w:val="105"/>
          <w:sz w:val="28"/>
          <w:szCs w:val="28"/>
          <w:lang w:val="uk-UA"/>
        </w:rPr>
        <w:t xml:space="preserve"> змінювались великою кількістю опадів</w:t>
      </w:r>
      <w:r w:rsidRPr="000F4AF8">
        <w:rPr>
          <w:rFonts w:ascii="Times New Roman" w:hAnsi="Times New Roman"/>
          <w:bCs/>
          <w:sz w:val="28"/>
          <w:szCs w:val="28"/>
          <w:lang w:val="uk-UA" w:bidi="uk-UA"/>
        </w:rPr>
        <w:t xml:space="preserve">, </w:t>
      </w:r>
      <w:r>
        <w:rPr>
          <w:rFonts w:ascii="Times New Roman" w:hAnsi="Times New Roman"/>
          <w:bCs/>
          <w:sz w:val="28"/>
          <w:szCs w:val="28"/>
          <w:lang w:val="uk-UA" w:bidi="uk-UA"/>
        </w:rPr>
        <w:t xml:space="preserve">що </w:t>
      </w:r>
      <w:r w:rsidRPr="00124C1A">
        <w:rPr>
          <w:rFonts w:ascii="Times New Roman" w:hAnsi="Times New Roman"/>
          <w:color w:val="231F20"/>
          <w:w w:val="105"/>
          <w:sz w:val="28"/>
          <w:szCs w:val="28"/>
          <w:lang w:val="uk-UA"/>
        </w:rPr>
        <w:t>створювал</w:t>
      </w:r>
      <w:r>
        <w:rPr>
          <w:rFonts w:ascii="Times New Roman" w:hAnsi="Times New Roman"/>
          <w:color w:val="231F20"/>
          <w:w w:val="105"/>
          <w:sz w:val="28"/>
          <w:szCs w:val="28"/>
          <w:lang w:val="uk-UA"/>
        </w:rPr>
        <w:t>о</w:t>
      </w:r>
      <w:r w:rsidRPr="00124C1A">
        <w:rPr>
          <w:rFonts w:ascii="Times New Roman" w:hAnsi="Times New Roman"/>
          <w:color w:val="231F20"/>
          <w:w w:val="105"/>
          <w:sz w:val="28"/>
          <w:szCs w:val="28"/>
          <w:lang w:val="uk-UA"/>
        </w:rPr>
        <w:t xml:space="preserve"> екстремальні умови для формування і </w:t>
      </w:r>
      <w:r>
        <w:rPr>
          <w:rFonts w:ascii="Times New Roman" w:hAnsi="Times New Roman"/>
          <w:color w:val="231F20"/>
          <w:w w:val="105"/>
          <w:sz w:val="28"/>
          <w:szCs w:val="28"/>
          <w:lang w:val="uk-UA"/>
        </w:rPr>
        <w:t xml:space="preserve">величини </w:t>
      </w:r>
      <w:r w:rsidRPr="00124C1A">
        <w:rPr>
          <w:rFonts w:ascii="Times New Roman" w:hAnsi="Times New Roman"/>
          <w:color w:val="231F20"/>
          <w:w w:val="105"/>
          <w:sz w:val="28"/>
          <w:szCs w:val="28"/>
          <w:lang w:val="uk-UA"/>
        </w:rPr>
        <w:t>урожа</w:t>
      </w:r>
      <w:r>
        <w:rPr>
          <w:rFonts w:ascii="Times New Roman" w:hAnsi="Times New Roman"/>
          <w:color w:val="231F20"/>
          <w:w w:val="105"/>
          <w:sz w:val="28"/>
          <w:szCs w:val="28"/>
          <w:lang w:val="uk-UA"/>
        </w:rPr>
        <w:t>ю досліджуваної культури</w:t>
      </w:r>
      <w:r w:rsidRPr="00124C1A">
        <w:rPr>
          <w:rFonts w:ascii="Times New Roman" w:hAnsi="Times New Roman"/>
          <w:color w:val="231F20"/>
          <w:w w:val="105"/>
          <w:sz w:val="28"/>
          <w:szCs w:val="28"/>
          <w:lang w:val="uk-UA"/>
        </w:rPr>
        <w:t>.</w:t>
      </w:r>
      <w:r>
        <w:rPr>
          <w:rFonts w:ascii="Times New Roman" w:hAnsi="Times New Roman"/>
          <w:color w:val="231F20"/>
          <w:w w:val="105"/>
          <w:sz w:val="28"/>
          <w:szCs w:val="28"/>
          <w:lang w:val="uk-UA"/>
        </w:rPr>
        <w:t xml:space="preserve"> Тому ми використали у своїх дослідженнях сорт пшениці </w:t>
      </w:r>
      <w:proofErr w:type="spellStart"/>
      <w:r>
        <w:rPr>
          <w:rFonts w:ascii="Times New Roman" w:hAnsi="Times New Roman"/>
          <w:color w:val="231F20"/>
          <w:w w:val="105"/>
          <w:sz w:val="28"/>
          <w:szCs w:val="28"/>
          <w:lang w:val="uk-UA"/>
        </w:rPr>
        <w:t>дворучки</w:t>
      </w:r>
      <w:proofErr w:type="spellEnd"/>
      <w:r>
        <w:rPr>
          <w:rFonts w:ascii="Times New Roman" w:hAnsi="Times New Roman"/>
          <w:color w:val="231F20"/>
          <w:w w:val="105"/>
          <w:sz w:val="28"/>
          <w:szCs w:val="28"/>
          <w:lang w:val="uk-UA"/>
        </w:rPr>
        <w:t xml:space="preserve"> </w:t>
      </w:r>
      <w:proofErr w:type="spellStart"/>
      <w:r w:rsidRPr="00542BE2">
        <w:rPr>
          <w:rFonts w:ascii="Times New Roman" w:hAnsi="Times New Roman"/>
          <w:color w:val="231F20"/>
          <w:w w:val="105"/>
          <w:sz w:val="28"/>
          <w:szCs w:val="28"/>
          <w:lang w:val="uk-UA"/>
        </w:rPr>
        <w:t>Клар</w:t>
      </w:r>
      <w:r w:rsidR="007E3889">
        <w:rPr>
          <w:rFonts w:ascii="Times New Roman" w:hAnsi="Times New Roman"/>
          <w:color w:val="231F20"/>
          <w:w w:val="105"/>
          <w:sz w:val="28"/>
          <w:szCs w:val="28"/>
          <w:lang w:val="uk-UA"/>
        </w:rPr>
        <w:t>і</w:t>
      </w:r>
      <w:r w:rsidRPr="00542BE2">
        <w:rPr>
          <w:rFonts w:ascii="Times New Roman" w:hAnsi="Times New Roman"/>
          <w:color w:val="231F20"/>
          <w:w w:val="105"/>
          <w:sz w:val="28"/>
          <w:szCs w:val="28"/>
          <w:lang w:val="uk-UA"/>
        </w:rPr>
        <w:t>са</w:t>
      </w:r>
      <w:proofErr w:type="spellEnd"/>
      <w:r>
        <w:rPr>
          <w:rFonts w:ascii="Times New Roman" w:hAnsi="Times New Roman"/>
          <w:color w:val="231F20"/>
          <w:w w:val="105"/>
          <w:sz w:val="28"/>
          <w:szCs w:val="28"/>
          <w:lang w:val="uk-UA"/>
        </w:rPr>
        <w:t>, в якого</w:t>
      </w:r>
      <w:r w:rsidRPr="00542BE2">
        <w:rPr>
          <w:rFonts w:ascii="Times New Roman" w:hAnsi="Times New Roman"/>
          <w:color w:val="231F20"/>
          <w:w w:val="105"/>
          <w:sz w:val="28"/>
          <w:szCs w:val="28"/>
          <w:lang w:val="uk-UA"/>
        </w:rPr>
        <w:t xml:space="preserve"> ни</w:t>
      </w:r>
      <w:r>
        <w:rPr>
          <w:rFonts w:ascii="Times New Roman" w:hAnsi="Times New Roman"/>
          <w:color w:val="231F20"/>
          <w:w w:val="105"/>
          <w:sz w:val="28"/>
          <w:szCs w:val="28"/>
          <w:lang w:val="uk-UA"/>
        </w:rPr>
        <w:t>зька</w:t>
      </w:r>
      <w:r w:rsidRPr="00542BE2">
        <w:rPr>
          <w:rFonts w:ascii="Times New Roman" w:hAnsi="Times New Roman"/>
          <w:color w:val="231F20"/>
          <w:w w:val="105"/>
          <w:sz w:val="28"/>
          <w:szCs w:val="28"/>
          <w:lang w:val="uk-UA"/>
        </w:rPr>
        <w:t xml:space="preserve"> чутливість до несприятливих умов вирощування і </w:t>
      </w:r>
      <w:r w:rsidRPr="00542BE2">
        <w:rPr>
          <w:rFonts w:ascii="Times New Roman" w:hAnsi="Times New Roman"/>
          <w:color w:val="231F20"/>
          <w:w w:val="105"/>
          <w:sz w:val="28"/>
          <w:szCs w:val="28"/>
          <w:lang w:val="uk-UA"/>
        </w:rPr>
        <w:lastRenderedPageBreak/>
        <w:t>підвищ</w:t>
      </w:r>
      <w:r>
        <w:rPr>
          <w:rFonts w:ascii="Times New Roman" w:hAnsi="Times New Roman"/>
          <w:color w:val="231F20"/>
          <w:w w:val="105"/>
          <w:sz w:val="28"/>
          <w:szCs w:val="28"/>
          <w:lang w:val="uk-UA"/>
        </w:rPr>
        <w:t>ена</w:t>
      </w:r>
      <w:r w:rsidRPr="00542BE2">
        <w:rPr>
          <w:rFonts w:ascii="Times New Roman" w:hAnsi="Times New Roman"/>
          <w:color w:val="231F20"/>
          <w:w w:val="105"/>
          <w:sz w:val="28"/>
          <w:szCs w:val="28"/>
          <w:lang w:val="uk-UA"/>
        </w:rPr>
        <w:t xml:space="preserve">  адаптивність</w:t>
      </w:r>
      <w:r>
        <w:rPr>
          <w:rFonts w:ascii="Times New Roman" w:hAnsi="Times New Roman"/>
          <w:color w:val="231F20"/>
          <w:w w:val="105"/>
          <w:sz w:val="28"/>
          <w:szCs w:val="28"/>
          <w:lang w:val="uk-UA"/>
        </w:rPr>
        <w:t xml:space="preserve"> до </w:t>
      </w:r>
      <w:proofErr w:type="spellStart"/>
      <w:r>
        <w:rPr>
          <w:rFonts w:ascii="Times New Roman" w:hAnsi="Times New Roman"/>
          <w:color w:val="231F20"/>
          <w:w w:val="105"/>
          <w:sz w:val="28"/>
          <w:szCs w:val="28"/>
          <w:lang w:val="uk-UA"/>
        </w:rPr>
        <w:t>несприяливих</w:t>
      </w:r>
      <w:proofErr w:type="spellEnd"/>
      <w:r>
        <w:rPr>
          <w:rFonts w:ascii="Times New Roman" w:hAnsi="Times New Roman"/>
          <w:color w:val="231F20"/>
          <w:w w:val="105"/>
          <w:sz w:val="28"/>
          <w:szCs w:val="28"/>
          <w:lang w:val="uk-UA"/>
        </w:rPr>
        <w:t xml:space="preserve"> факторів</w:t>
      </w:r>
      <w:r w:rsidRPr="00542BE2">
        <w:rPr>
          <w:rFonts w:ascii="Times New Roman" w:hAnsi="Times New Roman"/>
          <w:color w:val="231F20"/>
          <w:w w:val="105"/>
          <w:sz w:val="28"/>
          <w:szCs w:val="28"/>
          <w:lang w:val="uk-UA"/>
        </w:rPr>
        <w:t xml:space="preserve"> в агроценозі</w:t>
      </w:r>
      <w:r>
        <w:rPr>
          <w:rFonts w:ascii="Times New Roman" w:hAnsi="Times New Roman"/>
          <w:color w:val="231F20"/>
          <w:w w:val="105"/>
          <w:sz w:val="28"/>
          <w:szCs w:val="28"/>
          <w:lang w:val="uk-UA"/>
        </w:rPr>
        <w:t>.</w:t>
      </w:r>
      <w:r w:rsidRPr="00542BE2">
        <w:rPr>
          <w:rFonts w:ascii="Times New Roman" w:hAnsi="Times New Roman"/>
          <w:color w:val="231F20"/>
          <w:w w:val="105"/>
          <w:sz w:val="28"/>
          <w:szCs w:val="28"/>
          <w:lang w:val="uk-UA"/>
        </w:rPr>
        <w:t xml:space="preserve"> </w:t>
      </w:r>
      <w:r>
        <w:rPr>
          <w:rFonts w:ascii="Times New Roman" w:eastAsia="Times New Roman" w:hAnsi="Times New Roman"/>
          <w:sz w:val="28"/>
          <w:szCs w:val="28"/>
          <w:lang w:val="uk-UA" w:eastAsia="ru-RU" w:bidi="ru-RU"/>
        </w:rPr>
        <w:t>О</w:t>
      </w:r>
      <w:r w:rsidRPr="00D8304C">
        <w:rPr>
          <w:rFonts w:ascii="Times New Roman" w:eastAsia="Times New Roman" w:hAnsi="Times New Roman"/>
          <w:sz w:val="28"/>
          <w:szCs w:val="28"/>
          <w:lang w:val="uk-UA" w:eastAsia="ru-RU" w:bidi="ru-RU"/>
        </w:rPr>
        <w:t xml:space="preserve">дним із </w:t>
      </w:r>
      <w:r>
        <w:rPr>
          <w:rFonts w:ascii="Times New Roman" w:eastAsia="Times New Roman" w:hAnsi="Times New Roman"/>
          <w:sz w:val="28"/>
          <w:szCs w:val="28"/>
          <w:lang w:val="uk-UA" w:eastAsia="ru-RU" w:bidi="ru-RU"/>
        </w:rPr>
        <w:t xml:space="preserve">таких </w:t>
      </w:r>
      <w:r w:rsidRPr="00D8304C">
        <w:rPr>
          <w:rFonts w:ascii="Times New Roman" w:eastAsia="Times New Roman" w:hAnsi="Times New Roman"/>
          <w:sz w:val="28"/>
          <w:szCs w:val="28"/>
          <w:lang w:val="uk-UA" w:eastAsia="ru-RU" w:bidi="ru-RU"/>
        </w:rPr>
        <w:t>факторів</w:t>
      </w:r>
      <w:r>
        <w:rPr>
          <w:rFonts w:ascii="Times New Roman" w:hAnsi="Times New Roman"/>
          <w:sz w:val="28"/>
          <w:szCs w:val="28"/>
          <w:lang w:val="uk-UA"/>
        </w:rPr>
        <w:t xml:space="preserve"> є</w:t>
      </w:r>
      <w:r w:rsidRPr="00EF6D90">
        <w:rPr>
          <w:rFonts w:ascii="Times New Roman" w:eastAsia="Times New Roman" w:hAnsi="Times New Roman"/>
          <w:sz w:val="28"/>
          <w:szCs w:val="28"/>
          <w:lang w:val="uk-UA" w:eastAsia="ru-RU" w:bidi="ru-RU"/>
        </w:rPr>
        <w:t xml:space="preserve"> бур’ян</w:t>
      </w:r>
      <w:r>
        <w:rPr>
          <w:rFonts w:ascii="Times New Roman" w:eastAsia="Times New Roman" w:hAnsi="Times New Roman"/>
          <w:sz w:val="28"/>
          <w:szCs w:val="28"/>
          <w:lang w:val="uk-UA" w:eastAsia="ru-RU" w:bidi="ru-RU"/>
        </w:rPr>
        <w:t>и</w:t>
      </w:r>
      <w:r w:rsidRPr="00EF6D90">
        <w:rPr>
          <w:rFonts w:ascii="Times New Roman" w:eastAsia="Times New Roman" w:hAnsi="Times New Roman"/>
          <w:sz w:val="28"/>
          <w:szCs w:val="28"/>
          <w:lang w:val="uk-UA" w:eastAsia="ru-RU" w:bidi="ru-RU"/>
        </w:rPr>
        <w:t xml:space="preserve"> у посівах</w:t>
      </w:r>
      <w:r>
        <w:rPr>
          <w:rFonts w:ascii="Times New Roman" w:eastAsia="Times New Roman" w:hAnsi="Times New Roman"/>
          <w:sz w:val="28"/>
          <w:szCs w:val="28"/>
          <w:lang w:val="uk-UA" w:eastAsia="ru-RU" w:bidi="ru-RU"/>
        </w:rPr>
        <w:t xml:space="preserve"> культурних рослин, що в</w:t>
      </w:r>
      <w:r w:rsidRPr="004040D1">
        <w:rPr>
          <w:rFonts w:ascii="Times New Roman" w:eastAsia="Times New Roman" w:hAnsi="Times New Roman"/>
          <w:sz w:val="28"/>
          <w:szCs w:val="28"/>
          <w:lang w:val="uk-UA" w:eastAsia="ru-RU" w:bidi="ru-RU"/>
        </w:rPr>
        <w:t>изнача</w:t>
      </w:r>
      <w:r>
        <w:rPr>
          <w:rFonts w:ascii="Times New Roman" w:eastAsia="Times New Roman" w:hAnsi="Times New Roman"/>
          <w:sz w:val="28"/>
          <w:szCs w:val="28"/>
          <w:lang w:val="uk-UA" w:eastAsia="ru-RU" w:bidi="ru-RU"/>
        </w:rPr>
        <w:t>ються</w:t>
      </w:r>
      <w:r w:rsidRPr="004040D1">
        <w:rPr>
          <w:rFonts w:ascii="Times New Roman" w:eastAsia="Times New Roman" w:hAnsi="Times New Roman"/>
          <w:sz w:val="28"/>
          <w:szCs w:val="28"/>
          <w:lang w:val="uk-UA" w:eastAsia="ru-RU" w:bidi="ru-RU"/>
        </w:rPr>
        <w:t xml:space="preserve"> формування</w:t>
      </w:r>
      <w:r>
        <w:rPr>
          <w:rFonts w:ascii="Times New Roman" w:eastAsia="Times New Roman" w:hAnsi="Times New Roman"/>
          <w:sz w:val="28"/>
          <w:szCs w:val="28"/>
          <w:lang w:val="uk-UA" w:eastAsia="ru-RU" w:bidi="ru-RU"/>
        </w:rPr>
        <w:t>м</w:t>
      </w:r>
      <w:r w:rsidRPr="004040D1">
        <w:rPr>
          <w:rFonts w:ascii="Times New Roman" w:eastAsia="Times New Roman" w:hAnsi="Times New Roman"/>
          <w:sz w:val="28"/>
          <w:szCs w:val="28"/>
          <w:lang w:val="uk-UA" w:eastAsia="ru-RU" w:bidi="ru-RU"/>
        </w:rPr>
        <w:t xml:space="preserve"> </w:t>
      </w:r>
      <w:r>
        <w:rPr>
          <w:rFonts w:ascii="Times New Roman" w:eastAsia="Times New Roman" w:hAnsi="Times New Roman"/>
          <w:sz w:val="28"/>
          <w:szCs w:val="28"/>
          <w:lang w:val="uk-UA" w:eastAsia="ru-RU" w:bidi="ru-RU"/>
        </w:rPr>
        <w:t>їх</w:t>
      </w:r>
      <w:r w:rsidRPr="004040D1">
        <w:rPr>
          <w:rFonts w:ascii="Times New Roman" w:eastAsia="Times New Roman" w:hAnsi="Times New Roman"/>
          <w:sz w:val="28"/>
          <w:szCs w:val="28"/>
          <w:lang w:val="uk-UA" w:eastAsia="ru-RU" w:bidi="ru-RU"/>
        </w:rPr>
        <w:t xml:space="preserve"> вегетативної маси. </w:t>
      </w:r>
      <w:r>
        <w:rPr>
          <w:rFonts w:ascii="Times New Roman" w:eastAsia="Times New Roman" w:hAnsi="Times New Roman"/>
          <w:sz w:val="28"/>
          <w:szCs w:val="28"/>
          <w:lang w:val="uk-UA" w:eastAsia="ru-RU" w:bidi="ru-RU"/>
        </w:rPr>
        <w:t xml:space="preserve">Звідси, у </w:t>
      </w:r>
      <w:r w:rsidRPr="0077122F">
        <w:rPr>
          <w:rFonts w:ascii="Times New Roman" w:eastAsia="Times New Roman" w:hAnsi="Times New Roman"/>
          <w:sz w:val="28"/>
          <w:szCs w:val="28"/>
          <w:lang w:val="uk-UA" w:eastAsia="ru-RU" w:bidi="ru-RU"/>
        </w:rPr>
        <w:t>варіант</w:t>
      </w:r>
      <w:r w:rsidR="007E3889">
        <w:rPr>
          <w:rFonts w:ascii="Times New Roman" w:eastAsia="Times New Roman" w:hAnsi="Times New Roman"/>
          <w:sz w:val="28"/>
          <w:szCs w:val="28"/>
          <w:lang w:val="uk-UA" w:eastAsia="ru-RU" w:bidi="ru-RU"/>
        </w:rPr>
        <w:t>і без препаратів</w:t>
      </w:r>
      <w:r>
        <w:rPr>
          <w:rFonts w:ascii="Times New Roman" w:eastAsia="Times New Roman" w:hAnsi="Times New Roman"/>
          <w:sz w:val="28"/>
          <w:szCs w:val="28"/>
          <w:lang w:val="uk-UA" w:eastAsia="ru-RU" w:bidi="ru-RU"/>
        </w:rPr>
        <w:t xml:space="preserve">, спостерігається максимальне накопичення вегетативної маси та кількості </w:t>
      </w:r>
      <w:r w:rsidRPr="0077122F">
        <w:rPr>
          <w:rFonts w:ascii="Times New Roman" w:eastAsia="Times New Roman" w:hAnsi="Times New Roman"/>
          <w:sz w:val="28"/>
          <w:szCs w:val="28"/>
          <w:lang w:val="uk-UA" w:eastAsia="ru-RU" w:bidi="ru-RU"/>
        </w:rPr>
        <w:t>бур’ян</w:t>
      </w:r>
      <w:r>
        <w:rPr>
          <w:rFonts w:ascii="Times New Roman" w:eastAsia="Times New Roman" w:hAnsi="Times New Roman"/>
          <w:sz w:val="28"/>
          <w:szCs w:val="28"/>
          <w:lang w:val="uk-UA" w:eastAsia="ru-RU" w:bidi="ru-RU"/>
        </w:rPr>
        <w:t>ів</w:t>
      </w:r>
      <w:r w:rsidRPr="0077122F">
        <w:rPr>
          <w:rFonts w:ascii="Times New Roman" w:eastAsia="Times New Roman" w:hAnsi="Times New Roman"/>
          <w:spacing w:val="3"/>
          <w:sz w:val="28"/>
          <w:szCs w:val="28"/>
          <w:lang w:val="uk-UA" w:eastAsia="ru-RU" w:bidi="ru-RU"/>
        </w:rPr>
        <w:t xml:space="preserve">, </w:t>
      </w:r>
      <w:r>
        <w:rPr>
          <w:rFonts w:ascii="Times New Roman" w:eastAsia="Times New Roman" w:hAnsi="Times New Roman"/>
          <w:sz w:val="28"/>
          <w:szCs w:val="28"/>
          <w:lang w:val="uk-UA" w:eastAsia="ru-RU" w:bidi="ru-RU"/>
        </w:rPr>
        <w:t xml:space="preserve">що </w:t>
      </w:r>
      <w:r w:rsidRPr="0077122F">
        <w:rPr>
          <w:rFonts w:ascii="Times New Roman" w:eastAsia="Times New Roman" w:hAnsi="Times New Roman"/>
          <w:sz w:val="28"/>
          <w:szCs w:val="28"/>
          <w:lang w:val="uk-UA" w:eastAsia="ru-RU" w:bidi="ru-RU"/>
        </w:rPr>
        <w:t xml:space="preserve"> </w:t>
      </w:r>
      <w:r>
        <w:rPr>
          <w:rFonts w:ascii="Times New Roman" w:eastAsia="Times New Roman" w:hAnsi="Times New Roman"/>
          <w:sz w:val="28"/>
          <w:szCs w:val="28"/>
          <w:lang w:val="uk-UA" w:eastAsia="ru-RU" w:bidi="ru-RU"/>
        </w:rPr>
        <w:t xml:space="preserve">в кінцевому результаті знизило у пшениці </w:t>
      </w:r>
      <w:proofErr w:type="spellStart"/>
      <w:r>
        <w:rPr>
          <w:rFonts w:ascii="Times New Roman" w:eastAsia="Times New Roman" w:hAnsi="Times New Roman"/>
          <w:sz w:val="28"/>
          <w:szCs w:val="28"/>
          <w:lang w:val="uk-UA" w:eastAsia="ru-RU" w:bidi="ru-RU"/>
        </w:rPr>
        <w:t>дворучки</w:t>
      </w:r>
      <w:proofErr w:type="spellEnd"/>
      <w:r w:rsidRPr="0077122F">
        <w:rPr>
          <w:rFonts w:ascii="Times New Roman" w:eastAsia="Times New Roman" w:hAnsi="Times New Roman"/>
          <w:sz w:val="28"/>
          <w:szCs w:val="28"/>
          <w:lang w:val="uk-UA" w:eastAsia="ru-RU" w:bidi="ru-RU"/>
        </w:rPr>
        <w:t xml:space="preserve"> </w:t>
      </w:r>
      <w:r>
        <w:rPr>
          <w:rFonts w:ascii="Times New Roman" w:eastAsia="Times New Roman" w:hAnsi="Times New Roman"/>
          <w:sz w:val="28"/>
          <w:szCs w:val="28"/>
          <w:lang w:val="uk-UA" w:eastAsia="ru-RU" w:bidi="ru-RU"/>
        </w:rPr>
        <w:t>формування високої врожай</w:t>
      </w:r>
      <w:r w:rsidRPr="0077122F">
        <w:rPr>
          <w:rFonts w:ascii="Times New Roman" w:eastAsia="Times New Roman" w:hAnsi="Times New Roman"/>
          <w:sz w:val="28"/>
          <w:szCs w:val="28"/>
          <w:lang w:val="uk-UA" w:eastAsia="ru-RU" w:bidi="ru-RU"/>
        </w:rPr>
        <w:t>н</w:t>
      </w:r>
      <w:r>
        <w:rPr>
          <w:rFonts w:ascii="Times New Roman" w:eastAsia="Times New Roman" w:hAnsi="Times New Roman"/>
          <w:sz w:val="28"/>
          <w:szCs w:val="28"/>
          <w:lang w:val="uk-UA" w:eastAsia="ru-RU" w:bidi="ru-RU"/>
        </w:rPr>
        <w:t xml:space="preserve">ості, </w:t>
      </w:r>
      <w:r>
        <w:rPr>
          <w:rFonts w:ascii="Times New Roman" w:hAnsi="Times New Roman"/>
          <w:sz w:val="28"/>
          <w:szCs w:val="28"/>
          <w:lang w:val="uk-UA"/>
        </w:rPr>
        <w:t>у цьому варіанті</w:t>
      </w:r>
      <w:r w:rsidRPr="00EF6D90">
        <w:rPr>
          <w:rFonts w:ascii="Times New Roman" w:hAnsi="Times New Roman"/>
          <w:sz w:val="28"/>
          <w:szCs w:val="28"/>
          <w:lang w:val="uk-UA"/>
        </w:rPr>
        <w:t xml:space="preserve">  урожайн</w:t>
      </w:r>
      <w:r>
        <w:rPr>
          <w:rFonts w:ascii="Times New Roman" w:hAnsi="Times New Roman"/>
          <w:sz w:val="28"/>
          <w:szCs w:val="28"/>
          <w:lang w:val="uk-UA"/>
        </w:rPr>
        <w:t>ість</w:t>
      </w:r>
      <w:r w:rsidRPr="00EF6D90">
        <w:rPr>
          <w:rFonts w:ascii="Times New Roman" w:hAnsi="Times New Roman"/>
          <w:sz w:val="28"/>
          <w:szCs w:val="28"/>
          <w:lang w:val="uk-UA"/>
        </w:rPr>
        <w:t xml:space="preserve"> </w:t>
      </w:r>
      <w:r>
        <w:rPr>
          <w:rFonts w:ascii="Times New Roman" w:hAnsi="Times New Roman"/>
          <w:sz w:val="28"/>
          <w:szCs w:val="28"/>
          <w:lang w:val="uk-UA"/>
        </w:rPr>
        <w:t>відповідно</w:t>
      </w:r>
      <w:r w:rsidRPr="00EF6D90">
        <w:rPr>
          <w:rFonts w:ascii="Times New Roman" w:hAnsi="Times New Roman"/>
          <w:sz w:val="28"/>
          <w:szCs w:val="28"/>
          <w:lang w:val="uk-UA"/>
        </w:rPr>
        <w:t xml:space="preserve">  </w:t>
      </w:r>
      <w:r>
        <w:rPr>
          <w:rFonts w:ascii="Times New Roman" w:hAnsi="Times New Roman"/>
          <w:sz w:val="28"/>
          <w:szCs w:val="28"/>
          <w:lang w:val="uk-UA"/>
        </w:rPr>
        <w:t>складала</w:t>
      </w:r>
      <w:r w:rsidRPr="00C90B54">
        <w:rPr>
          <w:rFonts w:ascii="Times New Roman" w:eastAsia="Times New Roman" w:hAnsi="Times New Roman"/>
          <w:sz w:val="28"/>
          <w:szCs w:val="28"/>
          <w:lang w:val="uk-UA" w:eastAsia="ru-RU" w:bidi="ru-RU"/>
        </w:rPr>
        <w:t xml:space="preserve"> </w:t>
      </w:r>
      <w:r w:rsidR="00962114">
        <w:rPr>
          <w:rFonts w:ascii="Times New Roman" w:eastAsia="Times New Roman" w:hAnsi="Times New Roman"/>
          <w:sz w:val="28"/>
          <w:szCs w:val="28"/>
          <w:lang w:val="uk-UA" w:eastAsia="ru-RU" w:bidi="ru-RU"/>
        </w:rPr>
        <w:t xml:space="preserve">в середньому </w:t>
      </w:r>
      <w:r>
        <w:rPr>
          <w:rFonts w:ascii="Times New Roman" w:eastAsia="Times New Roman" w:hAnsi="Times New Roman"/>
          <w:sz w:val="28"/>
          <w:szCs w:val="28"/>
          <w:lang w:val="uk-UA" w:eastAsia="ru-RU" w:bidi="ru-RU"/>
        </w:rPr>
        <w:t>4,3</w:t>
      </w:r>
      <w:r w:rsidR="00962114">
        <w:rPr>
          <w:rFonts w:ascii="Times New Roman" w:eastAsia="Times New Roman" w:hAnsi="Times New Roman"/>
          <w:sz w:val="28"/>
          <w:szCs w:val="28"/>
          <w:lang w:val="uk-UA" w:eastAsia="ru-RU" w:bidi="ru-RU"/>
        </w:rPr>
        <w:t>1</w:t>
      </w:r>
      <w:r>
        <w:rPr>
          <w:rFonts w:ascii="Times New Roman" w:eastAsia="Times New Roman" w:hAnsi="Times New Roman"/>
          <w:sz w:val="28"/>
          <w:szCs w:val="28"/>
          <w:lang w:val="uk-UA" w:eastAsia="ru-RU" w:bidi="ru-RU"/>
        </w:rPr>
        <w:t xml:space="preserve"> т</w:t>
      </w:r>
      <w:r w:rsidRPr="00C90B54">
        <w:rPr>
          <w:rFonts w:ascii="Times New Roman" w:eastAsia="Times New Roman" w:hAnsi="Times New Roman"/>
          <w:sz w:val="28"/>
          <w:szCs w:val="28"/>
          <w:lang w:val="uk-UA" w:eastAsia="ru-RU" w:bidi="ru-RU"/>
        </w:rPr>
        <w:t>/га</w:t>
      </w:r>
      <w:r>
        <w:rPr>
          <w:rFonts w:ascii="Times New Roman" w:eastAsia="Times New Roman" w:hAnsi="Times New Roman"/>
          <w:sz w:val="28"/>
          <w:szCs w:val="28"/>
          <w:lang w:val="uk-UA" w:eastAsia="ru-RU" w:bidi="ru-RU"/>
        </w:rPr>
        <w:t xml:space="preserve"> </w:t>
      </w:r>
      <w:r w:rsidRPr="00F8689E">
        <w:rPr>
          <w:rFonts w:ascii="Times New Roman" w:eastAsia="Times New Roman" w:hAnsi="Times New Roman"/>
          <w:sz w:val="28"/>
          <w:szCs w:val="28"/>
          <w:lang w:val="uk-UA" w:eastAsia="ru-RU" w:bidi="ru-RU"/>
        </w:rPr>
        <w:t>(табл. 3)</w:t>
      </w:r>
      <w:r w:rsidRPr="0077122F">
        <w:rPr>
          <w:rFonts w:ascii="Times New Roman" w:eastAsia="Times New Roman" w:hAnsi="Times New Roman"/>
          <w:sz w:val="28"/>
          <w:szCs w:val="28"/>
          <w:lang w:val="uk-UA" w:eastAsia="ru-RU" w:bidi="ru-RU"/>
        </w:rPr>
        <w:t>.</w:t>
      </w:r>
      <w:r>
        <w:rPr>
          <w:rFonts w:ascii="Times New Roman" w:hAnsi="Times New Roman"/>
          <w:b/>
          <w:bCs/>
          <w:sz w:val="28"/>
          <w:szCs w:val="28"/>
          <w:lang w:val="uk-UA" w:bidi="uk-UA"/>
        </w:rPr>
        <w:t xml:space="preserve"> </w:t>
      </w:r>
    </w:p>
    <w:p w14:paraId="423A3ACF" w14:textId="77777777" w:rsidR="000921A3" w:rsidRDefault="00364057" w:rsidP="000921A3">
      <w:pPr>
        <w:pStyle w:val="aff2"/>
        <w:rPr>
          <w:rFonts w:ascii="Times New Roman" w:hAnsi="Times New Roman" w:cs="Times New Roman"/>
          <w:b/>
          <w:sz w:val="28"/>
          <w:szCs w:val="28"/>
          <w:lang w:val="ru-RU"/>
        </w:rPr>
      </w:pPr>
      <w:r w:rsidRPr="00A70A26">
        <w:rPr>
          <w:rFonts w:ascii="Times New Roman" w:hAnsi="Times New Roman"/>
          <w:sz w:val="28"/>
          <w:szCs w:val="28"/>
          <w:lang w:val="uk-UA"/>
        </w:rPr>
        <w:t>Таблиця 3</w:t>
      </w:r>
      <w:r w:rsidR="007E3889">
        <w:rPr>
          <w:rFonts w:ascii="Times New Roman" w:hAnsi="Times New Roman"/>
          <w:sz w:val="28"/>
          <w:szCs w:val="28"/>
          <w:lang w:val="uk-UA"/>
        </w:rPr>
        <w:t xml:space="preserve">. </w:t>
      </w:r>
      <w:r w:rsidRPr="0077122F">
        <w:rPr>
          <w:rFonts w:ascii="Times New Roman" w:hAnsi="Times New Roman"/>
          <w:b/>
          <w:sz w:val="28"/>
          <w:szCs w:val="28"/>
          <w:lang w:val="uk-UA"/>
        </w:rPr>
        <w:t xml:space="preserve">Урожайність зерна пшениці </w:t>
      </w:r>
      <w:proofErr w:type="spellStart"/>
      <w:r>
        <w:rPr>
          <w:rFonts w:ascii="Times New Roman" w:hAnsi="Times New Roman"/>
          <w:b/>
          <w:sz w:val="28"/>
          <w:szCs w:val="28"/>
          <w:lang w:val="uk-UA"/>
        </w:rPr>
        <w:t>дворучки</w:t>
      </w:r>
      <w:proofErr w:type="spellEnd"/>
      <w:r w:rsidRPr="0077122F">
        <w:rPr>
          <w:rFonts w:ascii="Times New Roman" w:hAnsi="Times New Roman"/>
          <w:b/>
          <w:noProof/>
          <w:sz w:val="28"/>
          <w:szCs w:val="28"/>
          <w:lang w:val="uk-UA"/>
        </w:rPr>
        <w:t xml:space="preserve"> </w:t>
      </w:r>
      <w:r w:rsidR="000921A3" w:rsidRPr="000921A3">
        <w:rPr>
          <w:rFonts w:ascii="Times New Roman" w:hAnsi="Times New Roman" w:cs="Times New Roman"/>
          <w:b/>
          <w:sz w:val="28"/>
          <w:szCs w:val="28"/>
          <w:lang w:val="ru-RU"/>
        </w:rPr>
        <w:t xml:space="preserve">в </w:t>
      </w:r>
      <w:proofErr w:type="spellStart"/>
      <w:r w:rsidR="000921A3" w:rsidRPr="000921A3">
        <w:rPr>
          <w:rFonts w:ascii="Times New Roman" w:hAnsi="Times New Roman" w:cs="Times New Roman"/>
          <w:b/>
          <w:sz w:val="28"/>
          <w:szCs w:val="28"/>
          <w:lang w:val="ru-RU"/>
        </w:rPr>
        <w:t>технології</w:t>
      </w:r>
      <w:proofErr w:type="spellEnd"/>
      <w:r w:rsidR="000921A3" w:rsidRPr="000921A3">
        <w:rPr>
          <w:rFonts w:ascii="Times New Roman" w:hAnsi="Times New Roman" w:cs="Times New Roman"/>
          <w:b/>
          <w:sz w:val="28"/>
          <w:szCs w:val="28"/>
          <w:lang w:val="ru-RU"/>
        </w:rPr>
        <w:t xml:space="preserve"> </w:t>
      </w:r>
    </w:p>
    <w:p w14:paraId="4EEEDBE8" w14:textId="77777777" w:rsidR="000921A3" w:rsidRPr="000921A3" w:rsidRDefault="000921A3" w:rsidP="000921A3">
      <w:pPr>
        <w:pStyle w:val="aff2"/>
        <w:rPr>
          <w:rFonts w:ascii="Times New Roman" w:hAnsi="Times New Roman" w:cs="Times New Roman"/>
          <w:b/>
          <w:sz w:val="28"/>
          <w:szCs w:val="28"/>
          <w:lang w:val="ru-RU"/>
        </w:rPr>
      </w:pPr>
      <w:r w:rsidRPr="000921A3">
        <w:rPr>
          <w:rFonts w:ascii="Times New Roman" w:hAnsi="Times New Roman" w:cs="Times New Roman"/>
          <w:b/>
          <w:sz w:val="28"/>
          <w:szCs w:val="28"/>
          <w:lang w:val="ru-RU"/>
        </w:rPr>
        <w:t xml:space="preserve">з </w:t>
      </w:r>
      <w:proofErr w:type="spellStart"/>
      <w:r w:rsidRPr="000921A3">
        <w:rPr>
          <w:rFonts w:ascii="Times New Roman" w:hAnsi="Times New Roman" w:cs="Times New Roman"/>
          <w:b/>
          <w:sz w:val="28"/>
          <w:szCs w:val="28"/>
          <w:lang w:val="ru-RU"/>
        </w:rPr>
        <w:t>елементами</w:t>
      </w:r>
      <w:proofErr w:type="spellEnd"/>
      <w:r w:rsidRPr="000921A3">
        <w:rPr>
          <w:rFonts w:ascii="Times New Roman" w:hAnsi="Times New Roman" w:cs="Times New Roman"/>
          <w:b/>
          <w:sz w:val="28"/>
          <w:szCs w:val="28"/>
          <w:lang w:val="ru-RU"/>
        </w:rPr>
        <w:t xml:space="preserve"> </w:t>
      </w:r>
      <w:proofErr w:type="spellStart"/>
      <w:r w:rsidRPr="000921A3">
        <w:rPr>
          <w:rFonts w:ascii="Times New Roman" w:hAnsi="Times New Roman" w:cs="Times New Roman"/>
          <w:b/>
          <w:sz w:val="28"/>
          <w:szCs w:val="28"/>
          <w:lang w:val="ru-RU"/>
        </w:rPr>
        <w:t>біологізації</w:t>
      </w:r>
      <w:proofErr w:type="spellEnd"/>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1134"/>
        <w:gridCol w:w="1134"/>
        <w:gridCol w:w="1134"/>
        <w:gridCol w:w="1276"/>
        <w:gridCol w:w="850"/>
        <w:gridCol w:w="709"/>
      </w:tblGrid>
      <w:tr w:rsidR="007E3889" w:rsidRPr="007E3889" w14:paraId="07BABFA6" w14:textId="77777777" w:rsidTr="00AC6A13">
        <w:trPr>
          <w:trHeight w:val="457"/>
        </w:trPr>
        <w:tc>
          <w:tcPr>
            <w:tcW w:w="3539" w:type="dxa"/>
            <w:vMerge w:val="restart"/>
            <w:vAlign w:val="center"/>
          </w:tcPr>
          <w:p w14:paraId="3C7742C6" w14:textId="77777777" w:rsidR="007E3889" w:rsidRPr="004472C3" w:rsidRDefault="007E3889" w:rsidP="007E3889">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 xml:space="preserve">Варіант </w:t>
            </w:r>
          </w:p>
        </w:tc>
        <w:tc>
          <w:tcPr>
            <w:tcW w:w="3402" w:type="dxa"/>
            <w:gridSpan w:val="3"/>
            <w:vAlign w:val="center"/>
          </w:tcPr>
          <w:p w14:paraId="46498A8F" w14:textId="77777777" w:rsidR="007E3889" w:rsidRPr="007E3889" w:rsidRDefault="007E3889" w:rsidP="007E3889">
            <w:pPr>
              <w:widowControl w:val="0"/>
              <w:spacing w:after="0" w:line="240" w:lineRule="auto"/>
              <w:jc w:val="center"/>
              <w:rPr>
                <w:rFonts w:ascii="Times New Roman" w:eastAsia="Times New Roman" w:hAnsi="Times New Roman"/>
                <w:snapToGrid w:val="0"/>
                <w:sz w:val="28"/>
                <w:szCs w:val="20"/>
                <w:lang w:val="uk-UA" w:eastAsia="ru-RU"/>
              </w:rPr>
            </w:pPr>
            <w:r w:rsidRPr="004472C3">
              <w:rPr>
                <w:rFonts w:ascii="Times New Roman" w:eastAsia="Times New Roman" w:hAnsi="Times New Roman"/>
                <w:snapToGrid w:val="0"/>
                <w:sz w:val="28"/>
                <w:szCs w:val="20"/>
                <w:lang w:val="uk-UA" w:eastAsia="ru-RU"/>
              </w:rPr>
              <w:t>Урожай</w:t>
            </w:r>
            <w:r w:rsidRPr="007E3889">
              <w:rPr>
                <w:rFonts w:ascii="Times New Roman" w:eastAsia="Times New Roman" w:hAnsi="Times New Roman"/>
                <w:snapToGrid w:val="0"/>
                <w:sz w:val="28"/>
                <w:szCs w:val="28"/>
                <w:lang w:val="uk-UA" w:eastAsia="ru-RU"/>
              </w:rPr>
              <w:t>,</w:t>
            </w:r>
            <w:r>
              <w:rPr>
                <w:rFonts w:ascii="Times New Roman" w:eastAsia="Times New Roman" w:hAnsi="Times New Roman"/>
                <w:snapToGrid w:val="0"/>
                <w:sz w:val="28"/>
                <w:szCs w:val="28"/>
                <w:lang w:val="uk-UA" w:eastAsia="ru-RU"/>
              </w:rPr>
              <w:t xml:space="preserve"> </w:t>
            </w:r>
            <w:r>
              <w:rPr>
                <w:rFonts w:ascii="Times New Roman" w:eastAsia="Times New Roman" w:hAnsi="Times New Roman"/>
                <w:sz w:val="28"/>
                <w:szCs w:val="28"/>
                <w:lang w:val="uk-UA" w:eastAsia="ru-RU"/>
              </w:rPr>
              <w:t>т</w:t>
            </w:r>
            <w:r w:rsidRPr="004472C3">
              <w:rPr>
                <w:rFonts w:ascii="Times New Roman" w:eastAsia="Times New Roman" w:hAnsi="Times New Roman"/>
                <w:sz w:val="28"/>
                <w:szCs w:val="28"/>
                <w:lang w:val="uk-UA" w:eastAsia="ru-RU"/>
              </w:rPr>
              <w:t>/га</w:t>
            </w:r>
          </w:p>
        </w:tc>
        <w:tc>
          <w:tcPr>
            <w:tcW w:w="1276" w:type="dxa"/>
            <w:vMerge w:val="restart"/>
            <w:vAlign w:val="center"/>
          </w:tcPr>
          <w:p w14:paraId="0E55679E" w14:textId="77777777" w:rsidR="007E3889" w:rsidRPr="007E3889" w:rsidRDefault="00E57514" w:rsidP="007E3889">
            <w:pPr>
              <w:widowControl w:val="0"/>
              <w:spacing w:after="0" w:line="240" w:lineRule="auto"/>
              <w:jc w:val="center"/>
              <w:rPr>
                <w:rFonts w:ascii="Times New Roman" w:eastAsia="Times New Roman" w:hAnsi="Times New Roman"/>
                <w:snapToGrid w:val="0"/>
                <w:sz w:val="28"/>
                <w:szCs w:val="20"/>
                <w:lang w:val="uk-UA" w:eastAsia="ru-RU"/>
              </w:rPr>
            </w:pPr>
            <w:r>
              <w:rPr>
                <w:rFonts w:ascii="Times New Roman" w:eastAsia="Times New Roman" w:hAnsi="Times New Roman"/>
                <w:snapToGrid w:val="0"/>
                <w:sz w:val="28"/>
                <w:szCs w:val="20"/>
                <w:lang w:val="uk-UA" w:eastAsia="ru-RU"/>
              </w:rPr>
              <w:t>Середнє</w:t>
            </w:r>
          </w:p>
        </w:tc>
        <w:tc>
          <w:tcPr>
            <w:tcW w:w="1559" w:type="dxa"/>
            <w:gridSpan w:val="2"/>
            <w:vAlign w:val="center"/>
          </w:tcPr>
          <w:p w14:paraId="7D74DFCD" w14:textId="77777777" w:rsidR="007E3889" w:rsidRPr="007E3889" w:rsidRDefault="007E3889" w:rsidP="007E3889">
            <w:pPr>
              <w:spacing w:after="0" w:line="240" w:lineRule="auto"/>
              <w:jc w:val="center"/>
              <w:rPr>
                <w:rFonts w:ascii="Times New Roman" w:eastAsia="Times New Roman" w:hAnsi="Times New Roman"/>
                <w:sz w:val="28"/>
                <w:szCs w:val="20"/>
                <w:lang w:val="uk-UA" w:eastAsia="ru-RU"/>
              </w:rPr>
            </w:pPr>
            <w:r w:rsidRPr="007E3889">
              <w:rPr>
                <w:rFonts w:ascii="Times New Roman" w:eastAsia="Times New Roman" w:hAnsi="Times New Roman"/>
                <w:sz w:val="28"/>
                <w:szCs w:val="20"/>
                <w:lang w:val="uk-UA" w:eastAsia="ru-RU"/>
              </w:rPr>
              <w:t>Приріст урожаю</w:t>
            </w:r>
          </w:p>
        </w:tc>
      </w:tr>
      <w:tr w:rsidR="007E3889" w:rsidRPr="007E3889" w14:paraId="1CD62F08" w14:textId="77777777" w:rsidTr="00AC6A13">
        <w:trPr>
          <w:trHeight w:val="341"/>
        </w:trPr>
        <w:tc>
          <w:tcPr>
            <w:tcW w:w="3539" w:type="dxa"/>
            <w:vMerge/>
            <w:vAlign w:val="center"/>
          </w:tcPr>
          <w:p w14:paraId="225706AB" w14:textId="77777777" w:rsidR="007E3889" w:rsidRDefault="007E3889" w:rsidP="007E3889">
            <w:pPr>
              <w:spacing w:after="0" w:line="240" w:lineRule="auto"/>
              <w:jc w:val="center"/>
              <w:rPr>
                <w:rFonts w:ascii="Times New Roman" w:eastAsia="Times New Roman" w:hAnsi="Times New Roman"/>
                <w:sz w:val="28"/>
                <w:szCs w:val="20"/>
                <w:lang w:val="uk-UA" w:eastAsia="ru-RU"/>
              </w:rPr>
            </w:pPr>
          </w:p>
        </w:tc>
        <w:tc>
          <w:tcPr>
            <w:tcW w:w="1134" w:type="dxa"/>
            <w:vAlign w:val="center"/>
          </w:tcPr>
          <w:p w14:paraId="7FA78CE8" w14:textId="77777777" w:rsidR="007E3889" w:rsidRPr="004472C3" w:rsidRDefault="007E3889" w:rsidP="007E3889">
            <w:pPr>
              <w:widowControl w:val="0"/>
              <w:spacing w:after="0" w:line="240" w:lineRule="auto"/>
              <w:jc w:val="center"/>
              <w:rPr>
                <w:rFonts w:ascii="Times New Roman" w:eastAsia="Times New Roman" w:hAnsi="Times New Roman"/>
                <w:snapToGrid w:val="0"/>
                <w:sz w:val="28"/>
                <w:szCs w:val="20"/>
                <w:lang w:val="uk-UA" w:eastAsia="ru-RU"/>
              </w:rPr>
            </w:pPr>
            <w:r>
              <w:rPr>
                <w:rFonts w:ascii="Times New Roman" w:eastAsia="Times New Roman" w:hAnsi="Times New Roman"/>
                <w:snapToGrid w:val="0"/>
                <w:sz w:val="28"/>
                <w:szCs w:val="20"/>
                <w:lang w:val="uk-UA" w:eastAsia="ru-RU"/>
              </w:rPr>
              <w:t>2022 р.</w:t>
            </w:r>
          </w:p>
        </w:tc>
        <w:tc>
          <w:tcPr>
            <w:tcW w:w="1134" w:type="dxa"/>
            <w:vAlign w:val="center"/>
          </w:tcPr>
          <w:p w14:paraId="59D5A8B9" w14:textId="77777777" w:rsidR="007E3889" w:rsidRPr="004472C3" w:rsidRDefault="007E3889" w:rsidP="007E3889">
            <w:pPr>
              <w:widowControl w:val="0"/>
              <w:spacing w:after="0" w:line="240" w:lineRule="auto"/>
              <w:jc w:val="center"/>
              <w:rPr>
                <w:rFonts w:ascii="Times New Roman" w:eastAsia="Times New Roman" w:hAnsi="Times New Roman"/>
                <w:snapToGrid w:val="0"/>
                <w:sz w:val="28"/>
                <w:szCs w:val="20"/>
                <w:lang w:val="uk-UA" w:eastAsia="ru-RU"/>
              </w:rPr>
            </w:pPr>
            <w:r>
              <w:rPr>
                <w:rFonts w:ascii="Times New Roman" w:eastAsia="Times New Roman" w:hAnsi="Times New Roman"/>
                <w:snapToGrid w:val="0"/>
                <w:sz w:val="28"/>
                <w:szCs w:val="20"/>
                <w:lang w:val="uk-UA" w:eastAsia="ru-RU"/>
              </w:rPr>
              <w:t>2023 р.</w:t>
            </w:r>
          </w:p>
        </w:tc>
        <w:tc>
          <w:tcPr>
            <w:tcW w:w="1134" w:type="dxa"/>
            <w:vAlign w:val="center"/>
          </w:tcPr>
          <w:p w14:paraId="74B6B891" w14:textId="77777777" w:rsidR="007E3889" w:rsidRPr="004472C3" w:rsidRDefault="007E3889" w:rsidP="007E3889">
            <w:pPr>
              <w:widowControl w:val="0"/>
              <w:spacing w:after="0" w:line="240" w:lineRule="auto"/>
              <w:jc w:val="center"/>
              <w:rPr>
                <w:rFonts w:ascii="Times New Roman" w:eastAsia="Times New Roman" w:hAnsi="Times New Roman"/>
                <w:snapToGrid w:val="0"/>
                <w:sz w:val="28"/>
                <w:szCs w:val="20"/>
                <w:lang w:val="uk-UA" w:eastAsia="ru-RU"/>
              </w:rPr>
            </w:pPr>
            <w:r>
              <w:rPr>
                <w:rFonts w:ascii="Times New Roman" w:eastAsia="Times New Roman" w:hAnsi="Times New Roman"/>
                <w:snapToGrid w:val="0"/>
                <w:sz w:val="28"/>
                <w:szCs w:val="20"/>
                <w:lang w:val="uk-UA" w:eastAsia="ru-RU"/>
              </w:rPr>
              <w:t>2024 р.</w:t>
            </w:r>
          </w:p>
        </w:tc>
        <w:tc>
          <w:tcPr>
            <w:tcW w:w="1276" w:type="dxa"/>
            <w:vMerge/>
            <w:vAlign w:val="center"/>
          </w:tcPr>
          <w:p w14:paraId="20D37A14" w14:textId="77777777" w:rsidR="007E3889" w:rsidRPr="004472C3" w:rsidRDefault="007E3889" w:rsidP="007E3889">
            <w:pPr>
              <w:widowControl w:val="0"/>
              <w:spacing w:after="0" w:line="240" w:lineRule="auto"/>
              <w:jc w:val="center"/>
              <w:rPr>
                <w:rFonts w:ascii="Times New Roman" w:eastAsia="Times New Roman" w:hAnsi="Times New Roman"/>
                <w:snapToGrid w:val="0"/>
                <w:sz w:val="28"/>
                <w:szCs w:val="20"/>
                <w:lang w:val="uk-UA" w:eastAsia="ru-RU"/>
              </w:rPr>
            </w:pPr>
          </w:p>
        </w:tc>
        <w:tc>
          <w:tcPr>
            <w:tcW w:w="850" w:type="dxa"/>
            <w:vAlign w:val="center"/>
          </w:tcPr>
          <w:p w14:paraId="6BFF1E37" w14:textId="77777777" w:rsidR="007E3889" w:rsidRPr="007E3889" w:rsidRDefault="007E3889" w:rsidP="007E3889">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8"/>
                <w:lang w:val="uk-UA" w:eastAsia="ru-RU"/>
              </w:rPr>
              <w:t>т</w:t>
            </w:r>
            <w:r w:rsidRPr="004472C3">
              <w:rPr>
                <w:rFonts w:ascii="Times New Roman" w:eastAsia="Times New Roman" w:hAnsi="Times New Roman"/>
                <w:sz w:val="28"/>
                <w:szCs w:val="28"/>
                <w:lang w:val="uk-UA" w:eastAsia="ru-RU"/>
              </w:rPr>
              <w:t>/га</w:t>
            </w:r>
          </w:p>
        </w:tc>
        <w:tc>
          <w:tcPr>
            <w:tcW w:w="709" w:type="dxa"/>
            <w:vAlign w:val="center"/>
          </w:tcPr>
          <w:p w14:paraId="353712BA" w14:textId="77777777" w:rsidR="007E3889" w:rsidRPr="007E3889" w:rsidRDefault="007E3889" w:rsidP="007E3889">
            <w:pPr>
              <w:spacing w:after="0" w:line="240" w:lineRule="auto"/>
              <w:jc w:val="center"/>
              <w:rPr>
                <w:rFonts w:ascii="Times New Roman" w:eastAsia="Times New Roman" w:hAnsi="Times New Roman"/>
                <w:sz w:val="28"/>
                <w:szCs w:val="20"/>
                <w:lang w:val="uk-UA" w:eastAsia="ru-RU"/>
              </w:rPr>
            </w:pPr>
            <w:r w:rsidRPr="007E3889">
              <w:rPr>
                <w:rFonts w:ascii="Times New Roman" w:eastAsia="Times New Roman" w:hAnsi="Times New Roman"/>
                <w:sz w:val="28"/>
                <w:szCs w:val="20"/>
                <w:lang w:val="uk-UA" w:eastAsia="ru-RU"/>
              </w:rPr>
              <w:t>%</w:t>
            </w:r>
          </w:p>
        </w:tc>
      </w:tr>
      <w:tr w:rsidR="00E57514" w:rsidRPr="007E3889" w14:paraId="1D7B7866" w14:textId="77777777" w:rsidTr="00AC6A13">
        <w:tc>
          <w:tcPr>
            <w:tcW w:w="3539" w:type="dxa"/>
          </w:tcPr>
          <w:p w14:paraId="5FD707FE" w14:textId="77777777" w:rsidR="00E57514" w:rsidRDefault="00E57514" w:rsidP="00E57514">
            <w:pPr>
              <w:spacing w:after="0" w:line="240" w:lineRule="auto"/>
              <w:jc w:val="both"/>
              <w:rPr>
                <w:rFonts w:ascii="Times New Roman" w:hAnsi="Times New Roman"/>
                <w:sz w:val="28"/>
                <w:szCs w:val="28"/>
                <w:lang w:val="uk-UA"/>
              </w:rPr>
            </w:pPr>
            <w:proofErr w:type="spellStart"/>
            <w:r>
              <w:rPr>
                <w:rFonts w:ascii="Times New Roman" w:eastAsia="Times New Roman" w:hAnsi="Times New Roman"/>
                <w:sz w:val="28"/>
                <w:szCs w:val="28"/>
                <w:lang w:eastAsia="ru-RU"/>
              </w:rPr>
              <w:t>Контроль</w:t>
            </w:r>
            <w:proofErr w:type="spellEnd"/>
            <w:r>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без</w:t>
            </w:r>
            <w:proofErr w:type="spellEnd"/>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препаратів</w:t>
            </w:r>
            <w:r>
              <w:rPr>
                <w:rFonts w:ascii="Times New Roman" w:eastAsia="Times New Roman" w:hAnsi="Times New Roman"/>
                <w:sz w:val="28"/>
                <w:szCs w:val="28"/>
                <w:lang w:eastAsia="ru-RU"/>
              </w:rPr>
              <w:t>)</w:t>
            </w:r>
          </w:p>
        </w:tc>
        <w:tc>
          <w:tcPr>
            <w:tcW w:w="1134" w:type="dxa"/>
          </w:tcPr>
          <w:p w14:paraId="575A7D0E" w14:textId="77777777" w:rsidR="00E57514" w:rsidRPr="004472C3" w:rsidRDefault="00E57514" w:rsidP="00BE3376">
            <w:pPr>
              <w:widowControl w:val="0"/>
              <w:spacing w:line="360" w:lineRule="auto"/>
              <w:jc w:val="center"/>
              <w:rPr>
                <w:snapToGrid w:val="0"/>
                <w:sz w:val="28"/>
                <w:lang w:val="uk-UA"/>
              </w:rPr>
            </w:pPr>
            <w:r>
              <w:rPr>
                <w:snapToGrid w:val="0"/>
                <w:sz w:val="28"/>
                <w:lang w:val="uk-UA"/>
              </w:rPr>
              <w:t>4,</w:t>
            </w:r>
            <w:r w:rsidR="00BE3376">
              <w:rPr>
                <w:snapToGrid w:val="0"/>
                <w:sz w:val="28"/>
                <w:lang w:val="uk-UA"/>
              </w:rPr>
              <w:t>4</w:t>
            </w:r>
            <w:r>
              <w:rPr>
                <w:snapToGrid w:val="0"/>
                <w:sz w:val="28"/>
                <w:lang w:val="uk-UA"/>
              </w:rPr>
              <w:t>0</w:t>
            </w:r>
          </w:p>
        </w:tc>
        <w:tc>
          <w:tcPr>
            <w:tcW w:w="1134" w:type="dxa"/>
          </w:tcPr>
          <w:p w14:paraId="457C5D80" w14:textId="77777777" w:rsidR="00E57514" w:rsidRPr="004472C3" w:rsidRDefault="00E57514" w:rsidP="00E57514">
            <w:pPr>
              <w:widowControl w:val="0"/>
              <w:spacing w:after="0" w:line="240" w:lineRule="auto"/>
              <w:jc w:val="center"/>
              <w:rPr>
                <w:rFonts w:ascii="Times New Roman" w:eastAsia="Times New Roman" w:hAnsi="Times New Roman"/>
                <w:snapToGrid w:val="0"/>
                <w:sz w:val="28"/>
                <w:szCs w:val="20"/>
                <w:lang w:val="uk-UA" w:eastAsia="ru-RU"/>
              </w:rPr>
            </w:pPr>
            <w:r>
              <w:rPr>
                <w:rFonts w:ascii="Times New Roman" w:eastAsia="Times New Roman" w:hAnsi="Times New Roman"/>
                <w:snapToGrid w:val="0"/>
                <w:sz w:val="28"/>
                <w:szCs w:val="20"/>
                <w:lang w:val="uk-UA" w:eastAsia="ru-RU"/>
              </w:rPr>
              <w:t>4,</w:t>
            </w:r>
            <w:r w:rsidR="00BE3376">
              <w:rPr>
                <w:rFonts w:ascii="Times New Roman" w:eastAsia="Times New Roman" w:hAnsi="Times New Roman"/>
                <w:snapToGrid w:val="0"/>
                <w:sz w:val="28"/>
                <w:szCs w:val="20"/>
                <w:lang w:val="uk-UA" w:eastAsia="ru-RU"/>
              </w:rPr>
              <w:t>3</w:t>
            </w:r>
            <w:r>
              <w:rPr>
                <w:rFonts w:ascii="Times New Roman" w:eastAsia="Times New Roman" w:hAnsi="Times New Roman"/>
                <w:snapToGrid w:val="0"/>
                <w:sz w:val="28"/>
                <w:szCs w:val="20"/>
                <w:lang w:val="uk-UA" w:eastAsia="ru-RU"/>
              </w:rPr>
              <w:t>4</w:t>
            </w:r>
          </w:p>
        </w:tc>
        <w:tc>
          <w:tcPr>
            <w:tcW w:w="1134" w:type="dxa"/>
          </w:tcPr>
          <w:p w14:paraId="4F1BC20E" w14:textId="77777777" w:rsidR="00E57514" w:rsidRPr="004472C3" w:rsidRDefault="00E57514" w:rsidP="00BE3376">
            <w:pPr>
              <w:widowControl w:val="0"/>
              <w:spacing w:line="360" w:lineRule="auto"/>
              <w:jc w:val="center"/>
              <w:rPr>
                <w:snapToGrid w:val="0"/>
                <w:sz w:val="28"/>
                <w:lang w:val="uk-UA"/>
              </w:rPr>
            </w:pPr>
            <w:r>
              <w:rPr>
                <w:snapToGrid w:val="0"/>
                <w:sz w:val="28"/>
                <w:lang w:val="uk-UA"/>
              </w:rPr>
              <w:t>4,</w:t>
            </w:r>
            <w:r w:rsidR="00BE3376">
              <w:rPr>
                <w:snapToGrid w:val="0"/>
                <w:sz w:val="28"/>
                <w:lang w:val="uk-UA"/>
              </w:rPr>
              <w:t>20</w:t>
            </w:r>
          </w:p>
        </w:tc>
        <w:tc>
          <w:tcPr>
            <w:tcW w:w="1276" w:type="dxa"/>
          </w:tcPr>
          <w:p w14:paraId="76F062A8" w14:textId="77777777" w:rsidR="00E57514" w:rsidRDefault="00E57514" w:rsidP="00E57514">
            <w:pPr>
              <w:widowControl w:val="0"/>
              <w:spacing w:after="0" w:line="240" w:lineRule="auto"/>
              <w:jc w:val="center"/>
              <w:rPr>
                <w:rFonts w:ascii="Times New Roman" w:eastAsia="Times New Roman" w:hAnsi="Times New Roman"/>
                <w:snapToGrid w:val="0"/>
                <w:sz w:val="28"/>
                <w:szCs w:val="20"/>
                <w:lang w:val="uk-UA" w:eastAsia="ru-RU"/>
              </w:rPr>
            </w:pPr>
            <w:r>
              <w:rPr>
                <w:rFonts w:ascii="Times New Roman" w:eastAsia="Times New Roman" w:hAnsi="Times New Roman"/>
                <w:snapToGrid w:val="0"/>
                <w:sz w:val="28"/>
                <w:szCs w:val="20"/>
                <w:lang w:val="uk-UA" w:eastAsia="ru-RU"/>
              </w:rPr>
              <w:t>4,3</w:t>
            </w:r>
            <w:r w:rsidR="00BE3376">
              <w:rPr>
                <w:rFonts w:ascii="Times New Roman" w:eastAsia="Times New Roman" w:hAnsi="Times New Roman"/>
                <w:snapToGrid w:val="0"/>
                <w:sz w:val="28"/>
                <w:szCs w:val="20"/>
                <w:lang w:val="uk-UA" w:eastAsia="ru-RU"/>
              </w:rPr>
              <w:t>1</w:t>
            </w:r>
          </w:p>
        </w:tc>
        <w:tc>
          <w:tcPr>
            <w:tcW w:w="850" w:type="dxa"/>
          </w:tcPr>
          <w:p w14:paraId="7F05C37C" w14:textId="77777777" w:rsidR="00E57514" w:rsidRDefault="00E57514" w:rsidP="00E57514">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w:t>
            </w:r>
          </w:p>
        </w:tc>
        <w:tc>
          <w:tcPr>
            <w:tcW w:w="709" w:type="dxa"/>
          </w:tcPr>
          <w:p w14:paraId="1B296103" w14:textId="77777777" w:rsidR="00E57514" w:rsidRDefault="00E57514" w:rsidP="00E57514">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w:t>
            </w:r>
          </w:p>
        </w:tc>
      </w:tr>
      <w:tr w:rsidR="00E57514" w:rsidRPr="007E3889" w14:paraId="4332F526" w14:textId="77777777" w:rsidTr="00AC6A13">
        <w:tc>
          <w:tcPr>
            <w:tcW w:w="3539" w:type="dxa"/>
          </w:tcPr>
          <w:p w14:paraId="24C69F66" w14:textId="77777777" w:rsidR="00E57514" w:rsidRPr="00C27310" w:rsidRDefault="00E57514" w:rsidP="00E57514">
            <w:pPr>
              <w:spacing w:after="0" w:line="240" w:lineRule="auto"/>
              <w:jc w:val="both"/>
              <w:rPr>
                <w:rFonts w:ascii="Times New Roman" w:eastAsia="Times New Roman" w:hAnsi="Times New Roman"/>
                <w:sz w:val="28"/>
                <w:szCs w:val="28"/>
                <w:lang w:val="uk-UA" w:eastAsia="ru-RU"/>
              </w:rPr>
            </w:pPr>
            <w:proofErr w:type="spellStart"/>
            <w:r>
              <w:rPr>
                <w:rFonts w:ascii="Times New Roman" w:eastAsia="Times New Roman" w:hAnsi="Times New Roman"/>
                <w:sz w:val="28"/>
                <w:szCs w:val="28"/>
                <w:lang w:val="uk-UA" w:eastAsia="ru-RU"/>
              </w:rPr>
              <w:t>Амінокат</w:t>
            </w:r>
            <w:proofErr w:type="spellEnd"/>
            <w:r>
              <w:rPr>
                <w:rFonts w:ascii="Times New Roman" w:eastAsia="Times New Roman" w:hAnsi="Times New Roman"/>
                <w:sz w:val="28"/>
                <w:szCs w:val="28"/>
                <w:lang w:val="uk-UA" w:eastAsia="ru-RU"/>
              </w:rPr>
              <w:t xml:space="preserve"> 30</w:t>
            </w:r>
          </w:p>
        </w:tc>
        <w:tc>
          <w:tcPr>
            <w:tcW w:w="1134" w:type="dxa"/>
          </w:tcPr>
          <w:p w14:paraId="72DDC453" w14:textId="77777777" w:rsidR="00E57514" w:rsidRPr="004472C3" w:rsidRDefault="00E57514" w:rsidP="00962114">
            <w:pPr>
              <w:widowControl w:val="0"/>
              <w:spacing w:line="360" w:lineRule="auto"/>
              <w:jc w:val="center"/>
              <w:rPr>
                <w:snapToGrid w:val="0"/>
                <w:sz w:val="28"/>
                <w:lang w:val="uk-UA"/>
              </w:rPr>
            </w:pPr>
            <w:r>
              <w:rPr>
                <w:snapToGrid w:val="0"/>
                <w:sz w:val="28"/>
                <w:lang w:val="uk-UA"/>
              </w:rPr>
              <w:t>4,</w:t>
            </w:r>
            <w:r w:rsidR="00962114">
              <w:rPr>
                <w:snapToGrid w:val="0"/>
                <w:sz w:val="28"/>
                <w:lang w:val="uk-UA"/>
              </w:rPr>
              <w:t>7</w:t>
            </w:r>
            <w:r w:rsidR="00BE3376">
              <w:rPr>
                <w:snapToGrid w:val="0"/>
                <w:sz w:val="28"/>
                <w:lang w:val="uk-UA"/>
              </w:rPr>
              <w:t>1</w:t>
            </w:r>
          </w:p>
        </w:tc>
        <w:tc>
          <w:tcPr>
            <w:tcW w:w="1134" w:type="dxa"/>
          </w:tcPr>
          <w:p w14:paraId="40C18DCD" w14:textId="77777777" w:rsidR="00E57514" w:rsidRPr="004472C3" w:rsidRDefault="00E57514" w:rsidP="00E57514">
            <w:pPr>
              <w:widowControl w:val="0"/>
              <w:spacing w:after="0" w:line="240" w:lineRule="auto"/>
              <w:jc w:val="center"/>
              <w:rPr>
                <w:rFonts w:ascii="Times New Roman" w:eastAsia="Times New Roman" w:hAnsi="Times New Roman"/>
                <w:snapToGrid w:val="0"/>
                <w:sz w:val="28"/>
                <w:szCs w:val="20"/>
                <w:lang w:val="uk-UA" w:eastAsia="ru-RU"/>
              </w:rPr>
            </w:pPr>
            <w:r>
              <w:rPr>
                <w:rFonts w:ascii="Times New Roman" w:eastAsia="Times New Roman" w:hAnsi="Times New Roman"/>
                <w:snapToGrid w:val="0"/>
                <w:sz w:val="28"/>
                <w:szCs w:val="20"/>
                <w:lang w:val="uk-UA" w:eastAsia="ru-RU"/>
              </w:rPr>
              <w:t>4,</w:t>
            </w:r>
            <w:r w:rsidR="00BE3376">
              <w:rPr>
                <w:rFonts w:ascii="Times New Roman" w:eastAsia="Times New Roman" w:hAnsi="Times New Roman"/>
                <w:snapToGrid w:val="0"/>
                <w:sz w:val="28"/>
                <w:szCs w:val="20"/>
                <w:lang w:val="uk-UA" w:eastAsia="ru-RU"/>
              </w:rPr>
              <w:t>6</w:t>
            </w:r>
            <w:r>
              <w:rPr>
                <w:rFonts w:ascii="Times New Roman" w:eastAsia="Times New Roman" w:hAnsi="Times New Roman"/>
                <w:snapToGrid w:val="0"/>
                <w:sz w:val="28"/>
                <w:szCs w:val="20"/>
                <w:lang w:val="uk-UA" w:eastAsia="ru-RU"/>
              </w:rPr>
              <w:t>4</w:t>
            </w:r>
          </w:p>
        </w:tc>
        <w:tc>
          <w:tcPr>
            <w:tcW w:w="1134" w:type="dxa"/>
          </w:tcPr>
          <w:p w14:paraId="5C69CFCE" w14:textId="77777777" w:rsidR="00E57514" w:rsidRPr="004472C3" w:rsidRDefault="00E57514" w:rsidP="00BE3376">
            <w:pPr>
              <w:widowControl w:val="0"/>
              <w:spacing w:line="360" w:lineRule="auto"/>
              <w:jc w:val="center"/>
              <w:rPr>
                <w:snapToGrid w:val="0"/>
                <w:sz w:val="28"/>
                <w:lang w:val="uk-UA"/>
              </w:rPr>
            </w:pPr>
            <w:r>
              <w:rPr>
                <w:snapToGrid w:val="0"/>
                <w:sz w:val="28"/>
                <w:lang w:val="uk-UA"/>
              </w:rPr>
              <w:t>4,</w:t>
            </w:r>
            <w:r w:rsidR="00BE3376">
              <w:rPr>
                <w:snapToGrid w:val="0"/>
                <w:sz w:val="28"/>
                <w:lang w:val="uk-UA"/>
              </w:rPr>
              <w:t>58</w:t>
            </w:r>
          </w:p>
        </w:tc>
        <w:tc>
          <w:tcPr>
            <w:tcW w:w="1276" w:type="dxa"/>
          </w:tcPr>
          <w:p w14:paraId="625605F9" w14:textId="77777777" w:rsidR="00E57514" w:rsidRDefault="00E57514" w:rsidP="00962114">
            <w:pPr>
              <w:widowControl w:val="0"/>
              <w:spacing w:after="0" w:line="240" w:lineRule="auto"/>
              <w:jc w:val="center"/>
              <w:rPr>
                <w:rFonts w:ascii="Times New Roman" w:eastAsia="Times New Roman" w:hAnsi="Times New Roman"/>
                <w:snapToGrid w:val="0"/>
                <w:sz w:val="28"/>
                <w:szCs w:val="20"/>
                <w:lang w:val="uk-UA" w:eastAsia="ru-RU"/>
              </w:rPr>
            </w:pPr>
            <w:r>
              <w:rPr>
                <w:rFonts w:ascii="Times New Roman" w:eastAsia="Times New Roman" w:hAnsi="Times New Roman"/>
                <w:snapToGrid w:val="0"/>
                <w:sz w:val="28"/>
                <w:szCs w:val="20"/>
                <w:lang w:val="uk-UA" w:eastAsia="ru-RU"/>
              </w:rPr>
              <w:t>4,</w:t>
            </w:r>
            <w:r w:rsidR="00BE3376">
              <w:rPr>
                <w:rFonts w:ascii="Times New Roman" w:eastAsia="Times New Roman" w:hAnsi="Times New Roman"/>
                <w:snapToGrid w:val="0"/>
                <w:sz w:val="28"/>
                <w:szCs w:val="20"/>
                <w:lang w:val="uk-UA" w:eastAsia="ru-RU"/>
              </w:rPr>
              <w:t>6</w:t>
            </w:r>
            <w:r w:rsidR="00962114">
              <w:rPr>
                <w:rFonts w:ascii="Times New Roman" w:eastAsia="Times New Roman" w:hAnsi="Times New Roman"/>
                <w:snapToGrid w:val="0"/>
                <w:sz w:val="28"/>
                <w:szCs w:val="20"/>
                <w:lang w:val="uk-UA" w:eastAsia="ru-RU"/>
              </w:rPr>
              <w:t>4</w:t>
            </w:r>
          </w:p>
        </w:tc>
        <w:tc>
          <w:tcPr>
            <w:tcW w:w="850" w:type="dxa"/>
          </w:tcPr>
          <w:p w14:paraId="19301021" w14:textId="77777777" w:rsidR="00E57514" w:rsidRDefault="00E57514" w:rsidP="00962114">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0,</w:t>
            </w:r>
            <w:r w:rsidR="00962114">
              <w:rPr>
                <w:rFonts w:ascii="Times New Roman" w:eastAsia="Times New Roman" w:hAnsi="Times New Roman"/>
                <w:sz w:val="28"/>
                <w:szCs w:val="20"/>
                <w:lang w:val="uk-UA" w:eastAsia="ru-RU"/>
              </w:rPr>
              <w:t>33</w:t>
            </w:r>
          </w:p>
        </w:tc>
        <w:tc>
          <w:tcPr>
            <w:tcW w:w="709" w:type="dxa"/>
          </w:tcPr>
          <w:p w14:paraId="63E78054" w14:textId="77777777" w:rsidR="00E57514" w:rsidRDefault="00962114" w:rsidP="00E57514">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7,7</w:t>
            </w:r>
          </w:p>
        </w:tc>
      </w:tr>
      <w:tr w:rsidR="00E57514" w:rsidRPr="007E3889" w14:paraId="57BD28B7" w14:textId="77777777" w:rsidTr="00AC6A13">
        <w:tc>
          <w:tcPr>
            <w:tcW w:w="3539" w:type="dxa"/>
          </w:tcPr>
          <w:p w14:paraId="14F39C75" w14:textId="77777777" w:rsidR="00E57514" w:rsidRDefault="00E57514" w:rsidP="00E57514">
            <w:pPr>
              <w:spacing w:after="0" w:line="240" w:lineRule="auto"/>
              <w:jc w:val="both"/>
              <w:rPr>
                <w:rFonts w:ascii="Times New Roman" w:hAnsi="Times New Roman"/>
                <w:sz w:val="28"/>
                <w:szCs w:val="28"/>
                <w:lang w:val="uk-UA"/>
              </w:rPr>
            </w:pPr>
            <w:r>
              <w:rPr>
                <w:rFonts w:ascii="Times New Roman" w:eastAsia="Times New Roman" w:hAnsi="Times New Roman"/>
                <w:bCs/>
                <w:color w:val="3E3E3E"/>
                <w:sz w:val="28"/>
                <w:szCs w:val="28"/>
                <w:lang w:val="ru-RU"/>
              </w:rPr>
              <w:t xml:space="preserve">Триатлон </w:t>
            </w:r>
            <w:r w:rsidRPr="00C27310">
              <w:rPr>
                <w:rFonts w:ascii="Times New Roman" w:eastAsia="Times New Roman" w:hAnsi="Times New Roman"/>
                <w:bCs/>
                <w:color w:val="3E3E3E"/>
                <w:sz w:val="28"/>
                <w:szCs w:val="28"/>
                <w:lang w:val="ru-RU"/>
              </w:rPr>
              <w:t>Прайм</w:t>
            </w:r>
            <w:r>
              <w:rPr>
                <w:rFonts w:ascii="Times New Roman" w:hAnsi="Times New Roman"/>
                <w:bCs/>
                <w:sz w:val="28"/>
                <w:szCs w:val="28"/>
                <w:lang w:val="uk-UA"/>
              </w:rPr>
              <w:t xml:space="preserve"> 0,04 кг</w:t>
            </w:r>
            <w:r w:rsidRPr="00D93070">
              <w:rPr>
                <w:rFonts w:ascii="Times New Roman" w:hAnsi="Times New Roman"/>
                <w:bCs/>
                <w:sz w:val="28"/>
                <w:szCs w:val="28"/>
                <w:lang w:val="uk-UA"/>
              </w:rPr>
              <w:t>/га</w:t>
            </w:r>
            <w:r>
              <w:rPr>
                <w:rFonts w:ascii="Times New Roman" w:hAnsi="Times New Roman"/>
                <w:bCs/>
                <w:sz w:val="28"/>
                <w:szCs w:val="28"/>
                <w:lang w:val="uk-UA"/>
              </w:rPr>
              <w:t>+</w:t>
            </w:r>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Амінокат</w:t>
            </w:r>
            <w:proofErr w:type="spellEnd"/>
            <w:r>
              <w:rPr>
                <w:rFonts w:ascii="Times New Roman" w:eastAsia="Times New Roman" w:hAnsi="Times New Roman"/>
                <w:sz w:val="28"/>
                <w:szCs w:val="28"/>
                <w:lang w:val="uk-UA" w:eastAsia="ru-RU"/>
              </w:rPr>
              <w:t xml:space="preserve"> 30</w:t>
            </w:r>
          </w:p>
        </w:tc>
        <w:tc>
          <w:tcPr>
            <w:tcW w:w="1134" w:type="dxa"/>
          </w:tcPr>
          <w:p w14:paraId="60C5EC53" w14:textId="77777777" w:rsidR="00E57514" w:rsidRPr="004472C3" w:rsidRDefault="00BE3376" w:rsidP="00E57514">
            <w:pPr>
              <w:widowControl w:val="0"/>
              <w:spacing w:line="360" w:lineRule="auto"/>
              <w:jc w:val="center"/>
              <w:rPr>
                <w:snapToGrid w:val="0"/>
                <w:sz w:val="28"/>
                <w:lang w:val="uk-UA"/>
              </w:rPr>
            </w:pPr>
            <w:r>
              <w:rPr>
                <w:snapToGrid w:val="0"/>
                <w:sz w:val="28"/>
                <w:lang w:val="uk-UA"/>
              </w:rPr>
              <w:t>5,05</w:t>
            </w:r>
          </w:p>
        </w:tc>
        <w:tc>
          <w:tcPr>
            <w:tcW w:w="1134" w:type="dxa"/>
          </w:tcPr>
          <w:p w14:paraId="2408125B" w14:textId="77777777" w:rsidR="00E57514" w:rsidRPr="004472C3" w:rsidRDefault="00E57514" w:rsidP="00BE3376">
            <w:pPr>
              <w:widowControl w:val="0"/>
              <w:spacing w:after="0" w:line="240" w:lineRule="auto"/>
              <w:jc w:val="center"/>
              <w:rPr>
                <w:rFonts w:ascii="Times New Roman" w:eastAsia="Times New Roman" w:hAnsi="Times New Roman"/>
                <w:snapToGrid w:val="0"/>
                <w:sz w:val="28"/>
                <w:szCs w:val="20"/>
                <w:lang w:val="uk-UA" w:eastAsia="ru-RU"/>
              </w:rPr>
            </w:pPr>
            <w:r>
              <w:rPr>
                <w:rFonts w:ascii="Times New Roman" w:eastAsia="Times New Roman" w:hAnsi="Times New Roman"/>
                <w:snapToGrid w:val="0"/>
                <w:sz w:val="28"/>
                <w:szCs w:val="20"/>
                <w:lang w:val="uk-UA" w:eastAsia="ru-RU"/>
              </w:rPr>
              <w:t>4,9</w:t>
            </w:r>
            <w:r w:rsidR="00BE3376">
              <w:rPr>
                <w:rFonts w:ascii="Times New Roman" w:eastAsia="Times New Roman" w:hAnsi="Times New Roman"/>
                <w:snapToGrid w:val="0"/>
                <w:sz w:val="28"/>
                <w:szCs w:val="20"/>
                <w:lang w:val="uk-UA" w:eastAsia="ru-RU"/>
              </w:rPr>
              <w:t>1</w:t>
            </w:r>
          </w:p>
        </w:tc>
        <w:tc>
          <w:tcPr>
            <w:tcW w:w="1134" w:type="dxa"/>
          </w:tcPr>
          <w:p w14:paraId="64B4FD9B" w14:textId="77777777" w:rsidR="00E57514" w:rsidRPr="004472C3" w:rsidRDefault="00BE3376" w:rsidP="00E57514">
            <w:pPr>
              <w:widowControl w:val="0"/>
              <w:spacing w:line="360" w:lineRule="auto"/>
              <w:jc w:val="center"/>
              <w:rPr>
                <w:snapToGrid w:val="0"/>
                <w:sz w:val="28"/>
                <w:lang w:val="uk-UA"/>
              </w:rPr>
            </w:pPr>
            <w:r>
              <w:rPr>
                <w:snapToGrid w:val="0"/>
                <w:sz w:val="28"/>
                <w:lang w:val="uk-UA"/>
              </w:rPr>
              <w:t>4,85</w:t>
            </w:r>
          </w:p>
        </w:tc>
        <w:tc>
          <w:tcPr>
            <w:tcW w:w="1276" w:type="dxa"/>
          </w:tcPr>
          <w:p w14:paraId="0E720744" w14:textId="77777777" w:rsidR="00E57514" w:rsidRDefault="00E57514" w:rsidP="00E57514">
            <w:pPr>
              <w:widowControl w:val="0"/>
              <w:spacing w:after="0" w:line="240" w:lineRule="auto"/>
              <w:jc w:val="center"/>
              <w:rPr>
                <w:rFonts w:ascii="Times New Roman" w:eastAsia="Times New Roman" w:hAnsi="Times New Roman"/>
                <w:snapToGrid w:val="0"/>
                <w:sz w:val="28"/>
                <w:szCs w:val="20"/>
                <w:lang w:val="uk-UA" w:eastAsia="ru-RU"/>
              </w:rPr>
            </w:pPr>
            <w:r>
              <w:rPr>
                <w:rFonts w:ascii="Times New Roman" w:eastAsia="Times New Roman" w:hAnsi="Times New Roman"/>
                <w:snapToGrid w:val="0"/>
                <w:sz w:val="28"/>
                <w:szCs w:val="20"/>
                <w:lang w:val="uk-UA" w:eastAsia="ru-RU"/>
              </w:rPr>
              <w:t>4,9</w:t>
            </w:r>
            <w:r w:rsidR="00BE3376">
              <w:rPr>
                <w:rFonts w:ascii="Times New Roman" w:eastAsia="Times New Roman" w:hAnsi="Times New Roman"/>
                <w:snapToGrid w:val="0"/>
                <w:sz w:val="28"/>
                <w:szCs w:val="20"/>
                <w:lang w:val="uk-UA" w:eastAsia="ru-RU"/>
              </w:rPr>
              <w:t>4</w:t>
            </w:r>
          </w:p>
        </w:tc>
        <w:tc>
          <w:tcPr>
            <w:tcW w:w="850" w:type="dxa"/>
          </w:tcPr>
          <w:p w14:paraId="478D7B04" w14:textId="77777777" w:rsidR="00E57514" w:rsidRDefault="00E57514" w:rsidP="00E57514">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0,6</w:t>
            </w:r>
            <w:r w:rsidR="00962114">
              <w:rPr>
                <w:rFonts w:ascii="Times New Roman" w:eastAsia="Times New Roman" w:hAnsi="Times New Roman"/>
                <w:sz w:val="28"/>
                <w:szCs w:val="20"/>
                <w:lang w:val="uk-UA" w:eastAsia="ru-RU"/>
              </w:rPr>
              <w:t>3</w:t>
            </w:r>
          </w:p>
        </w:tc>
        <w:tc>
          <w:tcPr>
            <w:tcW w:w="709" w:type="dxa"/>
          </w:tcPr>
          <w:p w14:paraId="19B534F4" w14:textId="77777777" w:rsidR="00E57514" w:rsidRDefault="00E57514" w:rsidP="00962114">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14,</w:t>
            </w:r>
            <w:r w:rsidR="00962114">
              <w:rPr>
                <w:rFonts w:ascii="Times New Roman" w:eastAsia="Times New Roman" w:hAnsi="Times New Roman"/>
                <w:sz w:val="28"/>
                <w:szCs w:val="20"/>
                <w:lang w:val="uk-UA" w:eastAsia="ru-RU"/>
              </w:rPr>
              <w:t>6</w:t>
            </w:r>
          </w:p>
        </w:tc>
      </w:tr>
      <w:tr w:rsidR="00E57514" w:rsidRPr="004472C3" w14:paraId="69BC5174" w14:textId="77777777" w:rsidTr="00AC6A13">
        <w:tc>
          <w:tcPr>
            <w:tcW w:w="3539" w:type="dxa"/>
          </w:tcPr>
          <w:p w14:paraId="0ECFD78A" w14:textId="77777777" w:rsidR="00E57514" w:rsidRDefault="00E57514" w:rsidP="00E57514">
            <w:pPr>
              <w:spacing w:after="0" w:line="240" w:lineRule="auto"/>
              <w:jc w:val="both"/>
              <w:rPr>
                <w:rFonts w:ascii="Times New Roman" w:hAnsi="Times New Roman"/>
                <w:sz w:val="28"/>
                <w:szCs w:val="28"/>
                <w:lang w:val="uk-UA"/>
              </w:rPr>
            </w:pPr>
            <w:r w:rsidRPr="00C27310">
              <w:rPr>
                <w:rFonts w:ascii="Times New Roman" w:eastAsia="Times New Roman" w:hAnsi="Times New Roman"/>
                <w:bCs/>
                <w:color w:val="3E3E3E"/>
                <w:sz w:val="28"/>
                <w:szCs w:val="28"/>
                <w:lang w:val="ru-RU"/>
              </w:rPr>
              <w:t>Триатлон Прайм</w:t>
            </w:r>
            <w:r>
              <w:rPr>
                <w:rFonts w:ascii="Times New Roman" w:hAnsi="Times New Roman"/>
                <w:bCs/>
                <w:sz w:val="28"/>
                <w:szCs w:val="28"/>
                <w:lang w:val="uk-UA"/>
              </w:rPr>
              <w:t xml:space="preserve"> 0,05 кг</w:t>
            </w:r>
            <w:r w:rsidRPr="00D93070">
              <w:rPr>
                <w:rFonts w:ascii="Times New Roman" w:hAnsi="Times New Roman"/>
                <w:bCs/>
                <w:sz w:val="28"/>
                <w:szCs w:val="28"/>
                <w:lang w:val="uk-UA"/>
              </w:rPr>
              <w:t>/га</w:t>
            </w:r>
            <w:r>
              <w:rPr>
                <w:rFonts w:ascii="Times New Roman" w:hAnsi="Times New Roman"/>
                <w:bCs/>
                <w:sz w:val="28"/>
                <w:szCs w:val="28"/>
                <w:lang w:val="uk-UA"/>
              </w:rPr>
              <w:t>+</w:t>
            </w:r>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Амінокат</w:t>
            </w:r>
            <w:proofErr w:type="spellEnd"/>
            <w:r>
              <w:rPr>
                <w:rFonts w:ascii="Times New Roman" w:eastAsia="Times New Roman" w:hAnsi="Times New Roman"/>
                <w:sz w:val="28"/>
                <w:szCs w:val="28"/>
                <w:lang w:val="uk-UA" w:eastAsia="ru-RU"/>
              </w:rPr>
              <w:t xml:space="preserve"> 30</w:t>
            </w:r>
          </w:p>
        </w:tc>
        <w:tc>
          <w:tcPr>
            <w:tcW w:w="1134" w:type="dxa"/>
          </w:tcPr>
          <w:p w14:paraId="568C818E" w14:textId="77777777" w:rsidR="00E57514" w:rsidRPr="004472C3" w:rsidRDefault="00E57514" w:rsidP="00BE3376">
            <w:pPr>
              <w:widowControl w:val="0"/>
              <w:spacing w:line="360" w:lineRule="auto"/>
              <w:jc w:val="center"/>
              <w:rPr>
                <w:snapToGrid w:val="0"/>
                <w:sz w:val="28"/>
                <w:lang w:val="uk-UA"/>
              </w:rPr>
            </w:pPr>
            <w:r>
              <w:rPr>
                <w:snapToGrid w:val="0"/>
                <w:sz w:val="28"/>
                <w:lang w:val="uk-UA"/>
              </w:rPr>
              <w:t>5,</w:t>
            </w:r>
            <w:r w:rsidR="00BE3376">
              <w:rPr>
                <w:snapToGrid w:val="0"/>
                <w:sz w:val="28"/>
                <w:lang w:val="uk-UA"/>
              </w:rPr>
              <w:t>4</w:t>
            </w:r>
            <w:r>
              <w:rPr>
                <w:snapToGrid w:val="0"/>
                <w:sz w:val="28"/>
                <w:lang w:val="uk-UA"/>
              </w:rPr>
              <w:t>5</w:t>
            </w:r>
          </w:p>
        </w:tc>
        <w:tc>
          <w:tcPr>
            <w:tcW w:w="1134" w:type="dxa"/>
          </w:tcPr>
          <w:p w14:paraId="6752F5CE" w14:textId="77777777" w:rsidR="00E57514" w:rsidRPr="004472C3" w:rsidRDefault="00E57514" w:rsidP="00BE3376">
            <w:pPr>
              <w:widowControl w:val="0"/>
              <w:spacing w:after="0" w:line="240" w:lineRule="auto"/>
              <w:jc w:val="center"/>
              <w:rPr>
                <w:rFonts w:ascii="Times New Roman" w:eastAsia="Times New Roman" w:hAnsi="Times New Roman"/>
                <w:snapToGrid w:val="0"/>
                <w:sz w:val="28"/>
                <w:szCs w:val="20"/>
                <w:lang w:val="uk-UA" w:eastAsia="ru-RU"/>
              </w:rPr>
            </w:pPr>
            <w:r>
              <w:rPr>
                <w:rFonts w:ascii="Times New Roman" w:eastAsia="Times New Roman" w:hAnsi="Times New Roman"/>
                <w:snapToGrid w:val="0"/>
                <w:sz w:val="28"/>
                <w:szCs w:val="20"/>
                <w:lang w:val="uk-UA" w:eastAsia="ru-RU"/>
              </w:rPr>
              <w:t>5,10</w:t>
            </w:r>
          </w:p>
        </w:tc>
        <w:tc>
          <w:tcPr>
            <w:tcW w:w="1134" w:type="dxa"/>
          </w:tcPr>
          <w:p w14:paraId="74ACDC24" w14:textId="77777777" w:rsidR="00E57514" w:rsidRPr="004472C3" w:rsidRDefault="00E57514" w:rsidP="00BE3376">
            <w:pPr>
              <w:widowControl w:val="0"/>
              <w:spacing w:line="360" w:lineRule="auto"/>
              <w:jc w:val="center"/>
              <w:rPr>
                <w:snapToGrid w:val="0"/>
                <w:sz w:val="28"/>
                <w:lang w:val="uk-UA"/>
              </w:rPr>
            </w:pPr>
            <w:r>
              <w:rPr>
                <w:snapToGrid w:val="0"/>
                <w:sz w:val="28"/>
                <w:lang w:val="uk-UA"/>
              </w:rPr>
              <w:t>5,</w:t>
            </w:r>
            <w:r w:rsidR="00BE3376">
              <w:rPr>
                <w:snapToGrid w:val="0"/>
                <w:sz w:val="28"/>
                <w:lang w:val="uk-UA"/>
              </w:rPr>
              <w:t>0</w:t>
            </w:r>
            <w:r>
              <w:rPr>
                <w:snapToGrid w:val="0"/>
                <w:sz w:val="28"/>
                <w:lang w:val="uk-UA"/>
              </w:rPr>
              <w:t>7</w:t>
            </w:r>
          </w:p>
        </w:tc>
        <w:tc>
          <w:tcPr>
            <w:tcW w:w="1276" w:type="dxa"/>
          </w:tcPr>
          <w:p w14:paraId="26863808" w14:textId="77777777" w:rsidR="00E57514" w:rsidRDefault="00E57514" w:rsidP="00E57514">
            <w:pPr>
              <w:widowControl w:val="0"/>
              <w:spacing w:after="0" w:line="240" w:lineRule="auto"/>
              <w:jc w:val="center"/>
              <w:rPr>
                <w:rFonts w:ascii="Times New Roman" w:eastAsia="Times New Roman" w:hAnsi="Times New Roman"/>
                <w:snapToGrid w:val="0"/>
                <w:sz w:val="28"/>
                <w:szCs w:val="20"/>
                <w:lang w:val="uk-UA" w:eastAsia="ru-RU"/>
              </w:rPr>
            </w:pPr>
            <w:r>
              <w:rPr>
                <w:rFonts w:ascii="Times New Roman" w:eastAsia="Times New Roman" w:hAnsi="Times New Roman"/>
                <w:snapToGrid w:val="0"/>
                <w:sz w:val="28"/>
                <w:szCs w:val="20"/>
                <w:lang w:val="uk-UA" w:eastAsia="ru-RU"/>
              </w:rPr>
              <w:t>5,2</w:t>
            </w:r>
            <w:r w:rsidR="00BE3376">
              <w:rPr>
                <w:rFonts w:ascii="Times New Roman" w:eastAsia="Times New Roman" w:hAnsi="Times New Roman"/>
                <w:snapToGrid w:val="0"/>
                <w:sz w:val="28"/>
                <w:szCs w:val="20"/>
                <w:lang w:val="uk-UA" w:eastAsia="ru-RU"/>
              </w:rPr>
              <w:t>1</w:t>
            </w:r>
          </w:p>
        </w:tc>
        <w:tc>
          <w:tcPr>
            <w:tcW w:w="850" w:type="dxa"/>
          </w:tcPr>
          <w:p w14:paraId="06205491" w14:textId="77777777" w:rsidR="00E57514" w:rsidRDefault="00E57514" w:rsidP="00E57514">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0,9</w:t>
            </w:r>
            <w:r w:rsidR="00962114">
              <w:rPr>
                <w:rFonts w:ascii="Times New Roman" w:eastAsia="Times New Roman" w:hAnsi="Times New Roman"/>
                <w:sz w:val="28"/>
                <w:szCs w:val="20"/>
                <w:lang w:val="uk-UA" w:eastAsia="ru-RU"/>
              </w:rPr>
              <w:t>0</w:t>
            </w:r>
          </w:p>
        </w:tc>
        <w:tc>
          <w:tcPr>
            <w:tcW w:w="709" w:type="dxa"/>
          </w:tcPr>
          <w:p w14:paraId="2158E0FF" w14:textId="77777777" w:rsidR="00E57514" w:rsidRDefault="00E57514" w:rsidP="00E57514">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20,9</w:t>
            </w:r>
          </w:p>
        </w:tc>
      </w:tr>
      <w:tr w:rsidR="00E57514" w:rsidRPr="004472C3" w14:paraId="35A9EB20" w14:textId="77777777" w:rsidTr="00AC6A13">
        <w:tc>
          <w:tcPr>
            <w:tcW w:w="3539" w:type="dxa"/>
          </w:tcPr>
          <w:p w14:paraId="788DBF88" w14:textId="77777777" w:rsidR="00E57514" w:rsidRDefault="00E57514" w:rsidP="00E57514">
            <w:pPr>
              <w:spacing w:after="0" w:line="240" w:lineRule="auto"/>
              <w:jc w:val="both"/>
              <w:rPr>
                <w:rFonts w:ascii="Times New Roman" w:hAnsi="Times New Roman"/>
                <w:sz w:val="28"/>
                <w:szCs w:val="28"/>
                <w:lang w:val="uk-UA"/>
              </w:rPr>
            </w:pPr>
            <w:r w:rsidRPr="00C27310">
              <w:rPr>
                <w:rFonts w:ascii="Times New Roman" w:eastAsia="Times New Roman" w:hAnsi="Times New Roman"/>
                <w:bCs/>
                <w:color w:val="3E3E3E"/>
                <w:sz w:val="28"/>
                <w:szCs w:val="28"/>
                <w:lang w:val="ru-RU"/>
              </w:rPr>
              <w:t>Триатлон Прайм</w:t>
            </w:r>
            <w:r w:rsidRPr="00D93070">
              <w:rPr>
                <w:rFonts w:ascii="Times New Roman" w:hAnsi="Times New Roman"/>
                <w:bCs/>
                <w:sz w:val="28"/>
                <w:szCs w:val="28"/>
                <w:lang w:val="uk-UA"/>
              </w:rPr>
              <w:t xml:space="preserve"> </w:t>
            </w:r>
            <w:r>
              <w:rPr>
                <w:rFonts w:ascii="Times New Roman" w:hAnsi="Times New Roman"/>
                <w:bCs/>
                <w:sz w:val="28"/>
                <w:szCs w:val="28"/>
                <w:lang w:val="uk-UA"/>
              </w:rPr>
              <w:t>0,06 кг</w:t>
            </w:r>
            <w:r w:rsidRPr="00D93070">
              <w:rPr>
                <w:rFonts w:ascii="Times New Roman" w:hAnsi="Times New Roman"/>
                <w:bCs/>
                <w:sz w:val="28"/>
                <w:szCs w:val="28"/>
                <w:lang w:val="uk-UA"/>
              </w:rPr>
              <w:t>/га</w:t>
            </w:r>
            <w:r>
              <w:rPr>
                <w:rFonts w:ascii="Times New Roman" w:hAnsi="Times New Roman"/>
                <w:bCs/>
                <w:sz w:val="28"/>
                <w:szCs w:val="28"/>
                <w:lang w:val="uk-UA"/>
              </w:rPr>
              <w:t>+</w:t>
            </w:r>
            <w:r>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Амінокат</w:t>
            </w:r>
            <w:proofErr w:type="spellEnd"/>
            <w:r>
              <w:rPr>
                <w:rFonts w:ascii="Times New Roman" w:eastAsia="Times New Roman" w:hAnsi="Times New Roman"/>
                <w:sz w:val="28"/>
                <w:szCs w:val="28"/>
                <w:lang w:val="uk-UA" w:eastAsia="ru-RU"/>
              </w:rPr>
              <w:t xml:space="preserve"> 30</w:t>
            </w:r>
          </w:p>
        </w:tc>
        <w:tc>
          <w:tcPr>
            <w:tcW w:w="1134" w:type="dxa"/>
          </w:tcPr>
          <w:p w14:paraId="70F9AFED" w14:textId="77777777" w:rsidR="00E57514" w:rsidRPr="004472C3" w:rsidRDefault="00E57514" w:rsidP="00BE3376">
            <w:pPr>
              <w:widowControl w:val="0"/>
              <w:spacing w:line="360" w:lineRule="auto"/>
              <w:jc w:val="center"/>
              <w:rPr>
                <w:snapToGrid w:val="0"/>
                <w:sz w:val="28"/>
                <w:lang w:val="uk-UA"/>
              </w:rPr>
            </w:pPr>
            <w:r>
              <w:rPr>
                <w:snapToGrid w:val="0"/>
                <w:sz w:val="28"/>
                <w:lang w:val="uk-UA"/>
              </w:rPr>
              <w:t>4,</w:t>
            </w:r>
            <w:r w:rsidR="00BE3376">
              <w:rPr>
                <w:snapToGrid w:val="0"/>
                <w:sz w:val="28"/>
                <w:lang w:val="uk-UA"/>
              </w:rPr>
              <w:t>8</w:t>
            </w:r>
            <w:r>
              <w:rPr>
                <w:snapToGrid w:val="0"/>
                <w:sz w:val="28"/>
                <w:lang w:val="uk-UA"/>
              </w:rPr>
              <w:t>8</w:t>
            </w:r>
          </w:p>
        </w:tc>
        <w:tc>
          <w:tcPr>
            <w:tcW w:w="1134" w:type="dxa"/>
          </w:tcPr>
          <w:p w14:paraId="35DF0A1D" w14:textId="77777777" w:rsidR="00E57514" w:rsidRPr="004472C3" w:rsidRDefault="00E57514" w:rsidP="00BE3376">
            <w:pPr>
              <w:widowControl w:val="0"/>
              <w:spacing w:after="0" w:line="240" w:lineRule="auto"/>
              <w:jc w:val="center"/>
              <w:rPr>
                <w:rFonts w:ascii="Times New Roman" w:eastAsia="Times New Roman" w:hAnsi="Times New Roman"/>
                <w:snapToGrid w:val="0"/>
                <w:sz w:val="28"/>
                <w:szCs w:val="20"/>
                <w:lang w:val="uk-UA" w:eastAsia="ru-RU"/>
              </w:rPr>
            </w:pPr>
            <w:r>
              <w:rPr>
                <w:rFonts w:ascii="Times New Roman" w:eastAsia="Times New Roman" w:hAnsi="Times New Roman"/>
                <w:snapToGrid w:val="0"/>
                <w:sz w:val="28"/>
                <w:szCs w:val="20"/>
                <w:lang w:val="uk-UA" w:eastAsia="ru-RU"/>
              </w:rPr>
              <w:t>4,</w:t>
            </w:r>
            <w:r w:rsidR="00BE3376">
              <w:rPr>
                <w:rFonts w:ascii="Times New Roman" w:eastAsia="Times New Roman" w:hAnsi="Times New Roman"/>
                <w:snapToGrid w:val="0"/>
                <w:sz w:val="28"/>
                <w:szCs w:val="20"/>
                <w:lang w:val="uk-UA" w:eastAsia="ru-RU"/>
              </w:rPr>
              <w:t>6</w:t>
            </w:r>
            <w:r>
              <w:rPr>
                <w:rFonts w:ascii="Times New Roman" w:eastAsia="Times New Roman" w:hAnsi="Times New Roman"/>
                <w:snapToGrid w:val="0"/>
                <w:sz w:val="28"/>
                <w:szCs w:val="20"/>
                <w:lang w:val="uk-UA" w:eastAsia="ru-RU"/>
              </w:rPr>
              <w:t>8</w:t>
            </w:r>
          </w:p>
        </w:tc>
        <w:tc>
          <w:tcPr>
            <w:tcW w:w="1134" w:type="dxa"/>
          </w:tcPr>
          <w:p w14:paraId="4893CD7B" w14:textId="77777777" w:rsidR="00E57514" w:rsidRPr="004472C3" w:rsidRDefault="00E57514" w:rsidP="00BE3376">
            <w:pPr>
              <w:widowControl w:val="0"/>
              <w:spacing w:line="360" w:lineRule="auto"/>
              <w:jc w:val="center"/>
              <w:rPr>
                <w:snapToGrid w:val="0"/>
                <w:sz w:val="28"/>
                <w:lang w:val="uk-UA"/>
              </w:rPr>
            </w:pPr>
            <w:r>
              <w:rPr>
                <w:snapToGrid w:val="0"/>
                <w:sz w:val="28"/>
                <w:lang w:val="uk-UA"/>
              </w:rPr>
              <w:t>4,</w:t>
            </w:r>
            <w:r w:rsidR="00BE3376">
              <w:rPr>
                <w:snapToGrid w:val="0"/>
                <w:sz w:val="28"/>
                <w:lang w:val="uk-UA"/>
              </w:rPr>
              <w:t xml:space="preserve"> </w:t>
            </w:r>
            <w:r>
              <w:rPr>
                <w:snapToGrid w:val="0"/>
                <w:sz w:val="28"/>
                <w:lang w:val="uk-UA"/>
              </w:rPr>
              <w:t>6</w:t>
            </w:r>
            <w:r w:rsidR="00BE3376">
              <w:rPr>
                <w:snapToGrid w:val="0"/>
                <w:sz w:val="28"/>
                <w:lang w:val="uk-UA"/>
              </w:rPr>
              <w:t>0</w:t>
            </w:r>
          </w:p>
        </w:tc>
        <w:tc>
          <w:tcPr>
            <w:tcW w:w="1276" w:type="dxa"/>
          </w:tcPr>
          <w:p w14:paraId="693EC471" w14:textId="77777777" w:rsidR="00E57514" w:rsidRDefault="00E57514" w:rsidP="00962114">
            <w:pPr>
              <w:widowControl w:val="0"/>
              <w:spacing w:after="0" w:line="240" w:lineRule="auto"/>
              <w:jc w:val="center"/>
              <w:rPr>
                <w:rFonts w:ascii="Times New Roman" w:eastAsia="Times New Roman" w:hAnsi="Times New Roman"/>
                <w:snapToGrid w:val="0"/>
                <w:sz w:val="28"/>
                <w:szCs w:val="20"/>
                <w:lang w:val="uk-UA" w:eastAsia="ru-RU"/>
              </w:rPr>
            </w:pPr>
            <w:r>
              <w:rPr>
                <w:rFonts w:ascii="Times New Roman" w:eastAsia="Times New Roman" w:hAnsi="Times New Roman"/>
                <w:snapToGrid w:val="0"/>
                <w:sz w:val="28"/>
                <w:szCs w:val="20"/>
                <w:lang w:val="uk-UA" w:eastAsia="ru-RU"/>
              </w:rPr>
              <w:t>4,</w:t>
            </w:r>
            <w:r w:rsidR="00962114">
              <w:rPr>
                <w:rFonts w:ascii="Times New Roman" w:eastAsia="Times New Roman" w:hAnsi="Times New Roman"/>
                <w:snapToGrid w:val="0"/>
                <w:sz w:val="28"/>
                <w:szCs w:val="20"/>
                <w:lang w:val="uk-UA" w:eastAsia="ru-RU"/>
              </w:rPr>
              <w:t>72</w:t>
            </w:r>
          </w:p>
        </w:tc>
        <w:tc>
          <w:tcPr>
            <w:tcW w:w="850" w:type="dxa"/>
          </w:tcPr>
          <w:p w14:paraId="28031E4F" w14:textId="77777777" w:rsidR="00E57514" w:rsidRDefault="00E57514" w:rsidP="00962114">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0,</w:t>
            </w:r>
            <w:r w:rsidR="00962114">
              <w:rPr>
                <w:rFonts w:ascii="Times New Roman" w:eastAsia="Times New Roman" w:hAnsi="Times New Roman"/>
                <w:sz w:val="28"/>
                <w:szCs w:val="20"/>
                <w:lang w:val="uk-UA" w:eastAsia="ru-RU"/>
              </w:rPr>
              <w:t>41</w:t>
            </w:r>
          </w:p>
        </w:tc>
        <w:tc>
          <w:tcPr>
            <w:tcW w:w="709" w:type="dxa"/>
          </w:tcPr>
          <w:p w14:paraId="1AAE8ED3" w14:textId="77777777" w:rsidR="00E57514" w:rsidRDefault="00962114" w:rsidP="00962114">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9</w:t>
            </w:r>
            <w:r w:rsidR="00E57514">
              <w:rPr>
                <w:rFonts w:ascii="Times New Roman" w:eastAsia="Times New Roman" w:hAnsi="Times New Roman"/>
                <w:sz w:val="28"/>
                <w:szCs w:val="20"/>
                <w:lang w:val="uk-UA" w:eastAsia="ru-RU"/>
              </w:rPr>
              <w:t>,</w:t>
            </w:r>
            <w:r>
              <w:rPr>
                <w:rFonts w:ascii="Times New Roman" w:eastAsia="Times New Roman" w:hAnsi="Times New Roman"/>
                <w:sz w:val="28"/>
                <w:szCs w:val="20"/>
                <w:lang w:val="uk-UA" w:eastAsia="ru-RU"/>
              </w:rPr>
              <w:t>5</w:t>
            </w:r>
          </w:p>
        </w:tc>
      </w:tr>
      <w:tr w:rsidR="00E57514" w:rsidRPr="004472C3" w14:paraId="46E7B654" w14:textId="77777777" w:rsidTr="00AC6A13">
        <w:trPr>
          <w:trHeight w:val="419"/>
        </w:trPr>
        <w:tc>
          <w:tcPr>
            <w:tcW w:w="3539" w:type="dxa"/>
          </w:tcPr>
          <w:p w14:paraId="52AE067C" w14:textId="77777777" w:rsidR="00E57514" w:rsidRPr="007B5940" w:rsidRDefault="00E57514" w:rsidP="00E57514">
            <w:pPr>
              <w:spacing w:after="0" w:line="240" w:lineRule="auto"/>
              <w:ind w:firstLine="709"/>
              <w:jc w:val="both"/>
              <w:rPr>
                <w:rFonts w:ascii="Times New Roman" w:eastAsia="Times New Roman" w:hAnsi="Times New Roman"/>
                <w:sz w:val="28"/>
                <w:szCs w:val="20"/>
                <w:vertAlign w:val="subscript"/>
                <w:lang w:val="uk-UA" w:eastAsia="ru-RU"/>
              </w:rPr>
            </w:pPr>
            <w:r w:rsidRPr="004472C3">
              <w:rPr>
                <w:rFonts w:ascii="Times New Roman" w:eastAsia="Times New Roman" w:hAnsi="Times New Roman"/>
                <w:sz w:val="28"/>
                <w:szCs w:val="20"/>
                <w:lang w:val="uk-UA" w:eastAsia="ru-RU"/>
              </w:rPr>
              <w:t>НІР</w:t>
            </w:r>
            <w:r>
              <w:rPr>
                <w:rFonts w:ascii="Times New Roman" w:eastAsia="Times New Roman" w:hAnsi="Times New Roman"/>
                <w:sz w:val="28"/>
                <w:szCs w:val="20"/>
                <w:vertAlign w:val="subscript"/>
                <w:lang w:val="uk-UA" w:eastAsia="ru-RU"/>
              </w:rPr>
              <w:t>05</w:t>
            </w:r>
          </w:p>
        </w:tc>
        <w:tc>
          <w:tcPr>
            <w:tcW w:w="1134" w:type="dxa"/>
          </w:tcPr>
          <w:p w14:paraId="793BB768" w14:textId="77777777" w:rsidR="00E57514" w:rsidRPr="00C1563B" w:rsidRDefault="00E57514" w:rsidP="00962114">
            <w:pPr>
              <w:spacing w:line="360" w:lineRule="auto"/>
              <w:jc w:val="center"/>
              <w:rPr>
                <w:sz w:val="28"/>
                <w:lang w:val="uk-UA"/>
              </w:rPr>
            </w:pPr>
            <w:r>
              <w:rPr>
                <w:sz w:val="28"/>
                <w:lang w:val="uk-UA"/>
              </w:rPr>
              <w:t>0,</w:t>
            </w:r>
            <w:r w:rsidR="00962114">
              <w:rPr>
                <w:sz w:val="28"/>
                <w:lang w:val="uk-UA"/>
              </w:rPr>
              <w:t>3</w:t>
            </w:r>
            <w:r w:rsidR="000921A3">
              <w:rPr>
                <w:sz w:val="28"/>
                <w:lang w:val="uk-UA"/>
              </w:rPr>
              <w:t>5</w:t>
            </w:r>
          </w:p>
        </w:tc>
        <w:tc>
          <w:tcPr>
            <w:tcW w:w="1134" w:type="dxa"/>
          </w:tcPr>
          <w:p w14:paraId="02F8145C" w14:textId="77777777" w:rsidR="00E57514" w:rsidRPr="00B5152C" w:rsidRDefault="000921A3" w:rsidP="00E57514">
            <w:pPr>
              <w:spacing w:after="0" w:line="360" w:lineRule="auto"/>
              <w:jc w:val="center"/>
              <w:rPr>
                <w:rFonts w:ascii="Times New Roman" w:eastAsia="Times New Roman" w:hAnsi="Times New Roman"/>
                <w:sz w:val="28"/>
                <w:szCs w:val="20"/>
                <w:lang w:eastAsia="ru-RU"/>
              </w:rPr>
            </w:pPr>
            <w:r>
              <w:rPr>
                <w:rFonts w:ascii="Times New Roman" w:eastAsia="Times New Roman" w:hAnsi="Times New Roman"/>
                <w:sz w:val="28"/>
                <w:szCs w:val="20"/>
                <w:lang w:val="uk-UA" w:eastAsia="ru-RU"/>
              </w:rPr>
              <w:t>0</w:t>
            </w:r>
            <w:r w:rsidR="00E57514">
              <w:rPr>
                <w:rFonts w:ascii="Times New Roman" w:eastAsia="Times New Roman" w:hAnsi="Times New Roman"/>
                <w:sz w:val="28"/>
                <w:szCs w:val="20"/>
                <w:lang w:eastAsia="ru-RU"/>
              </w:rPr>
              <w:t>.67</w:t>
            </w:r>
          </w:p>
        </w:tc>
        <w:tc>
          <w:tcPr>
            <w:tcW w:w="1134" w:type="dxa"/>
          </w:tcPr>
          <w:p w14:paraId="0231BF67" w14:textId="77777777" w:rsidR="00E57514" w:rsidRPr="004472C3" w:rsidRDefault="00962114" w:rsidP="00962114">
            <w:pPr>
              <w:widowControl w:val="0"/>
              <w:spacing w:line="360" w:lineRule="auto"/>
              <w:jc w:val="center"/>
              <w:rPr>
                <w:snapToGrid w:val="0"/>
                <w:sz w:val="28"/>
                <w:lang w:val="uk-UA"/>
              </w:rPr>
            </w:pPr>
            <w:r>
              <w:rPr>
                <w:rFonts w:ascii="Times New Roman" w:eastAsia="Times New Roman" w:hAnsi="Times New Roman"/>
                <w:sz w:val="28"/>
                <w:szCs w:val="20"/>
                <w:lang w:eastAsia="ru-RU"/>
              </w:rPr>
              <w:t>0,</w:t>
            </w:r>
            <w:r>
              <w:rPr>
                <w:rFonts w:ascii="Times New Roman" w:eastAsia="Times New Roman" w:hAnsi="Times New Roman"/>
                <w:sz w:val="28"/>
                <w:szCs w:val="20"/>
                <w:lang w:val="uk-UA" w:eastAsia="ru-RU"/>
              </w:rPr>
              <w:t>8</w:t>
            </w:r>
            <w:r w:rsidR="000921A3">
              <w:rPr>
                <w:rFonts w:ascii="Times New Roman" w:eastAsia="Times New Roman" w:hAnsi="Times New Roman"/>
                <w:sz w:val="28"/>
                <w:szCs w:val="20"/>
                <w:lang w:val="uk-UA" w:eastAsia="ru-RU"/>
              </w:rPr>
              <w:t>0</w:t>
            </w:r>
          </w:p>
        </w:tc>
        <w:tc>
          <w:tcPr>
            <w:tcW w:w="1276" w:type="dxa"/>
          </w:tcPr>
          <w:p w14:paraId="49888BD1" w14:textId="77777777" w:rsidR="00E57514" w:rsidRPr="00F8589E" w:rsidRDefault="00E57514" w:rsidP="00E57514">
            <w:pPr>
              <w:spacing w:after="0" w:line="240" w:lineRule="auto"/>
              <w:jc w:val="center"/>
              <w:rPr>
                <w:rFonts w:ascii="Times New Roman" w:eastAsia="Times New Roman" w:hAnsi="Times New Roman"/>
                <w:sz w:val="28"/>
                <w:szCs w:val="20"/>
                <w:lang w:val="uk-UA" w:eastAsia="ru-RU"/>
              </w:rPr>
            </w:pPr>
          </w:p>
        </w:tc>
        <w:tc>
          <w:tcPr>
            <w:tcW w:w="1559" w:type="dxa"/>
            <w:gridSpan w:val="2"/>
          </w:tcPr>
          <w:p w14:paraId="1668A0A6" w14:textId="77777777" w:rsidR="00E57514" w:rsidRPr="004472C3" w:rsidRDefault="00E57514" w:rsidP="00E57514">
            <w:pPr>
              <w:spacing w:after="0" w:line="240" w:lineRule="auto"/>
              <w:ind w:firstLine="709"/>
              <w:jc w:val="center"/>
              <w:rPr>
                <w:rFonts w:ascii="Times New Roman" w:eastAsia="Times New Roman" w:hAnsi="Times New Roman"/>
                <w:sz w:val="28"/>
                <w:szCs w:val="20"/>
                <w:lang w:val="uk-UA" w:eastAsia="ru-RU"/>
              </w:rPr>
            </w:pPr>
          </w:p>
        </w:tc>
      </w:tr>
    </w:tbl>
    <w:p w14:paraId="424A8CEE" w14:textId="77777777" w:rsidR="00364057" w:rsidRDefault="00364057" w:rsidP="00364057">
      <w:pPr>
        <w:tabs>
          <w:tab w:val="left" w:pos="2177"/>
        </w:tabs>
        <w:spacing w:after="0" w:line="360" w:lineRule="auto"/>
        <w:jc w:val="both"/>
        <w:rPr>
          <w:rFonts w:ascii="Times New Roman" w:hAnsi="Times New Roman"/>
          <w:sz w:val="28"/>
          <w:szCs w:val="28"/>
          <w:lang w:val="uk-UA"/>
        </w:rPr>
      </w:pPr>
    </w:p>
    <w:p w14:paraId="410D6D30" w14:textId="77777777" w:rsidR="00364057" w:rsidRDefault="00364057" w:rsidP="00364057">
      <w:pPr>
        <w:tabs>
          <w:tab w:val="left" w:pos="2177"/>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w:t>
      </w:r>
      <w:r w:rsidRPr="007A0FC6">
        <w:rPr>
          <w:rFonts w:ascii="Times New Roman" w:eastAsia="Times New Roman" w:hAnsi="Times New Roman"/>
          <w:sz w:val="28"/>
          <w:szCs w:val="28"/>
          <w:lang w:val="uk-UA" w:eastAsia="ru-RU" w:bidi="uk-UA"/>
        </w:rPr>
        <w:t>астосування різних норм гербіц</w:t>
      </w:r>
      <w:r>
        <w:rPr>
          <w:rFonts w:ascii="Times New Roman" w:eastAsia="Times New Roman" w:hAnsi="Times New Roman"/>
          <w:sz w:val="28"/>
          <w:szCs w:val="28"/>
          <w:lang w:val="uk-UA" w:eastAsia="ru-RU" w:bidi="uk-UA"/>
        </w:rPr>
        <w:t>иду</w:t>
      </w:r>
      <w:r w:rsidRPr="007A0FC6">
        <w:rPr>
          <w:rFonts w:ascii="Times New Roman" w:eastAsia="Times New Roman" w:hAnsi="Times New Roman"/>
          <w:sz w:val="28"/>
          <w:szCs w:val="28"/>
          <w:lang w:val="uk-UA" w:eastAsia="ru-RU" w:bidi="uk-UA"/>
        </w:rPr>
        <w:t xml:space="preserve"> </w:t>
      </w:r>
      <w:proofErr w:type="spellStart"/>
      <w:r>
        <w:rPr>
          <w:rFonts w:ascii="Times New Roman" w:eastAsia="Times New Roman" w:hAnsi="Times New Roman"/>
          <w:sz w:val="28"/>
          <w:szCs w:val="28"/>
          <w:lang w:val="uk-UA" w:eastAsia="ru-RU" w:bidi="uk-UA"/>
        </w:rPr>
        <w:t>Триатлон</w:t>
      </w:r>
      <w:proofErr w:type="spellEnd"/>
      <w:r>
        <w:rPr>
          <w:rFonts w:ascii="Times New Roman" w:eastAsia="Times New Roman" w:hAnsi="Times New Roman"/>
          <w:sz w:val="28"/>
          <w:szCs w:val="28"/>
          <w:lang w:val="uk-UA" w:eastAsia="ru-RU" w:bidi="uk-UA"/>
        </w:rPr>
        <w:t xml:space="preserve"> Прайм від 0,04 до 0,06 кг/га </w:t>
      </w:r>
      <w:r w:rsidRPr="007A0FC6">
        <w:rPr>
          <w:rFonts w:ascii="Times New Roman" w:eastAsia="Times New Roman" w:hAnsi="Times New Roman"/>
          <w:sz w:val="28"/>
          <w:szCs w:val="28"/>
          <w:lang w:val="uk-UA" w:eastAsia="ru-RU" w:bidi="uk-UA"/>
        </w:rPr>
        <w:t xml:space="preserve">  забезпечувал</w:t>
      </w:r>
      <w:r>
        <w:rPr>
          <w:rFonts w:ascii="Times New Roman" w:eastAsia="Times New Roman" w:hAnsi="Times New Roman"/>
          <w:sz w:val="28"/>
          <w:szCs w:val="28"/>
          <w:lang w:val="uk-UA" w:eastAsia="ru-RU" w:bidi="uk-UA"/>
        </w:rPr>
        <w:t>о ефективне знищення бур</w:t>
      </w:r>
      <w:r w:rsidRPr="00A5511E">
        <w:rPr>
          <w:rFonts w:ascii="Times New Roman" w:hAnsi="Times New Roman"/>
          <w:sz w:val="28"/>
          <w:szCs w:val="28"/>
          <w:lang w:val="uk-UA" w:bidi="ru-RU"/>
        </w:rPr>
        <w:t>’</w:t>
      </w:r>
      <w:r>
        <w:rPr>
          <w:rFonts w:ascii="Times New Roman" w:eastAsia="Times New Roman" w:hAnsi="Times New Roman"/>
          <w:sz w:val="28"/>
          <w:szCs w:val="28"/>
          <w:lang w:val="uk-UA" w:eastAsia="ru-RU" w:bidi="uk-UA"/>
        </w:rPr>
        <w:t>янів та підвищення показників урожайності</w:t>
      </w:r>
      <w:r w:rsidR="00111960">
        <w:rPr>
          <w:rFonts w:ascii="Times New Roman" w:eastAsia="Times New Roman" w:hAnsi="Times New Roman"/>
          <w:sz w:val="28"/>
          <w:szCs w:val="28"/>
          <w:lang w:val="uk-UA" w:eastAsia="ru-RU" w:bidi="uk-UA"/>
        </w:rPr>
        <w:t xml:space="preserve"> в середньому</w:t>
      </w:r>
      <w:r>
        <w:rPr>
          <w:rFonts w:ascii="Times New Roman" w:eastAsia="Times New Roman" w:hAnsi="Times New Roman"/>
          <w:sz w:val="28"/>
          <w:szCs w:val="28"/>
          <w:lang w:val="uk-UA" w:eastAsia="ru-RU" w:bidi="uk-UA"/>
        </w:rPr>
        <w:t xml:space="preserve"> </w:t>
      </w:r>
      <w:r w:rsidRPr="007A0FC6">
        <w:rPr>
          <w:rFonts w:ascii="Times New Roman" w:eastAsia="Times New Roman" w:hAnsi="Times New Roman"/>
          <w:sz w:val="28"/>
          <w:szCs w:val="28"/>
          <w:lang w:val="uk-UA" w:eastAsia="ru-RU" w:bidi="uk-UA"/>
        </w:rPr>
        <w:t xml:space="preserve">від </w:t>
      </w:r>
      <w:r>
        <w:rPr>
          <w:rFonts w:ascii="Times New Roman" w:eastAsia="Times New Roman" w:hAnsi="Times New Roman"/>
          <w:sz w:val="28"/>
          <w:szCs w:val="28"/>
          <w:lang w:val="uk-UA" w:eastAsia="ru-RU" w:bidi="uk-UA"/>
        </w:rPr>
        <w:t>4,6</w:t>
      </w:r>
      <w:r w:rsidR="00111960">
        <w:rPr>
          <w:rFonts w:ascii="Times New Roman" w:eastAsia="Times New Roman" w:hAnsi="Times New Roman"/>
          <w:sz w:val="28"/>
          <w:szCs w:val="28"/>
          <w:lang w:val="uk-UA" w:eastAsia="ru-RU" w:bidi="uk-UA"/>
        </w:rPr>
        <w:t>4</w:t>
      </w:r>
      <w:r w:rsidRPr="007A0FC6">
        <w:rPr>
          <w:rFonts w:ascii="Times New Roman" w:eastAsia="Times New Roman" w:hAnsi="Times New Roman"/>
          <w:sz w:val="28"/>
          <w:szCs w:val="28"/>
          <w:lang w:val="uk-UA" w:eastAsia="ru-RU" w:bidi="uk-UA"/>
        </w:rPr>
        <w:t xml:space="preserve"> до </w:t>
      </w:r>
      <w:r>
        <w:rPr>
          <w:rFonts w:ascii="Times New Roman" w:eastAsia="Times New Roman" w:hAnsi="Times New Roman"/>
          <w:sz w:val="28"/>
          <w:szCs w:val="28"/>
          <w:lang w:val="uk-UA" w:eastAsia="ru-RU" w:bidi="uk-UA"/>
        </w:rPr>
        <w:t>5,2</w:t>
      </w:r>
      <w:r w:rsidR="00111960">
        <w:rPr>
          <w:rFonts w:ascii="Times New Roman" w:eastAsia="Times New Roman" w:hAnsi="Times New Roman"/>
          <w:sz w:val="28"/>
          <w:szCs w:val="28"/>
          <w:lang w:val="uk-UA" w:eastAsia="ru-RU" w:bidi="uk-UA"/>
        </w:rPr>
        <w:t>1</w:t>
      </w:r>
      <w:r>
        <w:rPr>
          <w:rFonts w:ascii="Times New Roman" w:eastAsia="Times New Roman" w:hAnsi="Times New Roman"/>
          <w:sz w:val="28"/>
          <w:szCs w:val="28"/>
          <w:lang w:val="uk-UA" w:eastAsia="ru-RU" w:bidi="uk-UA"/>
        </w:rPr>
        <w:t xml:space="preserve"> т</w:t>
      </w:r>
      <w:r w:rsidRPr="007A0FC6">
        <w:rPr>
          <w:rFonts w:ascii="Times New Roman" w:eastAsia="Times New Roman" w:hAnsi="Times New Roman"/>
          <w:sz w:val="28"/>
          <w:szCs w:val="28"/>
          <w:lang w:val="uk-UA" w:eastAsia="ru-RU" w:bidi="uk-UA"/>
        </w:rPr>
        <w:t xml:space="preserve">/га зерна пшениці </w:t>
      </w:r>
      <w:proofErr w:type="spellStart"/>
      <w:r>
        <w:rPr>
          <w:rFonts w:ascii="Times New Roman" w:eastAsia="Times New Roman" w:hAnsi="Times New Roman"/>
          <w:sz w:val="28"/>
          <w:szCs w:val="28"/>
          <w:lang w:val="uk-UA" w:eastAsia="ru-RU" w:bidi="uk-UA"/>
        </w:rPr>
        <w:t>дворучки</w:t>
      </w:r>
      <w:proofErr w:type="spellEnd"/>
      <w:r>
        <w:rPr>
          <w:rFonts w:ascii="Times New Roman" w:eastAsia="Times New Roman" w:hAnsi="Times New Roman"/>
          <w:sz w:val="28"/>
          <w:szCs w:val="28"/>
          <w:lang w:val="uk-UA" w:eastAsia="ru-RU" w:bidi="uk-UA"/>
        </w:rPr>
        <w:t xml:space="preserve"> сорту </w:t>
      </w:r>
      <w:proofErr w:type="spellStart"/>
      <w:r>
        <w:rPr>
          <w:rFonts w:ascii="Times New Roman" w:eastAsia="Times New Roman" w:hAnsi="Times New Roman"/>
          <w:sz w:val="28"/>
          <w:szCs w:val="28"/>
          <w:lang w:val="uk-UA" w:eastAsia="ru-RU" w:bidi="uk-UA"/>
        </w:rPr>
        <w:t>Клар</w:t>
      </w:r>
      <w:r w:rsidR="00111960">
        <w:rPr>
          <w:rFonts w:ascii="Times New Roman" w:eastAsia="Times New Roman" w:hAnsi="Times New Roman"/>
          <w:sz w:val="28"/>
          <w:szCs w:val="28"/>
          <w:lang w:val="uk-UA" w:eastAsia="ru-RU" w:bidi="uk-UA"/>
        </w:rPr>
        <w:t>і</w:t>
      </w:r>
      <w:r>
        <w:rPr>
          <w:rFonts w:ascii="Times New Roman" w:eastAsia="Times New Roman" w:hAnsi="Times New Roman"/>
          <w:sz w:val="28"/>
          <w:szCs w:val="28"/>
          <w:lang w:val="uk-UA" w:eastAsia="ru-RU" w:bidi="uk-UA"/>
        </w:rPr>
        <w:t>са</w:t>
      </w:r>
      <w:proofErr w:type="spellEnd"/>
      <w:r w:rsidRPr="007A0FC6">
        <w:rPr>
          <w:rFonts w:ascii="Times New Roman" w:eastAsia="Times New Roman" w:hAnsi="Times New Roman"/>
          <w:sz w:val="28"/>
          <w:szCs w:val="28"/>
          <w:lang w:val="uk-UA" w:eastAsia="ru-RU" w:bidi="uk-UA"/>
        </w:rPr>
        <w:t xml:space="preserve">. </w:t>
      </w:r>
      <w:proofErr w:type="spellStart"/>
      <w:r w:rsidRPr="00104A89">
        <w:rPr>
          <w:rFonts w:ascii="Times New Roman" w:eastAsia="Times New Roman" w:hAnsi="Times New Roman"/>
          <w:sz w:val="28"/>
          <w:szCs w:val="28"/>
          <w:lang w:val="ru-RU" w:eastAsia="ru-RU" w:bidi="uk-UA"/>
        </w:rPr>
        <w:t>Приріст</w:t>
      </w:r>
      <w:proofErr w:type="spellEnd"/>
      <w:r w:rsidRPr="00104A89">
        <w:rPr>
          <w:rFonts w:ascii="Times New Roman" w:eastAsia="Times New Roman" w:hAnsi="Times New Roman"/>
          <w:sz w:val="28"/>
          <w:szCs w:val="28"/>
          <w:lang w:val="ru-RU" w:eastAsia="ru-RU" w:bidi="uk-UA"/>
        </w:rPr>
        <w:t xml:space="preserve"> урожаю </w:t>
      </w:r>
      <w:r>
        <w:rPr>
          <w:rFonts w:ascii="Times New Roman" w:eastAsia="Times New Roman" w:hAnsi="Times New Roman"/>
          <w:sz w:val="28"/>
          <w:szCs w:val="28"/>
          <w:lang w:val="uk-UA" w:eastAsia="ru-RU" w:bidi="uk-UA"/>
        </w:rPr>
        <w:t>у досліді був від 0,3</w:t>
      </w:r>
      <w:r w:rsidR="00111960">
        <w:rPr>
          <w:rFonts w:ascii="Times New Roman" w:eastAsia="Times New Roman" w:hAnsi="Times New Roman"/>
          <w:sz w:val="28"/>
          <w:szCs w:val="28"/>
          <w:lang w:val="uk-UA" w:eastAsia="ru-RU" w:bidi="uk-UA"/>
        </w:rPr>
        <w:t>3</w:t>
      </w:r>
      <w:r w:rsidR="00AC6A13">
        <w:rPr>
          <w:rFonts w:ascii="Times New Roman" w:eastAsia="Times New Roman" w:hAnsi="Times New Roman"/>
          <w:sz w:val="28"/>
          <w:szCs w:val="28"/>
          <w:lang w:val="uk-UA" w:eastAsia="ru-RU" w:bidi="uk-UA"/>
        </w:rPr>
        <w:t xml:space="preserve"> до 0,9 т/га, що складало від</w:t>
      </w:r>
      <w:r w:rsidRPr="00A12E89">
        <w:rPr>
          <w:rFonts w:ascii="Times New Roman" w:eastAsia="Times New Roman" w:hAnsi="Times New Roman"/>
          <w:sz w:val="28"/>
          <w:szCs w:val="28"/>
          <w:lang w:val="uk-UA" w:eastAsia="ru-RU" w:bidi="uk-UA"/>
        </w:rPr>
        <w:t xml:space="preserve"> </w:t>
      </w:r>
      <w:r>
        <w:rPr>
          <w:rFonts w:ascii="Times New Roman" w:eastAsia="Times New Roman" w:hAnsi="Times New Roman"/>
          <w:sz w:val="28"/>
          <w:szCs w:val="28"/>
          <w:lang w:val="uk-UA" w:eastAsia="ru-RU" w:bidi="uk-UA"/>
        </w:rPr>
        <w:t>7,</w:t>
      </w:r>
      <w:r w:rsidR="00111960">
        <w:rPr>
          <w:rFonts w:ascii="Times New Roman" w:eastAsia="Times New Roman" w:hAnsi="Times New Roman"/>
          <w:sz w:val="28"/>
          <w:szCs w:val="28"/>
          <w:lang w:val="uk-UA" w:eastAsia="ru-RU" w:bidi="uk-UA"/>
        </w:rPr>
        <w:t>7</w:t>
      </w:r>
      <w:r>
        <w:rPr>
          <w:rFonts w:ascii="Times New Roman" w:eastAsia="Times New Roman" w:hAnsi="Times New Roman"/>
          <w:sz w:val="28"/>
          <w:szCs w:val="28"/>
          <w:lang w:val="uk-UA" w:eastAsia="ru-RU" w:bidi="uk-UA"/>
        </w:rPr>
        <w:t xml:space="preserve"> до 20,9</w:t>
      </w:r>
      <w:r w:rsidRPr="00A12E89">
        <w:rPr>
          <w:rFonts w:ascii="Times New Roman" w:eastAsia="Times New Roman" w:hAnsi="Times New Roman"/>
          <w:sz w:val="28"/>
          <w:szCs w:val="28"/>
          <w:lang w:val="uk-UA" w:eastAsia="ru-RU" w:bidi="uk-UA"/>
        </w:rPr>
        <w:t xml:space="preserve"> %.</w:t>
      </w:r>
      <w:r>
        <w:rPr>
          <w:rFonts w:ascii="Times New Roman" w:eastAsia="Times New Roman" w:hAnsi="Times New Roman"/>
          <w:sz w:val="28"/>
          <w:szCs w:val="28"/>
          <w:lang w:val="uk-UA" w:eastAsia="ru-RU" w:bidi="uk-UA"/>
        </w:rPr>
        <w:t xml:space="preserve"> Тобто гербіцид </w:t>
      </w:r>
      <w:r w:rsidRPr="00946C0A">
        <w:rPr>
          <w:rFonts w:ascii="Times New Roman" w:eastAsia="Times New Roman" w:hAnsi="Times New Roman"/>
          <w:sz w:val="28"/>
          <w:szCs w:val="28"/>
          <w:lang w:val="uk-UA" w:eastAsia="ru-RU" w:bidi="ru-RU"/>
        </w:rPr>
        <w:t>контролюва</w:t>
      </w:r>
      <w:r>
        <w:rPr>
          <w:rFonts w:ascii="Times New Roman" w:eastAsia="Times New Roman" w:hAnsi="Times New Roman"/>
          <w:sz w:val="28"/>
          <w:szCs w:val="28"/>
          <w:lang w:val="uk-UA" w:eastAsia="ru-RU" w:bidi="ru-RU"/>
        </w:rPr>
        <w:t>в</w:t>
      </w:r>
      <w:r w:rsidRPr="00946C0A">
        <w:rPr>
          <w:rFonts w:ascii="Times New Roman" w:eastAsia="Times New Roman" w:hAnsi="Times New Roman"/>
          <w:sz w:val="28"/>
          <w:szCs w:val="28"/>
          <w:lang w:val="uk-UA" w:eastAsia="ru-RU" w:bidi="ru-RU"/>
        </w:rPr>
        <w:t xml:space="preserve"> сход</w:t>
      </w:r>
      <w:r>
        <w:rPr>
          <w:rFonts w:ascii="Times New Roman" w:eastAsia="Times New Roman" w:hAnsi="Times New Roman"/>
          <w:sz w:val="28"/>
          <w:szCs w:val="28"/>
          <w:lang w:val="uk-UA" w:eastAsia="ru-RU" w:bidi="ru-RU"/>
        </w:rPr>
        <w:t>и</w:t>
      </w:r>
      <w:r w:rsidRPr="00946C0A">
        <w:rPr>
          <w:rFonts w:ascii="Times New Roman" w:eastAsia="Times New Roman" w:hAnsi="Times New Roman"/>
          <w:sz w:val="28"/>
          <w:szCs w:val="28"/>
          <w:lang w:val="uk-UA" w:eastAsia="ru-RU" w:bidi="ru-RU"/>
        </w:rPr>
        <w:t xml:space="preserve"> </w:t>
      </w:r>
      <w:r>
        <w:rPr>
          <w:rFonts w:ascii="Times New Roman" w:eastAsia="Times New Roman" w:hAnsi="Times New Roman"/>
          <w:sz w:val="28"/>
          <w:szCs w:val="28"/>
          <w:lang w:val="uk-UA" w:eastAsia="ru-RU" w:bidi="ru-RU"/>
        </w:rPr>
        <w:t xml:space="preserve">всіх наявних </w:t>
      </w:r>
      <w:r w:rsidRPr="00946C0A">
        <w:rPr>
          <w:rFonts w:ascii="Times New Roman" w:eastAsia="Times New Roman" w:hAnsi="Times New Roman"/>
          <w:sz w:val="28"/>
          <w:szCs w:val="28"/>
          <w:lang w:val="uk-UA" w:eastAsia="ru-RU" w:bidi="ru-RU"/>
        </w:rPr>
        <w:t>бур’янів</w:t>
      </w:r>
      <w:r>
        <w:rPr>
          <w:rFonts w:ascii="Times New Roman" w:eastAsia="Times New Roman" w:hAnsi="Times New Roman"/>
          <w:sz w:val="28"/>
          <w:szCs w:val="28"/>
          <w:lang w:val="uk-UA" w:eastAsia="ru-RU" w:bidi="ru-RU"/>
        </w:rPr>
        <w:t xml:space="preserve"> у всіх його нормах. </w:t>
      </w:r>
      <w:r>
        <w:rPr>
          <w:rFonts w:ascii="Times New Roman" w:hAnsi="Times New Roman"/>
          <w:sz w:val="28"/>
          <w:szCs w:val="28"/>
          <w:lang w:val="uk-UA"/>
        </w:rPr>
        <w:t>Однак</w:t>
      </w:r>
      <w:r w:rsidRPr="00104A89">
        <w:rPr>
          <w:rFonts w:ascii="Times New Roman" w:hAnsi="Times New Roman"/>
          <w:sz w:val="28"/>
          <w:szCs w:val="28"/>
          <w:lang w:val="ru-RU"/>
        </w:rPr>
        <w:t xml:space="preserve">, </w:t>
      </w:r>
      <w:proofErr w:type="spellStart"/>
      <w:r w:rsidRPr="00104A89">
        <w:rPr>
          <w:rFonts w:ascii="Times New Roman" w:hAnsi="Times New Roman"/>
          <w:sz w:val="28"/>
          <w:szCs w:val="28"/>
          <w:lang w:val="ru-RU"/>
        </w:rPr>
        <w:t>різні</w:t>
      </w:r>
      <w:proofErr w:type="spellEnd"/>
      <w:r w:rsidRPr="00104A89">
        <w:rPr>
          <w:rFonts w:ascii="Times New Roman" w:hAnsi="Times New Roman"/>
          <w:sz w:val="28"/>
          <w:szCs w:val="28"/>
          <w:lang w:val="ru-RU"/>
        </w:rPr>
        <w:t xml:space="preserve"> </w:t>
      </w:r>
      <w:proofErr w:type="spellStart"/>
      <w:r w:rsidRPr="00104A89">
        <w:rPr>
          <w:rFonts w:ascii="Times New Roman" w:hAnsi="Times New Roman"/>
          <w:sz w:val="28"/>
          <w:szCs w:val="28"/>
          <w:lang w:val="ru-RU"/>
        </w:rPr>
        <w:t>норми</w:t>
      </w:r>
      <w:proofErr w:type="spellEnd"/>
      <w:r w:rsidRPr="00104A89">
        <w:rPr>
          <w:rFonts w:ascii="Times New Roman" w:hAnsi="Times New Roman"/>
          <w:sz w:val="28"/>
          <w:szCs w:val="28"/>
          <w:lang w:val="ru-RU"/>
        </w:rPr>
        <w:t xml:space="preserve"> </w:t>
      </w:r>
      <w:proofErr w:type="spellStart"/>
      <w:r>
        <w:rPr>
          <w:rFonts w:ascii="Times New Roman" w:hAnsi="Times New Roman"/>
          <w:sz w:val="28"/>
          <w:szCs w:val="28"/>
          <w:lang w:val="uk-UA"/>
        </w:rPr>
        <w:t>Триатлону</w:t>
      </w:r>
      <w:proofErr w:type="spellEnd"/>
      <w:r>
        <w:rPr>
          <w:rFonts w:ascii="Times New Roman" w:hAnsi="Times New Roman"/>
          <w:sz w:val="28"/>
          <w:szCs w:val="28"/>
          <w:lang w:val="uk-UA"/>
        </w:rPr>
        <w:t xml:space="preserve"> Прайм </w:t>
      </w:r>
      <w:r w:rsidR="00111960">
        <w:rPr>
          <w:rFonts w:ascii="Times New Roman" w:hAnsi="Times New Roman"/>
          <w:sz w:val="28"/>
          <w:szCs w:val="28"/>
          <w:lang w:val="uk-UA"/>
        </w:rPr>
        <w:t xml:space="preserve">при сумісному внесенні </w:t>
      </w:r>
      <w:proofErr w:type="spellStart"/>
      <w:r w:rsidR="00111960">
        <w:rPr>
          <w:rFonts w:ascii="Times New Roman" w:hAnsi="Times New Roman"/>
          <w:sz w:val="28"/>
          <w:szCs w:val="28"/>
          <w:lang w:val="uk-UA"/>
        </w:rPr>
        <w:t>Амінокату</w:t>
      </w:r>
      <w:proofErr w:type="spellEnd"/>
      <w:r w:rsidR="00111960">
        <w:rPr>
          <w:rFonts w:ascii="Times New Roman" w:hAnsi="Times New Roman"/>
          <w:sz w:val="28"/>
          <w:szCs w:val="28"/>
          <w:lang w:val="uk-UA"/>
        </w:rPr>
        <w:t xml:space="preserve"> 30 </w:t>
      </w:r>
      <w:r>
        <w:rPr>
          <w:rFonts w:ascii="Times New Roman" w:hAnsi="Times New Roman"/>
          <w:sz w:val="28"/>
          <w:szCs w:val="28"/>
          <w:lang w:val="uk-UA"/>
        </w:rPr>
        <w:t xml:space="preserve">неоднаково </w:t>
      </w:r>
      <w:proofErr w:type="spellStart"/>
      <w:r w:rsidRPr="00104A89">
        <w:rPr>
          <w:rFonts w:ascii="Times New Roman" w:hAnsi="Times New Roman"/>
          <w:sz w:val="28"/>
          <w:szCs w:val="28"/>
          <w:lang w:val="ru-RU"/>
        </w:rPr>
        <w:t>вплив</w:t>
      </w:r>
      <w:r>
        <w:rPr>
          <w:rFonts w:ascii="Times New Roman" w:hAnsi="Times New Roman"/>
          <w:sz w:val="28"/>
          <w:szCs w:val="28"/>
          <w:lang w:val="uk-UA"/>
        </w:rPr>
        <w:t>али</w:t>
      </w:r>
      <w:proofErr w:type="spellEnd"/>
      <w:r>
        <w:rPr>
          <w:rFonts w:ascii="Times New Roman" w:hAnsi="Times New Roman"/>
          <w:sz w:val="28"/>
          <w:szCs w:val="28"/>
          <w:lang w:val="uk-UA"/>
        </w:rPr>
        <w:t xml:space="preserve"> </w:t>
      </w:r>
      <w:r w:rsidRPr="00104A89">
        <w:rPr>
          <w:rFonts w:ascii="Times New Roman" w:hAnsi="Times New Roman"/>
          <w:sz w:val="28"/>
          <w:szCs w:val="28"/>
          <w:lang w:val="ru-RU"/>
        </w:rPr>
        <w:t xml:space="preserve">на стан </w:t>
      </w:r>
      <w:proofErr w:type="spellStart"/>
      <w:r w:rsidRPr="00104A89">
        <w:rPr>
          <w:rFonts w:ascii="Times New Roman" w:hAnsi="Times New Roman"/>
          <w:sz w:val="28"/>
          <w:szCs w:val="28"/>
          <w:lang w:val="ru-RU"/>
        </w:rPr>
        <w:t>забур</w:t>
      </w:r>
      <w:r w:rsidRPr="00104A89">
        <w:rPr>
          <w:rFonts w:ascii="Times New Roman" w:hAnsi="Times New Roman"/>
          <w:sz w:val="28"/>
          <w:szCs w:val="28"/>
          <w:lang w:val="ru-RU" w:bidi="ru-RU"/>
        </w:rPr>
        <w:t>’</w:t>
      </w:r>
      <w:r w:rsidRPr="00104A89">
        <w:rPr>
          <w:rFonts w:ascii="Times New Roman" w:hAnsi="Times New Roman"/>
          <w:sz w:val="28"/>
          <w:szCs w:val="28"/>
          <w:lang w:val="ru-RU"/>
        </w:rPr>
        <w:t>яненості</w:t>
      </w:r>
      <w:proofErr w:type="spellEnd"/>
      <w:r>
        <w:rPr>
          <w:rFonts w:ascii="Times New Roman" w:hAnsi="Times New Roman"/>
          <w:sz w:val="28"/>
          <w:szCs w:val="28"/>
          <w:lang w:val="uk-UA"/>
        </w:rPr>
        <w:t xml:space="preserve">, а отже, і </w:t>
      </w:r>
      <w:r w:rsidRPr="00104A89">
        <w:rPr>
          <w:rFonts w:ascii="Times New Roman" w:hAnsi="Times New Roman"/>
          <w:sz w:val="28"/>
          <w:szCs w:val="28"/>
          <w:lang w:val="ru-RU"/>
        </w:rPr>
        <w:t>на</w:t>
      </w:r>
      <w:r>
        <w:rPr>
          <w:rFonts w:ascii="Times New Roman" w:hAnsi="Times New Roman"/>
          <w:sz w:val="28"/>
          <w:szCs w:val="28"/>
          <w:lang w:val="uk-UA"/>
        </w:rPr>
        <w:t xml:space="preserve"> саму</w:t>
      </w:r>
      <w:r w:rsidRPr="00104A89">
        <w:rPr>
          <w:rFonts w:ascii="Times New Roman" w:hAnsi="Times New Roman"/>
          <w:sz w:val="28"/>
          <w:szCs w:val="28"/>
          <w:lang w:val="ru-RU"/>
        </w:rPr>
        <w:t xml:space="preserve"> </w:t>
      </w:r>
      <w:proofErr w:type="spellStart"/>
      <w:r w:rsidRPr="00104A89">
        <w:rPr>
          <w:rFonts w:ascii="Times New Roman" w:hAnsi="Times New Roman"/>
          <w:sz w:val="28"/>
          <w:szCs w:val="28"/>
          <w:lang w:val="ru-RU"/>
        </w:rPr>
        <w:t>врожайність</w:t>
      </w:r>
      <w:proofErr w:type="spellEnd"/>
      <w:r>
        <w:rPr>
          <w:rFonts w:ascii="Times New Roman" w:hAnsi="Times New Roman"/>
          <w:sz w:val="28"/>
          <w:szCs w:val="28"/>
          <w:lang w:val="uk-UA"/>
        </w:rPr>
        <w:t xml:space="preserve"> пшениці </w:t>
      </w:r>
      <w:proofErr w:type="spellStart"/>
      <w:r>
        <w:rPr>
          <w:rFonts w:ascii="Times New Roman" w:hAnsi="Times New Roman"/>
          <w:sz w:val="28"/>
          <w:szCs w:val="28"/>
          <w:lang w:val="uk-UA"/>
        </w:rPr>
        <w:t>дворучки</w:t>
      </w:r>
      <w:proofErr w:type="spellEnd"/>
      <w:r w:rsidRPr="00104A89">
        <w:rPr>
          <w:rFonts w:ascii="Times New Roman" w:hAnsi="Times New Roman"/>
          <w:sz w:val="28"/>
          <w:szCs w:val="28"/>
          <w:lang w:val="ru-RU"/>
        </w:rPr>
        <w:t>.</w:t>
      </w:r>
      <w:r>
        <w:rPr>
          <w:rFonts w:ascii="Times New Roman" w:hAnsi="Times New Roman"/>
          <w:sz w:val="28"/>
          <w:szCs w:val="28"/>
          <w:lang w:val="uk-UA"/>
        </w:rPr>
        <w:t xml:space="preserve"> </w:t>
      </w:r>
    </w:p>
    <w:p w14:paraId="3B22A567" w14:textId="77777777" w:rsidR="00364057" w:rsidRDefault="00364057" w:rsidP="00364057">
      <w:pPr>
        <w:tabs>
          <w:tab w:val="left" w:pos="2177"/>
        </w:tabs>
        <w:spacing w:after="0" w:line="360" w:lineRule="auto"/>
        <w:ind w:firstLine="567"/>
        <w:jc w:val="both"/>
        <w:rPr>
          <w:rFonts w:ascii="Times New Roman" w:hAnsi="Times New Roman"/>
          <w:sz w:val="28"/>
          <w:szCs w:val="28"/>
          <w:lang w:val="ru-RU"/>
        </w:rPr>
      </w:pPr>
      <w:proofErr w:type="spellStart"/>
      <w:r w:rsidRPr="00104A89">
        <w:rPr>
          <w:rFonts w:ascii="Times New Roman" w:hAnsi="Times New Roman"/>
          <w:sz w:val="28"/>
          <w:szCs w:val="28"/>
          <w:lang w:val="ru-RU"/>
        </w:rPr>
        <w:lastRenderedPageBreak/>
        <w:t>Н</w:t>
      </w:r>
      <w:r w:rsidR="00111960">
        <w:rPr>
          <w:rFonts w:ascii="Times New Roman" w:hAnsi="Times New Roman"/>
          <w:sz w:val="28"/>
          <w:szCs w:val="28"/>
          <w:lang w:val="ru-RU"/>
        </w:rPr>
        <w:t>айбільші</w:t>
      </w:r>
      <w:proofErr w:type="spellEnd"/>
      <w:r w:rsidR="00111960">
        <w:rPr>
          <w:rFonts w:ascii="Times New Roman" w:hAnsi="Times New Roman"/>
          <w:sz w:val="28"/>
          <w:szCs w:val="28"/>
          <w:lang w:val="ru-RU"/>
        </w:rPr>
        <w:t xml:space="preserve"> </w:t>
      </w:r>
      <w:proofErr w:type="spellStart"/>
      <w:r w:rsidR="000921A3">
        <w:rPr>
          <w:rFonts w:ascii="Times New Roman" w:hAnsi="Times New Roman"/>
          <w:sz w:val="28"/>
          <w:szCs w:val="28"/>
          <w:lang w:val="ru-RU"/>
        </w:rPr>
        <w:t>середні</w:t>
      </w:r>
      <w:proofErr w:type="spellEnd"/>
      <w:r w:rsidR="000921A3">
        <w:rPr>
          <w:rFonts w:ascii="Times New Roman" w:hAnsi="Times New Roman"/>
          <w:sz w:val="28"/>
          <w:szCs w:val="28"/>
          <w:lang w:val="ru-RU"/>
        </w:rPr>
        <w:t xml:space="preserve"> </w:t>
      </w:r>
      <w:proofErr w:type="spellStart"/>
      <w:r w:rsidR="00111960">
        <w:rPr>
          <w:rFonts w:ascii="Times New Roman" w:hAnsi="Times New Roman"/>
          <w:sz w:val="28"/>
          <w:szCs w:val="28"/>
          <w:lang w:val="ru-RU"/>
        </w:rPr>
        <w:t>показники</w:t>
      </w:r>
      <w:proofErr w:type="spellEnd"/>
      <w:r w:rsidR="00111960">
        <w:rPr>
          <w:rFonts w:ascii="Times New Roman" w:hAnsi="Times New Roman"/>
          <w:sz w:val="28"/>
          <w:szCs w:val="28"/>
          <w:lang w:val="ru-RU"/>
        </w:rPr>
        <w:t xml:space="preserve"> </w:t>
      </w:r>
      <w:proofErr w:type="spellStart"/>
      <w:r w:rsidR="00111960">
        <w:rPr>
          <w:rFonts w:ascii="Times New Roman" w:hAnsi="Times New Roman"/>
          <w:sz w:val="28"/>
          <w:szCs w:val="28"/>
          <w:lang w:val="ru-RU"/>
        </w:rPr>
        <w:t>урожайності</w:t>
      </w:r>
      <w:proofErr w:type="spellEnd"/>
      <w:r w:rsidR="00111960">
        <w:rPr>
          <w:rFonts w:ascii="Times New Roman" w:hAnsi="Times New Roman"/>
          <w:sz w:val="28"/>
          <w:szCs w:val="28"/>
          <w:lang w:val="ru-RU"/>
        </w:rPr>
        <w:t xml:space="preserve"> </w:t>
      </w:r>
      <w:proofErr w:type="spellStart"/>
      <w:r w:rsidRPr="00104A89">
        <w:rPr>
          <w:rFonts w:ascii="Times New Roman" w:hAnsi="Times New Roman"/>
          <w:sz w:val="28"/>
          <w:szCs w:val="28"/>
          <w:lang w:val="ru-RU"/>
        </w:rPr>
        <w:t>одержані</w:t>
      </w:r>
      <w:proofErr w:type="spellEnd"/>
      <w:r w:rsidRPr="00104A89">
        <w:rPr>
          <w:rFonts w:ascii="Times New Roman" w:hAnsi="Times New Roman"/>
          <w:sz w:val="28"/>
          <w:szCs w:val="28"/>
          <w:lang w:val="ru-RU"/>
        </w:rPr>
        <w:t xml:space="preserve"> за </w:t>
      </w:r>
      <w:proofErr w:type="spellStart"/>
      <w:r w:rsidR="00111960">
        <w:rPr>
          <w:rFonts w:ascii="Times New Roman" w:hAnsi="Times New Roman"/>
          <w:sz w:val="28"/>
          <w:szCs w:val="28"/>
          <w:lang w:val="ru-RU"/>
        </w:rPr>
        <w:t>сумісного</w:t>
      </w:r>
      <w:proofErr w:type="spellEnd"/>
      <w:r w:rsidR="00111960">
        <w:rPr>
          <w:rFonts w:ascii="Times New Roman" w:hAnsi="Times New Roman"/>
          <w:sz w:val="28"/>
          <w:szCs w:val="28"/>
          <w:lang w:val="ru-RU"/>
        </w:rPr>
        <w:t xml:space="preserve"> </w:t>
      </w:r>
      <w:proofErr w:type="spellStart"/>
      <w:r w:rsidR="00111960">
        <w:rPr>
          <w:rFonts w:ascii="Times New Roman" w:hAnsi="Times New Roman"/>
          <w:sz w:val="28"/>
          <w:szCs w:val="28"/>
          <w:lang w:val="ru-RU"/>
        </w:rPr>
        <w:t>внесення</w:t>
      </w:r>
      <w:proofErr w:type="spellEnd"/>
      <w:r w:rsidR="00111960">
        <w:rPr>
          <w:rFonts w:ascii="Times New Roman" w:hAnsi="Times New Roman"/>
          <w:sz w:val="28"/>
          <w:szCs w:val="28"/>
          <w:lang w:val="ru-RU"/>
        </w:rPr>
        <w:t xml:space="preserve"> </w:t>
      </w:r>
      <w:proofErr w:type="spellStart"/>
      <w:r w:rsidR="00111960">
        <w:rPr>
          <w:rFonts w:ascii="Times New Roman" w:hAnsi="Times New Roman"/>
          <w:sz w:val="28"/>
          <w:szCs w:val="28"/>
          <w:lang w:val="ru-RU"/>
        </w:rPr>
        <w:t>Амінокату</w:t>
      </w:r>
      <w:proofErr w:type="spellEnd"/>
      <w:r w:rsidR="00111960">
        <w:rPr>
          <w:rFonts w:ascii="Times New Roman" w:hAnsi="Times New Roman"/>
          <w:sz w:val="28"/>
          <w:szCs w:val="28"/>
          <w:lang w:val="ru-RU"/>
        </w:rPr>
        <w:t xml:space="preserve"> 30 та </w:t>
      </w:r>
      <w:proofErr w:type="spellStart"/>
      <w:r w:rsidRPr="00104A89">
        <w:rPr>
          <w:rFonts w:ascii="Times New Roman" w:hAnsi="Times New Roman"/>
          <w:sz w:val="28"/>
          <w:szCs w:val="28"/>
          <w:lang w:val="ru-RU"/>
        </w:rPr>
        <w:t>норми</w:t>
      </w:r>
      <w:proofErr w:type="spellEnd"/>
      <w:r w:rsidRPr="00104A89">
        <w:rPr>
          <w:rFonts w:ascii="Times New Roman" w:hAnsi="Times New Roman"/>
          <w:sz w:val="28"/>
          <w:szCs w:val="28"/>
          <w:lang w:val="ru-RU"/>
        </w:rPr>
        <w:t xml:space="preserve"> </w:t>
      </w:r>
      <w:proofErr w:type="spellStart"/>
      <w:r w:rsidRPr="00104A89">
        <w:rPr>
          <w:rFonts w:ascii="Times New Roman" w:hAnsi="Times New Roman"/>
          <w:sz w:val="28"/>
          <w:szCs w:val="28"/>
          <w:lang w:val="ru-RU"/>
        </w:rPr>
        <w:t>гербіциду</w:t>
      </w:r>
      <w:proofErr w:type="spellEnd"/>
      <w:r w:rsidRPr="00104A89">
        <w:rPr>
          <w:rFonts w:ascii="Times New Roman" w:hAnsi="Times New Roman"/>
          <w:sz w:val="28"/>
          <w:szCs w:val="28"/>
          <w:lang w:val="ru-RU"/>
        </w:rPr>
        <w:t xml:space="preserve"> Триатлон Прайм 0,05 кг/га – 5,2</w:t>
      </w:r>
      <w:r w:rsidR="000921A3">
        <w:rPr>
          <w:rFonts w:ascii="Times New Roman" w:hAnsi="Times New Roman"/>
          <w:sz w:val="28"/>
          <w:szCs w:val="28"/>
          <w:lang w:val="ru-RU"/>
        </w:rPr>
        <w:t>1</w:t>
      </w:r>
      <w:r w:rsidRPr="00104A89">
        <w:rPr>
          <w:rFonts w:ascii="Times New Roman" w:hAnsi="Times New Roman"/>
          <w:sz w:val="28"/>
          <w:szCs w:val="28"/>
          <w:lang w:val="ru-RU"/>
        </w:rPr>
        <w:t xml:space="preserve"> т/г</w:t>
      </w:r>
      <w:r w:rsidR="00AC6A13">
        <w:rPr>
          <w:rFonts w:ascii="Times New Roman" w:hAnsi="Times New Roman"/>
          <w:sz w:val="28"/>
          <w:szCs w:val="28"/>
          <w:lang w:val="ru-RU"/>
        </w:rPr>
        <w:t xml:space="preserve">а. В </w:t>
      </w:r>
      <w:proofErr w:type="spellStart"/>
      <w:r w:rsidR="00AC6A13">
        <w:rPr>
          <w:rFonts w:ascii="Times New Roman" w:hAnsi="Times New Roman"/>
          <w:sz w:val="28"/>
          <w:szCs w:val="28"/>
          <w:lang w:val="ru-RU"/>
        </w:rPr>
        <w:t>цьому</w:t>
      </w:r>
      <w:proofErr w:type="spellEnd"/>
      <w:r w:rsidR="00AC6A13">
        <w:rPr>
          <w:rFonts w:ascii="Times New Roman" w:hAnsi="Times New Roman"/>
          <w:sz w:val="28"/>
          <w:szCs w:val="28"/>
          <w:lang w:val="ru-RU"/>
        </w:rPr>
        <w:t xml:space="preserve"> </w:t>
      </w:r>
      <w:proofErr w:type="spellStart"/>
      <w:r w:rsidR="00AC6A13">
        <w:rPr>
          <w:rFonts w:ascii="Times New Roman" w:hAnsi="Times New Roman"/>
          <w:sz w:val="28"/>
          <w:szCs w:val="28"/>
          <w:lang w:val="ru-RU"/>
        </w:rPr>
        <w:t>варіанті</w:t>
      </w:r>
      <w:proofErr w:type="spellEnd"/>
      <w:r w:rsidR="00AC6A13">
        <w:rPr>
          <w:rFonts w:ascii="Times New Roman" w:hAnsi="Times New Roman"/>
          <w:sz w:val="28"/>
          <w:szCs w:val="28"/>
          <w:lang w:val="ru-RU"/>
        </w:rPr>
        <w:t xml:space="preserve"> прибавка </w:t>
      </w:r>
      <w:proofErr w:type="gramStart"/>
      <w:r w:rsidR="00AC6A13">
        <w:rPr>
          <w:rFonts w:ascii="Times New Roman" w:hAnsi="Times New Roman"/>
          <w:sz w:val="28"/>
          <w:szCs w:val="28"/>
          <w:lang w:val="ru-RU"/>
        </w:rPr>
        <w:t xml:space="preserve">до </w:t>
      </w:r>
      <w:r w:rsidRPr="00104A89">
        <w:rPr>
          <w:rFonts w:ascii="Times New Roman" w:hAnsi="Times New Roman"/>
          <w:sz w:val="28"/>
          <w:szCs w:val="28"/>
          <w:lang w:val="ru-RU"/>
        </w:rPr>
        <w:t>контролю</w:t>
      </w:r>
      <w:proofErr w:type="gramEnd"/>
      <w:r w:rsidRPr="00104A89">
        <w:rPr>
          <w:rFonts w:ascii="Times New Roman" w:hAnsi="Times New Roman"/>
          <w:sz w:val="28"/>
          <w:szCs w:val="28"/>
          <w:lang w:val="ru-RU"/>
        </w:rPr>
        <w:t xml:space="preserve"> </w:t>
      </w:r>
      <w:proofErr w:type="spellStart"/>
      <w:r w:rsidRPr="00104A89">
        <w:rPr>
          <w:rFonts w:ascii="Times New Roman" w:hAnsi="Times New Roman"/>
          <w:sz w:val="28"/>
          <w:szCs w:val="28"/>
          <w:lang w:val="ru-RU"/>
        </w:rPr>
        <w:t>була</w:t>
      </w:r>
      <w:proofErr w:type="spellEnd"/>
      <w:r w:rsidRPr="00104A89">
        <w:rPr>
          <w:rFonts w:ascii="Times New Roman" w:hAnsi="Times New Roman"/>
          <w:sz w:val="28"/>
          <w:szCs w:val="28"/>
          <w:lang w:val="ru-RU"/>
        </w:rPr>
        <w:t xml:space="preserve"> </w:t>
      </w:r>
      <w:proofErr w:type="spellStart"/>
      <w:r w:rsidRPr="00104A89">
        <w:rPr>
          <w:rFonts w:ascii="Times New Roman" w:hAnsi="Times New Roman"/>
          <w:sz w:val="28"/>
          <w:szCs w:val="28"/>
          <w:lang w:val="ru-RU"/>
        </w:rPr>
        <w:t>найбільша</w:t>
      </w:r>
      <w:proofErr w:type="spellEnd"/>
      <w:r w:rsidRPr="00104A89">
        <w:rPr>
          <w:rFonts w:ascii="Times New Roman" w:hAnsi="Times New Roman"/>
          <w:sz w:val="28"/>
          <w:szCs w:val="28"/>
          <w:lang w:val="ru-RU"/>
        </w:rPr>
        <w:t xml:space="preserve"> і </w:t>
      </w:r>
      <w:proofErr w:type="spellStart"/>
      <w:r w:rsidRPr="00104A89">
        <w:rPr>
          <w:rFonts w:ascii="Times New Roman" w:hAnsi="Times New Roman"/>
          <w:sz w:val="28"/>
          <w:szCs w:val="28"/>
          <w:lang w:val="ru-RU"/>
        </w:rPr>
        <w:t>складала</w:t>
      </w:r>
      <w:proofErr w:type="spellEnd"/>
      <w:r w:rsidRPr="00104A89">
        <w:rPr>
          <w:rFonts w:ascii="Times New Roman" w:hAnsi="Times New Roman"/>
          <w:sz w:val="28"/>
          <w:szCs w:val="28"/>
          <w:lang w:val="ru-RU"/>
        </w:rPr>
        <w:t xml:space="preserve"> 0,9 т/га. </w:t>
      </w:r>
      <w:proofErr w:type="spellStart"/>
      <w:r w:rsidR="000921A3">
        <w:rPr>
          <w:rFonts w:ascii="Times New Roman" w:hAnsi="Times New Roman"/>
          <w:sz w:val="28"/>
          <w:szCs w:val="28"/>
          <w:lang w:val="ru-RU" w:bidi="ru-RU"/>
        </w:rPr>
        <w:t>Найнижча</w:t>
      </w:r>
      <w:proofErr w:type="spellEnd"/>
      <w:r w:rsidR="000921A3">
        <w:rPr>
          <w:rFonts w:ascii="Times New Roman" w:hAnsi="Times New Roman"/>
          <w:sz w:val="28"/>
          <w:szCs w:val="28"/>
          <w:lang w:val="ru-RU" w:bidi="ru-RU"/>
        </w:rPr>
        <w:t xml:space="preserve"> </w:t>
      </w:r>
      <w:proofErr w:type="spellStart"/>
      <w:r w:rsidR="000921A3">
        <w:rPr>
          <w:rFonts w:ascii="Times New Roman" w:hAnsi="Times New Roman"/>
          <w:sz w:val="28"/>
          <w:szCs w:val="28"/>
          <w:lang w:val="ru-RU" w:bidi="ru-RU"/>
        </w:rPr>
        <w:t>урожайність</w:t>
      </w:r>
      <w:proofErr w:type="spellEnd"/>
      <w:r w:rsidR="000921A3">
        <w:rPr>
          <w:rFonts w:ascii="Times New Roman" w:hAnsi="Times New Roman"/>
          <w:sz w:val="28"/>
          <w:szCs w:val="28"/>
          <w:lang w:val="ru-RU" w:bidi="ru-RU"/>
        </w:rPr>
        <w:t xml:space="preserve">, у </w:t>
      </w:r>
      <w:proofErr w:type="spellStart"/>
      <w:r w:rsidR="000921A3">
        <w:rPr>
          <w:rFonts w:ascii="Times New Roman" w:hAnsi="Times New Roman"/>
          <w:sz w:val="28"/>
          <w:szCs w:val="28"/>
          <w:lang w:val="ru-RU" w:bidi="ru-RU"/>
        </w:rPr>
        <w:t>варіантах</w:t>
      </w:r>
      <w:proofErr w:type="spellEnd"/>
      <w:r w:rsidR="000921A3">
        <w:rPr>
          <w:rFonts w:ascii="Times New Roman" w:hAnsi="Times New Roman"/>
          <w:sz w:val="28"/>
          <w:szCs w:val="28"/>
          <w:lang w:val="ru-RU" w:bidi="ru-RU"/>
        </w:rPr>
        <w:t xml:space="preserve"> </w:t>
      </w:r>
      <w:proofErr w:type="spellStart"/>
      <w:r w:rsidR="000921A3">
        <w:rPr>
          <w:rFonts w:ascii="Times New Roman" w:hAnsi="Times New Roman"/>
          <w:sz w:val="28"/>
          <w:szCs w:val="28"/>
          <w:lang w:val="ru-RU" w:bidi="ru-RU"/>
        </w:rPr>
        <w:t>із</w:t>
      </w:r>
      <w:proofErr w:type="spellEnd"/>
      <w:r w:rsidR="000921A3">
        <w:rPr>
          <w:rFonts w:ascii="Times New Roman" w:hAnsi="Times New Roman"/>
          <w:sz w:val="28"/>
          <w:szCs w:val="28"/>
          <w:lang w:val="ru-RU" w:bidi="ru-RU"/>
        </w:rPr>
        <w:t xml:space="preserve"> </w:t>
      </w:r>
      <w:proofErr w:type="spellStart"/>
      <w:r w:rsidR="000921A3">
        <w:rPr>
          <w:rFonts w:ascii="Times New Roman" w:hAnsi="Times New Roman"/>
          <w:sz w:val="28"/>
          <w:szCs w:val="28"/>
          <w:lang w:val="ru-RU" w:bidi="ru-RU"/>
        </w:rPr>
        <w:t>застосуванням</w:t>
      </w:r>
      <w:proofErr w:type="spellEnd"/>
      <w:r w:rsidR="000921A3">
        <w:rPr>
          <w:rFonts w:ascii="Times New Roman" w:hAnsi="Times New Roman"/>
          <w:sz w:val="28"/>
          <w:szCs w:val="28"/>
          <w:lang w:val="ru-RU" w:bidi="ru-RU"/>
        </w:rPr>
        <w:t xml:space="preserve"> </w:t>
      </w:r>
      <w:proofErr w:type="spellStart"/>
      <w:r w:rsidR="000921A3">
        <w:rPr>
          <w:rFonts w:ascii="Times New Roman" w:hAnsi="Times New Roman"/>
          <w:sz w:val="28"/>
          <w:szCs w:val="28"/>
          <w:lang w:val="ru-RU" w:bidi="ru-RU"/>
        </w:rPr>
        <w:t>гербіциду</w:t>
      </w:r>
      <w:proofErr w:type="spellEnd"/>
      <w:r w:rsidR="000921A3">
        <w:rPr>
          <w:rFonts w:ascii="Times New Roman" w:hAnsi="Times New Roman"/>
          <w:sz w:val="28"/>
          <w:szCs w:val="28"/>
          <w:lang w:val="ru-RU" w:bidi="ru-RU"/>
        </w:rPr>
        <w:t xml:space="preserve">, – 4,72 </w:t>
      </w:r>
      <w:r w:rsidR="000921A3" w:rsidRPr="00104A89">
        <w:rPr>
          <w:rFonts w:ascii="Times New Roman" w:hAnsi="Times New Roman"/>
          <w:sz w:val="28"/>
          <w:szCs w:val="28"/>
          <w:lang w:val="ru-RU" w:bidi="ru-RU"/>
        </w:rPr>
        <w:t xml:space="preserve">т/га </w:t>
      </w:r>
      <w:proofErr w:type="spellStart"/>
      <w:r w:rsidRPr="00104A89">
        <w:rPr>
          <w:rFonts w:ascii="Times New Roman" w:hAnsi="Times New Roman"/>
          <w:sz w:val="28"/>
          <w:szCs w:val="28"/>
          <w:lang w:val="ru-RU" w:bidi="ru-RU"/>
        </w:rPr>
        <w:t>спостерігалась</w:t>
      </w:r>
      <w:proofErr w:type="spellEnd"/>
      <w:r w:rsidRPr="00104A89">
        <w:rPr>
          <w:rFonts w:ascii="Times New Roman" w:hAnsi="Times New Roman"/>
          <w:sz w:val="28"/>
          <w:szCs w:val="28"/>
          <w:lang w:val="ru-RU" w:bidi="ru-RU"/>
        </w:rPr>
        <w:t xml:space="preserve"> при </w:t>
      </w:r>
      <w:proofErr w:type="spellStart"/>
      <w:r w:rsidRPr="00104A89">
        <w:rPr>
          <w:rFonts w:ascii="Times New Roman" w:hAnsi="Times New Roman"/>
          <w:sz w:val="28"/>
          <w:szCs w:val="28"/>
          <w:lang w:val="ru-RU" w:bidi="ru-RU"/>
        </w:rPr>
        <w:t>нормі</w:t>
      </w:r>
      <w:proofErr w:type="spellEnd"/>
      <w:r w:rsidRPr="00104A89">
        <w:rPr>
          <w:rFonts w:ascii="Times New Roman" w:hAnsi="Times New Roman"/>
          <w:sz w:val="28"/>
          <w:szCs w:val="28"/>
          <w:lang w:val="ru-RU" w:bidi="ru-RU"/>
        </w:rPr>
        <w:t xml:space="preserve"> 0,06 кг/га Триатлону Прайм,</w:t>
      </w:r>
      <w:r w:rsidR="000921A3">
        <w:rPr>
          <w:rFonts w:ascii="Times New Roman" w:hAnsi="Times New Roman"/>
          <w:sz w:val="28"/>
          <w:szCs w:val="28"/>
          <w:lang w:val="ru-RU" w:bidi="ru-RU"/>
        </w:rPr>
        <w:t xml:space="preserve"> </w:t>
      </w:r>
      <w:proofErr w:type="spellStart"/>
      <w:r w:rsidRPr="00104A89">
        <w:rPr>
          <w:rFonts w:ascii="Times New Roman" w:hAnsi="Times New Roman"/>
          <w:sz w:val="28"/>
          <w:szCs w:val="28"/>
          <w:lang w:val="ru-RU" w:bidi="ru-RU"/>
        </w:rPr>
        <w:t>що</w:t>
      </w:r>
      <w:proofErr w:type="spellEnd"/>
      <w:r w:rsidRPr="00104A89">
        <w:rPr>
          <w:rFonts w:ascii="Times New Roman" w:hAnsi="Times New Roman"/>
          <w:sz w:val="28"/>
          <w:szCs w:val="28"/>
          <w:lang w:val="ru-RU" w:bidi="ru-RU"/>
        </w:rPr>
        <w:t xml:space="preserve"> </w:t>
      </w:r>
      <w:proofErr w:type="spellStart"/>
      <w:r w:rsidRPr="00104A89">
        <w:rPr>
          <w:rFonts w:ascii="Times New Roman" w:hAnsi="Times New Roman"/>
          <w:sz w:val="28"/>
          <w:szCs w:val="28"/>
          <w:lang w:val="ru-RU"/>
        </w:rPr>
        <w:t>пов’язано</w:t>
      </w:r>
      <w:proofErr w:type="spellEnd"/>
      <w:r w:rsidRPr="00104A89">
        <w:rPr>
          <w:rFonts w:ascii="Times New Roman" w:hAnsi="Times New Roman"/>
          <w:sz w:val="28"/>
          <w:szCs w:val="28"/>
          <w:lang w:val="ru-RU"/>
        </w:rPr>
        <w:t xml:space="preserve"> </w:t>
      </w:r>
      <w:proofErr w:type="spellStart"/>
      <w:r w:rsidRPr="00104A89">
        <w:rPr>
          <w:rFonts w:ascii="Times New Roman" w:hAnsi="Times New Roman"/>
          <w:sz w:val="28"/>
          <w:szCs w:val="28"/>
          <w:lang w:val="ru-RU"/>
        </w:rPr>
        <w:t>із</w:t>
      </w:r>
      <w:proofErr w:type="spellEnd"/>
      <w:r w:rsidRPr="00104A89">
        <w:rPr>
          <w:rFonts w:ascii="Times New Roman" w:hAnsi="Times New Roman"/>
          <w:sz w:val="28"/>
          <w:szCs w:val="28"/>
          <w:lang w:val="ru-RU"/>
        </w:rPr>
        <w:t xml:space="preserve"> </w:t>
      </w:r>
      <w:proofErr w:type="spellStart"/>
      <w:r w:rsidRPr="00104A89">
        <w:rPr>
          <w:rFonts w:ascii="Times New Roman" w:hAnsi="Times New Roman"/>
          <w:sz w:val="28"/>
          <w:szCs w:val="28"/>
          <w:lang w:val="ru-RU"/>
        </w:rPr>
        <w:t>пригніченням</w:t>
      </w:r>
      <w:proofErr w:type="spellEnd"/>
      <w:r w:rsidRPr="00104A89">
        <w:rPr>
          <w:rFonts w:ascii="Times New Roman" w:hAnsi="Times New Roman"/>
          <w:sz w:val="28"/>
          <w:szCs w:val="28"/>
          <w:lang w:val="ru-RU"/>
        </w:rPr>
        <w:t xml:space="preserve"> </w:t>
      </w:r>
      <w:proofErr w:type="spellStart"/>
      <w:r w:rsidRPr="00104A89">
        <w:rPr>
          <w:rFonts w:ascii="Times New Roman" w:hAnsi="Times New Roman"/>
          <w:sz w:val="28"/>
          <w:szCs w:val="28"/>
          <w:lang w:val="ru-RU"/>
        </w:rPr>
        <w:t>фізіологічних</w:t>
      </w:r>
      <w:proofErr w:type="spellEnd"/>
      <w:r w:rsidRPr="00104A89">
        <w:rPr>
          <w:rFonts w:ascii="Times New Roman" w:hAnsi="Times New Roman"/>
          <w:sz w:val="28"/>
          <w:szCs w:val="28"/>
          <w:lang w:val="ru-RU"/>
        </w:rPr>
        <w:t xml:space="preserve"> </w:t>
      </w:r>
      <w:proofErr w:type="spellStart"/>
      <w:r w:rsidR="000921A3">
        <w:rPr>
          <w:rFonts w:ascii="Times New Roman" w:hAnsi="Times New Roman"/>
          <w:sz w:val="28"/>
          <w:szCs w:val="28"/>
          <w:lang w:val="ru-RU"/>
        </w:rPr>
        <w:t>процесів</w:t>
      </w:r>
      <w:proofErr w:type="spellEnd"/>
      <w:r w:rsidR="000921A3">
        <w:rPr>
          <w:rFonts w:ascii="Times New Roman" w:hAnsi="Times New Roman"/>
          <w:sz w:val="28"/>
          <w:szCs w:val="28"/>
          <w:lang w:val="ru-RU"/>
        </w:rPr>
        <w:t xml:space="preserve"> у </w:t>
      </w:r>
      <w:proofErr w:type="spellStart"/>
      <w:r w:rsidR="000921A3">
        <w:rPr>
          <w:rFonts w:ascii="Times New Roman" w:hAnsi="Times New Roman"/>
          <w:sz w:val="28"/>
          <w:szCs w:val="28"/>
          <w:lang w:val="ru-RU"/>
        </w:rPr>
        <w:t>рослинах</w:t>
      </w:r>
      <w:proofErr w:type="spellEnd"/>
      <w:r w:rsidRPr="00104A89">
        <w:rPr>
          <w:rFonts w:ascii="Times New Roman" w:hAnsi="Times New Roman"/>
          <w:sz w:val="28"/>
          <w:szCs w:val="28"/>
          <w:lang w:val="ru-RU"/>
        </w:rPr>
        <w:t xml:space="preserve">. </w:t>
      </w:r>
    </w:p>
    <w:p w14:paraId="3B302787" w14:textId="77777777" w:rsidR="007D0D5E" w:rsidRPr="000921A3" w:rsidRDefault="007D0D5E" w:rsidP="007D0D5E">
      <w:pPr>
        <w:pStyle w:val="aff2"/>
        <w:spacing w:after="0" w:line="360" w:lineRule="auto"/>
        <w:ind w:left="0" w:firstLine="709"/>
        <w:jc w:val="both"/>
        <w:rPr>
          <w:rFonts w:ascii="Times New Roman" w:hAnsi="Times New Roman" w:cs="Times New Roman"/>
          <w:sz w:val="28"/>
          <w:szCs w:val="28"/>
          <w:lang w:val="ru-RU"/>
        </w:rPr>
      </w:pPr>
      <w:proofErr w:type="spellStart"/>
      <w:r w:rsidRPr="007D0D5E">
        <w:rPr>
          <w:rFonts w:ascii="Times New Roman" w:hAnsi="Times New Roman" w:cs="Times New Roman"/>
          <w:b/>
          <w:bCs/>
          <w:sz w:val="28"/>
          <w:szCs w:val="28"/>
          <w:lang w:val="ru-RU"/>
        </w:rPr>
        <w:t>Висновки</w:t>
      </w:r>
      <w:proofErr w:type="spellEnd"/>
      <w:r w:rsidRPr="007D0D5E">
        <w:rPr>
          <w:rFonts w:ascii="Times New Roman" w:hAnsi="Times New Roman" w:cs="Times New Roman"/>
          <w:b/>
          <w:bCs/>
          <w:sz w:val="28"/>
          <w:szCs w:val="28"/>
          <w:lang w:val="ru-RU"/>
        </w:rPr>
        <w:t xml:space="preserve"> та </w:t>
      </w:r>
      <w:proofErr w:type="spellStart"/>
      <w:r w:rsidRPr="007D0D5E">
        <w:rPr>
          <w:rFonts w:ascii="Times New Roman" w:hAnsi="Times New Roman" w:cs="Times New Roman"/>
          <w:b/>
          <w:bCs/>
          <w:sz w:val="28"/>
          <w:szCs w:val="28"/>
          <w:lang w:val="ru-RU"/>
        </w:rPr>
        <w:t>перспективи</w:t>
      </w:r>
      <w:proofErr w:type="spellEnd"/>
      <w:r w:rsidRPr="007D0D5E">
        <w:rPr>
          <w:rFonts w:ascii="Times New Roman" w:hAnsi="Times New Roman" w:cs="Times New Roman"/>
          <w:b/>
          <w:bCs/>
          <w:sz w:val="28"/>
          <w:szCs w:val="28"/>
          <w:lang w:val="ru-RU"/>
        </w:rPr>
        <w:t xml:space="preserve"> </w:t>
      </w:r>
      <w:proofErr w:type="spellStart"/>
      <w:r w:rsidRPr="007D0D5E">
        <w:rPr>
          <w:rFonts w:ascii="Times New Roman" w:hAnsi="Times New Roman" w:cs="Times New Roman"/>
          <w:b/>
          <w:bCs/>
          <w:sz w:val="28"/>
          <w:szCs w:val="28"/>
          <w:lang w:val="ru-RU"/>
        </w:rPr>
        <w:t>подальших</w:t>
      </w:r>
      <w:proofErr w:type="spellEnd"/>
      <w:r w:rsidRPr="007D0D5E">
        <w:rPr>
          <w:rFonts w:ascii="Times New Roman" w:hAnsi="Times New Roman" w:cs="Times New Roman"/>
          <w:b/>
          <w:bCs/>
          <w:sz w:val="28"/>
          <w:szCs w:val="28"/>
          <w:lang w:val="ru-RU"/>
        </w:rPr>
        <w:t xml:space="preserve"> </w:t>
      </w:r>
      <w:proofErr w:type="spellStart"/>
      <w:r w:rsidRPr="007D0D5E">
        <w:rPr>
          <w:rFonts w:ascii="Times New Roman" w:hAnsi="Times New Roman" w:cs="Times New Roman"/>
          <w:b/>
          <w:bCs/>
          <w:sz w:val="28"/>
          <w:szCs w:val="28"/>
          <w:lang w:val="ru-RU"/>
        </w:rPr>
        <w:t>досліджень</w:t>
      </w:r>
      <w:proofErr w:type="spellEnd"/>
      <w:r w:rsidRPr="007D0D5E">
        <w:rPr>
          <w:rFonts w:ascii="Times New Roman" w:hAnsi="Times New Roman" w:cs="Times New Roman"/>
          <w:b/>
          <w:bCs/>
          <w:sz w:val="28"/>
          <w:szCs w:val="28"/>
          <w:lang w:val="ru-RU"/>
        </w:rPr>
        <w:t>.</w:t>
      </w:r>
      <w:r w:rsidRPr="007D0D5E">
        <w:rPr>
          <w:rFonts w:ascii="Times New Roman" w:hAnsi="Times New Roman" w:cs="Times New Roman"/>
          <w:sz w:val="28"/>
          <w:szCs w:val="28"/>
          <w:lang w:val="ru-RU"/>
        </w:rPr>
        <w:t xml:space="preserve"> </w:t>
      </w:r>
      <w:r>
        <w:rPr>
          <w:rFonts w:ascii="Times New Roman" w:hAnsi="Times New Roman" w:cs="Times New Roman"/>
          <w:sz w:val="28"/>
          <w:szCs w:val="28"/>
          <w:lang w:val="ru-RU"/>
        </w:rPr>
        <w:t>З</w:t>
      </w:r>
      <w:r w:rsidRPr="000921A3">
        <w:rPr>
          <w:rFonts w:ascii="Times New Roman" w:hAnsi="Times New Roman" w:cs="Times New Roman"/>
          <w:sz w:val="28"/>
          <w:szCs w:val="28"/>
          <w:lang w:val="ru-RU"/>
        </w:rPr>
        <w:t xml:space="preserve">а </w:t>
      </w:r>
      <w:proofErr w:type="spellStart"/>
      <w:r w:rsidRPr="000921A3">
        <w:rPr>
          <w:rFonts w:ascii="Times New Roman" w:hAnsi="Times New Roman" w:cs="Times New Roman"/>
          <w:sz w:val="28"/>
          <w:szCs w:val="28"/>
          <w:lang w:val="ru-RU"/>
        </w:rPr>
        <w:t>результатми</w:t>
      </w:r>
      <w:proofErr w:type="spellEnd"/>
      <w:r w:rsidRPr="000921A3">
        <w:rPr>
          <w:rFonts w:ascii="Times New Roman" w:hAnsi="Times New Roman" w:cs="Times New Roman"/>
          <w:sz w:val="28"/>
          <w:szCs w:val="28"/>
          <w:lang w:val="ru-RU"/>
        </w:rPr>
        <w:t xml:space="preserve"> </w:t>
      </w:r>
      <w:proofErr w:type="spellStart"/>
      <w:r w:rsidRPr="000921A3">
        <w:rPr>
          <w:rFonts w:ascii="Times New Roman" w:hAnsi="Times New Roman" w:cs="Times New Roman"/>
          <w:sz w:val="28"/>
          <w:szCs w:val="28"/>
          <w:lang w:val="ru-RU"/>
        </w:rPr>
        <w:t>досліджень</w:t>
      </w:r>
      <w:proofErr w:type="spellEnd"/>
      <w:r w:rsidRPr="000921A3">
        <w:rPr>
          <w:rFonts w:ascii="Times New Roman" w:hAnsi="Times New Roman" w:cs="Times New Roman"/>
          <w:sz w:val="28"/>
          <w:szCs w:val="28"/>
          <w:lang w:val="ru-RU"/>
        </w:rPr>
        <w:t xml:space="preserve"> </w:t>
      </w:r>
      <w:proofErr w:type="spellStart"/>
      <w:r w:rsidRPr="000921A3">
        <w:rPr>
          <w:rFonts w:ascii="Times New Roman" w:hAnsi="Times New Roman" w:cs="Times New Roman"/>
          <w:sz w:val="28"/>
          <w:szCs w:val="28"/>
          <w:lang w:val="ru-RU"/>
        </w:rPr>
        <w:t>встановлено</w:t>
      </w:r>
      <w:proofErr w:type="spellEnd"/>
      <w:r w:rsidRPr="000921A3">
        <w:rPr>
          <w:rFonts w:ascii="Times New Roman" w:hAnsi="Times New Roman" w:cs="Times New Roman"/>
          <w:sz w:val="28"/>
          <w:szCs w:val="28"/>
          <w:lang w:val="ru-RU"/>
        </w:rPr>
        <w:t xml:space="preserve">, </w:t>
      </w:r>
      <w:proofErr w:type="spellStart"/>
      <w:r w:rsidRPr="000921A3">
        <w:rPr>
          <w:rFonts w:ascii="Times New Roman" w:hAnsi="Times New Roman" w:cs="Times New Roman"/>
          <w:sz w:val="28"/>
          <w:szCs w:val="28"/>
          <w:lang w:val="ru-RU"/>
        </w:rPr>
        <w:t>що</w:t>
      </w:r>
      <w:proofErr w:type="spellEnd"/>
      <w:r w:rsidRPr="000921A3">
        <w:rPr>
          <w:rFonts w:ascii="Times New Roman" w:hAnsi="Times New Roman" w:cs="Times New Roman"/>
          <w:sz w:val="28"/>
          <w:szCs w:val="28"/>
          <w:lang w:val="ru-RU"/>
        </w:rPr>
        <w:t xml:space="preserve"> </w:t>
      </w:r>
      <w:proofErr w:type="spellStart"/>
      <w:r w:rsidRPr="000921A3">
        <w:rPr>
          <w:rFonts w:ascii="Times New Roman" w:hAnsi="Times New Roman" w:cs="Times New Roman"/>
          <w:sz w:val="28"/>
          <w:szCs w:val="28"/>
          <w:lang w:val="ru-RU"/>
        </w:rPr>
        <w:t>сумісне</w:t>
      </w:r>
      <w:proofErr w:type="spellEnd"/>
      <w:r w:rsidRPr="000921A3">
        <w:rPr>
          <w:rFonts w:ascii="Times New Roman" w:hAnsi="Times New Roman" w:cs="Times New Roman"/>
          <w:sz w:val="28"/>
          <w:szCs w:val="28"/>
          <w:lang w:val="ru-RU"/>
        </w:rPr>
        <w:t xml:space="preserve"> </w:t>
      </w:r>
      <w:proofErr w:type="spellStart"/>
      <w:r w:rsidRPr="000921A3">
        <w:rPr>
          <w:rFonts w:ascii="Times New Roman" w:hAnsi="Times New Roman" w:cs="Times New Roman"/>
          <w:sz w:val="28"/>
          <w:szCs w:val="28"/>
          <w:lang w:val="ru-RU"/>
        </w:rPr>
        <w:t>застосовання</w:t>
      </w:r>
      <w:proofErr w:type="spellEnd"/>
      <w:r w:rsidRPr="000921A3">
        <w:rPr>
          <w:rFonts w:ascii="Times New Roman" w:hAnsi="Times New Roman" w:cs="Times New Roman"/>
          <w:sz w:val="28"/>
          <w:szCs w:val="28"/>
          <w:lang w:val="ru-RU"/>
        </w:rPr>
        <w:t xml:space="preserve"> </w:t>
      </w:r>
      <w:proofErr w:type="spellStart"/>
      <w:r w:rsidRPr="000921A3">
        <w:rPr>
          <w:rFonts w:ascii="Times New Roman" w:hAnsi="Times New Roman" w:cs="Times New Roman"/>
          <w:sz w:val="28"/>
          <w:szCs w:val="28"/>
          <w:lang w:val="ru-RU"/>
        </w:rPr>
        <w:t>гербіциду</w:t>
      </w:r>
      <w:proofErr w:type="spellEnd"/>
      <w:r w:rsidRPr="000921A3">
        <w:rPr>
          <w:rFonts w:ascii="Times New Roman" w:hAnsi="Times New Roman" w:cs="Times New Roman"/>
          <w:sz w:val="28"/>
          <w:szCs w:val="28"/>
          <w:lang w:val="ru-RU"/>
        </w:rPr>
        <w:t xml:space="preserve"> Триатлон Прайм у </w:t>
      </w:r>
      <w:proofErr w:type="spellStart"/>
      <w:r w:rsidRPr="000921A3">
        <w:rPr>
          <w:rFonts w:ascii="Times New Roman" w:hAnsi="Times New Roman" w:cs="Times New Roman"/>
          <w:sz w:val="28"/>
          <w:szCs w:val="28"/>
          <w:lang w:val="ru-RU"/>
        </w:rPr>
        <w:t>всіх</w:t>
      </w:r>
      <w:proofErr w:type="spellEnd"/>
      <w:r w:rsidRPr="000921A3">
        <w:rPr>
          <w:rFonts w:ascii="Times New Roman" w:hAnsi="Times New Roman" w:cs="Times New Roman"/>
          <w:sz w:val="28"/>
          <w:szCs w:val="28"/>
          <w:lang w:val="ru-RU"/>
        </w:rPr>
        <w:t xml:space="preserve"> </w:t>
      </w:r>
      <w:proofErr w:type="spellStart"/>
      <w:r w:rsidRPr="000921A3">
        <w:rPr>
          <w:rFonts w:ascii="Times New Roman" w:hAnsi="Times New Roman" w:cs="Times New Roman"/>
          <w:sz w:val="28"/>
          <w:szCs w:val="28"/>
          <w:lang w:val="ru-RU"/>
        </w:rPr>
        <w:t>його</w:t>
      </w:r>
      <w:proofErr w:type="spellEnd"/>
      <w:r w:rsidRPr="000921A3">
        <w:rPr>
          <w:rFonts w:ascii="Times New Roman" w:hAnsi="Times New Roman" w:cs="Times New Roman"/>
          <w:sz w:val="28"/>
          <w:szCs w:val="28"/>
          <w:lang w:val="ru-RU"/>
        </w:rPr>
        <w:t xml:space="preserve"> нормах з </w:t>
      </w:r>
      <w:proofErr w:type="spellStart"/>
      <w:r w:rsidRPr="000921A3">
        <w:rPr>
          <w:rFonts w:ascii="Times New Roman" w:hAnsi="Times New Roman" w:cs="Times New Roman"/>
          <w:sz w:val="28"/>
          <w:szCs w:val="28"/>
          <w:lang w:val="ru-RU"/>
        </w:rPr>
        <w:t>Амінокатом</w:t>
      </w:r>
      <w:proofErr w:type="spellEnd"/>
      <w:r w:rsidRPr="000921A3">
        <w:rPr>
          <w:rFonts w:ascii="Times New Roman" w:hAnsi="Times New Roman" w:cs="Times New Roman"/>
          <w:sz w:val="28"/>
          <w:szCs w:val="28"/>
          <w:lang w:val="ru-RU"/>
        </w:rPr>
        <w:t xml:space="preserve"> 30, </w:t>
      </w:r>
      <w:proofErr w:type="spellStart"/>
      <w:r w:rsidRPr="000921A3">
        <w:rPr>
          <w:rFonts w:ascii="Times New Roman" w:hAnsi="Times New Roman" w:cs="Times New Roman"/>
          <w:sz w:val="28"/>
          <w:szCs w:val="28"/>
          <w:lang w:val="ru-RU"/>
        </w:rPr>
        <w:t>сприяє</w:t>
      </w:r>
      <w:proofErr w:type="spellEnd"/>
      <w:r w:rsidRPr="000921A3">
        <w:rPr>
          <w:rFonts w:ascii="Times New Roman" w:hAnsi="Times New Roman" w:cs="Times New Roman"/>
          <w:sz w:val="28"/>
          <w:szCs w:val="28"/>
          <w:lang w:val="ru-RU"/>
        </w:rPr>
        <w:t xml:space="preserve"> позитивному </w:t>
      </w:r>
      <w:proofErr w:type="spellStart"/>
      <w:r w:rsidRPr="000921A3">
        <w:rPr>
          <w:rFonts w:ascii="Times New Roman" w:hAnsi="Times New Roman" w:cs="Times New Roman"/>
          <w:sz w:val="28"/>
          <w:szCs w:val="28"/>
          <w:lang w:val="ru-RU"/>
        </w:rPr>
        <w:t>впливу</w:t>
      </w:r>
      <w:proofErr w:type="spellEnd"/>
      <w:r w:rsidRPr="000921A3">
        <w:rPr>
          <w:rFonts w:ascii="Times New Roman" w:hAnsi="Times New Roman" w:cs="Times New Roman"/>
          <w:sz w:val="28"/>
          <w:szCs w:val="28"/>
          <w:lang w:val="ru-RU"/>
        </w:rPr>
        <w:t xml:space="preserve"> на </w:t>
      </w:r>
      <w:r w:rsidRPr="007D0D5E">
        <w:rPr>
          <w:rFonts w:ascii="Times New Roman" w:hAnsi="Times New Roman" w:cs="Times New Roman"/>
          <w:sz w:val="28"/>
          <w:szCs w:val="28"/>
        </w:rPr>
        <w:t>p</w:t>
      </w:r>
      <w:r w:rsidRPr="007D0D5E">
        <w:rPr>
          <w:rFonts w:ascii="Times New Roman" w:hAnsi="Times New Roman" w:cs="Times New Roman"/>
          <w:sz w:val="28"/>
          <w:szCs w:val="28"/>
          <w:lang w:val="uk-UA"/>
        </w:rPr>
        <w:t>остові і регулюючі п</w:t>
      </w:r>
      <w:r w:rsidRPr="007D0D5E">
        <w:rPr>
          <w:rFonts w:ascii="Times New Roman" w:hAnsi="Times New Roman" w:cs="Times New Roman"/>
          <w:sz w:val="28"/>
          <w:szCs w:val="28"/>
        </w:rPr>
        <w:t>p</w:t>
      </w:r>
      <w:proofErr w:type="spellStart"/>
      <w:r w:rsidRPr="007D0D5E">
        <w:rPr>
          <w:rFonts w:ascii="Times New Roman" w:hAnsi="Times New Roman" w:cs="Times New Roman"/>
          <w:sz w:val="28"/>
          <w:szCs w:val="28"/>
          <w:lang w:val="uk-UA"/>
        </w:rPr>
        <w:t>оцеси</w:t>
      </w:r>
      <w:proofErr w:type="spellEnd"/>
      <w:r w:rsidRPr="007D0D5E">
        <w:rPr>
          <w:rFonts w:ascii="Times New Roman" w:hAnsi="Times New Roman" w:cs="Times New Roman"/>
          <w:sz w:val="28"/>
          <w:szCs w:val="28"/>
          <w:lang w:val="uk-UA"/>
        </w:rPr>
        <w:t xml:space="preserve"> культурних рослин, та в цілому, на</w:t>
      </w:r>
      <w:r w:rsidRPr="007D0D5E">
        <w:rPr>
          <w:rFonts w:ascii="Times New Roman" w:hAnsi="Times New Roman" w:cs="Times New Roman"/>
          <w:sz w:val="28"/>
          <w:szCs w:val="28"/>
          <w:lang w:val="ru-RU"/>
        </w:rPr>
        <w:t xml:space="preserve"> </w:t>
      </w:r>
      <w:proofErr w:type="spellStart"/>
      <w:r w:rsidRPr="007D0D5E">
        <w:rPr>
          <w:rFonts w:ascii="Times New Roman" w:hAnsi="Times New Roman" w:cs="Times New Roman"/>
          <w:sz w:val="28"/>
          <w:szCs w:val="28"/>
          <w:lang w:val="ru-RU"/>
        </w:rPr>
        <w:t>підвищення</w:t>
      </w:r>
      <w:proofErr w:type="spellEnd"/>
      <w:r w:rsidRPr="007D0D5E">
        <w:rPr>
          <w:rFonts w:ascii="Times New Roman" w:hAnsi="Times New Roman" w:cs="Times New Roman"/>
          <w:sz w:val="28"/>
          <w:szCs w:val="28"/>
          <w:lang w:val="ru-RU"/>
        </w:rPr>
        <w:t xml:space="preserve"> </w:t>
      </w:r>
      <w:proofErr w:type="spellStart"/>
      <w:r w:rsidRPr="007D0D5E">
        <w:rPr>
          <w:rFonts w:ascii="Times New Roman" w:hAnsi="Times New Roman" w:cs="Times New Roman"/>
          <w:sz w:val="28"/>
          <w:szCs w:val="28"/>
          <w:lang w:val="ru-RU"/>
        </w:rPr>
        <w:t>врожаю</w:t>
      </w:r>
      <w:proofErr w:type="spellEnd"/>
      <w:r w:rsidRPr="007D0D5E">
        <w:rPr>
          <w:rFonts w:ascii="Times New Roman" w:hAnsi="Times New Roman" w:cs="Times New Roman"/>
          <w:sz w:val="28"/>
          <w:szCs w:val="28"/>
          <w:lang w:val="ru-RU"/>
        </w:rPr>
        <w:t xml:space="preserve"> сорту</w:t>
      </w:r>
      <w:r w:rsidRPr="000921A3">
        <w:rPr>
          <w:rFonts w:ascii="Times New Roman" w:hAnsi="Times New Roman" w:cs="Times New Roman"/>
          <w:sz w:val="28"/>
          <w:szCs w:val="28"/>
          <w:lang w:val="ru-RU"/>
        </w:rPr>
        <w:t xml:space="preserve"> </w:t>
      </w:r>
      <w:proofErr w:type="spellStart"/>
      <w:r w:rsidRPr="000921A3">
        <w:rPr>
          <w:rFonts w:ascii="Times New Roman" w:hAnsi="Times New Roman" w:cs="Times New Roman"/>
          <w:sz w:val="28"/>
          <w:szCs w:val="28"/>
          <w:lang w:val="ru-RU"/>
        </w:rPr>
        <w:t>пшениці</w:t>
      </w:r>
      <w:proofErr w:type="spellEnd"/>
      <w:r w:rsidRPr="000921A3">
        <w:rPr>
          <w:rFonts w:ascii="Times New Roman" w:hAnsi="Times New Roman" w:cs="Times New Roman"/>
          <w:sz w:val="28"/>
          <w:szCs w:val="28"/>
          <w:lang w:val="ru-RU"/>
        </w:rPr>
        <w:t xml:space="preserve"> </w:t>
      </w:r>
      <w:proofErr w:type="spellStart"/>
      <w:r w:rsidRPr="000921A3">
        <w:rPr>
          <w:rFonts w:ascii="Times New Roman" w:hAnsi="Times New Roman" w:cs="Times New Roman"/>
          <w:sz w:val="28"/>
          <w:szCs w:val="28"/>
          <w:lang w:val="ru-RU"/>
        </w:rPr>
        <w:t>дворучки</w:t>
      </w:r>
      <w:proofErr w:type="spellEnd"/>
      <w:r w:rsidRPr="000921A3">
        <w:rPr>
          <w:rFonts w:ascii="Times New Roman" w:hAnsi="Times New Roman" w:cs="Times New Roman"/>
          <w:sz w:val="28"/>
          <w:szCs w:val="28"/>
          <w:lang w:val="ru-RU"/>
        </w:rPr>
        <w:t xml:space="preserve"> </w:t>
      </w:r>
      <w:proofErr w:type="spellStart"/>
      <w:r w:rsidRPr="000921A3">
        <w:rPr>
          <w:rFonts w:ascii="Times New Roman" w:hAnsi="Times New Roman" w:cs="Times New Roman"/>
          <w:sz w:val="28"/>
          <w:szCs w:val="28"/>
          <w:lang w:val="ru-RU"/>
        </w:rPr>
        <w:t>Клар</w:t>
      </w:r>
      <w:r>
        <w:rPr>
          <w:rFonts w:ascii="Times New Roman" w:hAnsi="Times New Roman" w:cs="Times New Roman"/>
          <w:sz w:val="28"/>
          <w:szCs w:val="28"/>
          <w:lang w:val="ru-RU"/>
        </w:rPr>
        <w:t>і</w:t>
      </w:r>
      <w:r w:rsidRPr="000921A3">
        <w:rPr>
          <w:rFonts w:ascii="Times New Roman" w:hAnsi="Times New Roman" w:cs="Times New Roman"/>
          <w:sz w:val="28"/>
          <w:szCs w:val="28"/>
          <w:lang w:val="ru-RU"/>
        </w:rPr>
        <w:t>са</w:t>
      </w:r>
      <w:proofErr w:type="spellEnd"/>
      <w:r w:rsidRPr="000921A3">
        <w:rPr>
          <w:rFonts w:ascii="Times New Roman" w:hAnsi="Times New Roman" w:cs="Times New Roman"/>
          <w:sz w:val="28"/>
          <w:szCs w:val="28"/>
          <w:lang w:val="ru-RU"/>
        </w:rPr>
        <w:t xml:space="preserve"> в </w:t>
      </w:r>
      <w:proofErr w:type="spellStart"/>
      <w:r w:rsidRPr="000921A3">
        <w:rPr>
          <w:rFonts w:ascii="Times New Roman" w:hAnsi="Times New Roman" w:cs="Times New Roman"/>
          <w:sz w:val="28"/>
          <w:szCs w:val="28"/>
          <w:lang w:val="ru-RU"/>
        </w:rPr>
        <w:t>агроценозі</w:t>
      </w:r>
      <w:proofErr w:type="spellEnd"/>
      <w:r w:rsidRPr="000921A3">
        <w:rPr>
          <w:rFonts w:ascii="Times New Roman" w:hAnsi="Times New Roman" w:cs="Times New Roman"/>
          <w:sz w:val="28"/>
          <w:szCs w:val="28"/>
          <w:lang w:val="ru-RU"/>
        </w:rPr>
        <w:t xml:space="preserve">.  </w:t>
      </w:r>
      <w:proofErr w:type="spellStart"/>
      <w:r w:rsidRPr="000921A3">
        <w:rPr>
          <w:rFonts w:ascii="Times New Roman" w:hAnsi="Times New Roman" w:cs="Times New Roman"/>
          <w:sz w:val="28"/>
          <w:szCs w:val="28"/>
          <w:lang w:val="ru-RU"/>
        </w:rPr>
        <w:t>Найкращою</w:t>
      </w:r>
      <w:proofErr w:type="spellEnd"/>
      <w:r w:rsidRPr="000921A3">
        <w:rPr>
          <w:rFonts w:ascii="Times New Roman" w:hAnsi="Times New Roman" w:cs="Times New Roman"/>
          <w:sz w:val="28"/>
          <w:szCs w:val="28"/>
          <w:lang w:val="ru-RU"/>
        </w:rPr>
        <w:t xml:space="preserve"> </w:t>
      </w:r>
      <w:proofErr w:type="spellStart"/>
      <w:r w:rsidRPr="000921A3">
        <w:rPr>
          <w:rFonts w:ascii="Times New Roman" w:hAnsi="Times New Roman" w:cs="Times New Roman"/>
          <w:sz w:val="28"/>
          <w:szCs w:val="28"/>
          <w:lang w:val="ru-RU"/>
        </w:rPr>
        <w:t>виявилась</w:t>
      </w:r>
      <w:proofErr w:type="spellEnd"/>
      <w:r w:rsidRPr="000921A3">
        <w:rPr>
          <w:rFonts w:ascii="Times New Roman" w:hAnsi="Times New Roman" w:cs="Times New Roman"/>
          <w:sz w:val="28"/>
          <w:szCs w:val="28"/>
          <w:lang w:val="ru-RU"/>
        </w:rPr>
        <w:t xml:space="preserve"> норма 0,05 кг/га, де </w:t>
      </w:r>
      <w:proofErr w:type="spellStart"/>
      <w:r w:rsidRPr="000921A3">
        <w:rPr>
          <w:rFonts w:ascii="Times New Roman" w:hAnsi="Times New Roman" w:cs="Times New Roman"/>
          <w:sz w:val="28"/>
          <w:szCs w:val="28"/>
          <w:lang w:val="ru-RU"/>
        </w:rPr>
        <w:t>була</w:t>
      </w:r>
      <w:proofErr w:type="spellEnd"/>
      <w:r w:rsidRPr="000921A3">
        <w:rPr>
          <w:rFonts w:ascii="Times New Roman" w:hAnsi="Times New Roman" w:cs="Times New Roman"/>
          <w:sz w:val="28"/>
          <w:szCs w:val="28"/>
          <w:lang w:val="ru-RU"/>
        </w:rPr>
        <w:t xml:space="preserve"> </w:t>
      </w:r>
      <w:proofErr w:type="spellStart"/>
      <w:r w:rsidRPr="000921A3">
        <w:rPr>
          <w:rFonts w:ascii="Times New Roman" w:hAnsi="Times New Roman" w:cs="Times New Roman"/>
          <w:sz w:val="28"/>
          <w:szCs w:val="28"/>
          <w:lang w:val="ru-RU"/>
        </w:rPr>
        <w:t>найвища</w:t>
      </w:r>
      <w:proofErr w:type="spellEnd"/>
      <w:r w:rsidRPr="000921A3">
        <w:rPr>
          <w:rFonts w:ascii="Times New Roman" w:hAnsi="Times New Roman" w:cs="Times New Roman"/>
          <w:sz w:val="28"/>
          <w:szCs w:val="28"/>
          <w:lang w:val="ru-RU"/>
        </w:rPr>
        <w:t xml:space="preserve"> </w:t>
      </w:r>
      <w:proofErr w:type="spellStart"/>
      <w:r w:rsidRPr="000921A3">
        <w:rPr>
          <w:rFonts w:ascii="Times New Roman" w:hAnsi="Times New Roman" w:cs="Times New Roman"/>
          <w:sz w:val="28"/>
          <w:szCs w:val="28"/>
          <w:lang w:val="ru-RU"/>
        </w:rPr>
        <w:t>урожайність</w:t>
      </w:r>
      <w:proofErr w:type="spellEnd"/>
      <w:r w:rsidRPr="000921A3">
        <w:rPr>
          <w:rFonts w:ascii="Times New Roman" w:hAnsi="Times New Roman" w:cs="Times New Roman"/>
          <w:sz w:val="28"/>
          <w:szCs w:val="28"/>
          <w:lang w:val="ru-RU"/>
        </w:rPr>
        <w:t xml:space="preserve"> і прибавка урожаю (5,2 т/га і 20,9 % </w:t>
      </w:r>
      <w:proofErr w:type="spellStart"/>
      <w:r w:rsidRPr="000921A3">
        <w:rPr>
          <w:rFonts w:ascii="Times New Roman" w:hAnsi="Times New Roman" w:cs="Times New Roman"/>
          <w:sz w:val="28"/>
          <w:szCs w:val="28"/>
          <w:lang w:val="ru-RU"/>
        </w:rPr>
        <w:t>відповідно</w:t>
      </w:r>
      <w:proofErr w:type="spellEnd"/>
      <w:r w:rsidRPr="000921A3">
        <w:rPr>
          <w:rFonts w:ascii="Times New Roman" w:hAnsi="Times New Roman" w:cs="Times New Roman"/>
          <w:sz w:val="28"/>
          <w:szCs w:val="28"/>
          <w:lang w:val="ru-RU"/>
        </w:rPr>
        <w:t>).</w:t>
      </w:r>
    </w:p>
    <w:p w14:paraId="416927FB" w14:textId="77777777" w:rsidR="009479D5" w:rsidRDefault="007D0D5E" w:rsidP="007D0D5E">
      <w:pPr>
        <w:spacing w:after="0" w:line="360" w:lineRule="auto"/>
        <w:ind w:firstLine="567"/>
        <w:jc w:val="both"/>
        <w:rPr>
          <w:rFonts w:ascii="Times New Roman" w:hAnsi="Times New Roman" w:cs="Times New Roman"/>
          <w:sz w:val="28"/>
          <w:szCs w:val="28"/>
          <w:lang w:val="ru-RU"/>
        </w:rPr>
      </w:pPr>
      <w:r w:rsidRPr="007D0D5E">
        <w:rPr>
          <w:rFonts w:ascii="Times New Roman" w:hAnsi="Times New Roman" w:cs="Times New Roman"/>
          <w:b/>
          <w:bCs/>
          <w:sz w:val="28"/>
          <w:szCs w:val="28"/>
          <w:lang w:val="ru-RU"/>
        </w:rPr>
        <w:t xml:space="preserve"> </w:t>
      </w:r>
      <w:proofErr w:type="spellStart"/>
      <w:r w:rsidR="009479D5" w:rsidRPr="000C7039">
        <w:rPr>
          <w:rFonts w:ascii="Times New Roman" w:hAnsi="Times New Roman" w:cs="Times New Roman"/>
          <w:sz w:val="28"/>
          <w:szCs w:val="28"/>
          <w:lang w:val="ru-RU"/>
        </w:rPr>
        <w:t>Глобальні</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зміни</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клімат</w:t>
      </w:r>
      <w:r>
        <w:rPr>
          <w:rFonts w:ascii="Times New Roman" w:hAnsi="Times New Roman" w:cs="Times New Roman"/>
          <w:sz w:val="28"/>
          <w:szCs w:val="28"/>
          <w:lang w:val="ru-RU"/>
        </w:rPr>
        <w:t>ичних</w:t>
      </w:r>
      <w:proofErr w:type="spellEnd"/>
      <w:r>
        <w:rPr>
          <w:rFonts w:ascii="Times New Roman" w:hAnsi="Times New Roman" w:cs="Times New Roman"/>
          <w:sz w:val="28"/>
          <w:szCs w:val="28"/>
          <w:lang w:val="ru-RU"/>
        </w:rPr>
        <w:t xml:space="preserve"> умов </w:t>
      </w:r>
      <w:proofErr w:type="spellStart"/>
      <w:r w:rsidR="009479D5" w:rsidRPr="000C7039">
        <w:rPr>
          <w:rFonts w:ascii="Times New Roman" w:hAnsi="Times New Roman" w:cs="Times New Roman"/>
          <w:sz w:val="28"/>
          <w:szCs w:val="28"/>
          <w:lang w:val="ru-RU"/>
        </w:rPr>
        <w:t>впливають</w:t>
      </w:r>
      <w:proofErr w:type="spellEnd"/>
      <w:r w:rsidR="009479D5" w:rsidRPr="000C7039">
        <w:rPr>
          <w:rFonts w:ascii="Times New Roman" w:hAnsi="Times New Roman" w:cs="Times New Roman"/>
          <w:sz w:val="28"/>
          <w:szCs w:val="28"/>
          <w:lang w:val="ru-RU"/>
        </w:rPr>
        <w:t xml:space="preserve"> на </w:t>
      </w:r>
      <w:proofErr w:type="spellStart"/>
      <w:r w:rsidR="009479D5" w:rsidRPr="000C7039">
        <w:rPr>
          <w:rFonts w:ascii="Times New Roman" w:hAnsi="Times New Roman" w:cs="Times New Roman"/>
          <w:sz w:val="28"/>
          <w:szCs w:val="28"/>
          <w:lang w:val="ru-RU"/>
        </w:rPr>
        <w:t>продуктивність</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пшениці</w:t>
      </w:r>
      <w:proofErr w:type="spellEnd"/>
      <w:r w:rsidR="009479D5" w:rsidRPr="000C7039">
        <w:rPr>
          <w:rFonts w:ascii="Times New Roman" w:hAnsi="Times New Roman" w:cs="Times New Roman"/>
          <w:sz w:val="28"/>
          <w:szCs w:val="28"/>
          <w:lang w:val="ru-RU"/>
        </w:rPr>
        <w:t xml:space="preserve">. </w:t>
      </w:r>
      <w:r>
        <w:rPr>
          <w:rFonts w:ascii="Times New Roman" w:hAnsi="Times New Roman" w:cs="Times New Roman"/>
          <w:sz w:val="28"/>
          <w:szCs w:val="28"/>
          <w:lang w:val="ru-RU"/>
        </w:rPr>
        <w:t>Вони</w:t>
      </w:r>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викликають</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стресові</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стани</w:t>
      </w:r>
      <w:proofErr w:type="spellEnd"/>
      <w:r w:rsidR="009479D5" w:rsidRPr="000C7039">
        <w:rPr>
          <w:rFonts w:ascii="Times New Roman" w:hAnsi="Times New Roman" w:cs="Times New Roman"/>
          <w:sz w:val="28"/>
          <w:szCs w:val="28"/>
          <w:lang w:val="ru-RU"/>
        </w:rPr>
        <w:t xml:space="preserve"> у </w:t>
      </w:r>
      <w:proofErr w:type="spellStart"/>
      <w:r w:rsidR="009479D5" w:rsidRPr="000C7039">
        <w:rPr>
          <w:rFonts w:ascii="Times New Roman" w:hAnsi="Times New Roman" w:cs="Times New Roman"/>
          <w:sz w:val="28"/>
          <w:szCs w:val="28"/>
          <w:lang w:val="ru-RU"/>
        </w:rPr>
        <w:t>рослин</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що</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позначається</w:t>
      </w:r>
      <w:proofErr w:type="spellEnd"/>
      <w:r w:rsidR="009479D5" w:rsidRPr="000C7039">
        <w:rPr>
          <w:rFonts w:ascii="Times New Roman" w:hAnsi="Times New Roman" w:cs="Times New Roman"/>
          <w:sz w:val="28"/>
          <w:szCs w:val="28"/>
          <w:lang w:val="ru-RU"/>
        </w:rPr>
        <w:t xml:space="preserve"> на </w:t>
      </w:r>
      <w:proofErr w:type="spellStart"/>
      <w:r w:rsidR="009479D5" w:rsidRPr="000C7039">
        <w:rPr>
          <w:rFonts w:ascii="Times New Roman" w:hAnsi="Times New Roman" w:cs="Times New Roman"/>
          <w:sz w:val="28"/>
          <w:szCs w:val="28"/>
          <w:lang w:val="ru-RU"/>
        </w:rPr>
        <w:t>фотосинте</w:t>
      </w:r>
      <w:r w:rsidR="009479D5">
        <w:rPr>
          <w:rFonts w:ascii="Times New Roman" w:hAnsi="Times New Roman" w:cs="Times New Roman"/>
          <w:sz w:val="28"/>
          <w:szCs w:val="28"/>
          <w:lang w:val="ru-RU"/>
        </w:rPr>
        <w:t>тичних</w:t>
      </w:r>
      <w:proofErr w:type="spellEnd"/>
      <w:r w:rsidR="009479D5" w:rsidRPr="000C7039">
        <w:rPr>
          <w:rFonts w:ascii="Times New Roman" w:hAnsi="Times New Roman" w:cs="Times New Roman"/>
          <w:sz w:val="28"/>
          <w:szCs w:val="28"/>
          <w:lang w:val="ru-RU"/>
        </w:rPr>
        <w:t xml:space="preserve"> та </w:t>
      </w:r>
      <w:proofErr w:type="spellStart"/>
      <w:r w:rsidR="009479D5" w:rsidRPr="000C7039">
        <w:rPr>
          <w:rFonts w:ascii="Times New Roman" w:hAnsi="Times New Roman" w:cs="Times New Roman"/>
          <w:sz w:val="28"/>
          <w:szCs w:val="28"/>
          <w:lang w:val="ru-RU"/>
        </w:rPr>
        <w:t>рост</w:t>
      </w:r>
      <w:r w:rsidR="009479D5">
        <w:rPr>
          <w:rFonts w:ascii="Times New Roman" w:hAnsi="Times New Roman" w:cs="Times New Roman"/>
          <w:sz w:val="28"/>
          <w:szCs w:val="28"/>
          <w:lang w:val="ru-RU"/>
        </w:rPr>
        <w:t>ових</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процесах</w:t>
      </w:r>
      <w:proofErr w:type="spellEnd"/>
      <w:r w:rsidR="009479D5">
        <w:rPr>
          <w:rFonts w:ascii="Times New Roman" w:hAnsi="Times New Roman" w:cs="Times New Roman"/>
          <w:sz w:val="28"/>
          <w:szCs w:val="28"/>
          <w:lang w:val="ru-RU"/>
        </w:rPr>
        <w:t xml:space="preserve"> </w:t>
      </w:r>
      <w:proofErr w:type="spellStart"/>
      <w:r w:rsidR="009479D5">
        <w:rPr>
          <w:rFonts w:ascii="Times New Roman" w:hAnsi="Times New Roman" w:cs="Times New Roman"/>
          <w:sz w:val="28"/>
          <w:szCs w:val="28"/>
          <w:lang w:val="ru-RU"/>
        </w:rPr>
        <w:t>рослинного</w:t>
      </w:r>
      <w:proofErr w:type="spellEnd"/>
      <w:r w:rsidR="009479D5">
        <w:rPr>
          <w:rFonts w:ascii="Times New Roman" w:hAnsi="Times New Roman" w:cs="Times New Roman"/>
          <w:sz w:val="28"/>
          <w:szCs w:val="28"/>
          <w:lang w:val="ru-RU"/>
        </w:rPr>
        <w:t xml:space="preserve"> </w:t>
      </w:r>
      <w:proofErr w:type="spellStart"/>
      <w:r w:rsidR="009479D5">
        <w:rPr>
          <w:rFonts w:ascii="Times New Roman" w:hAnsi="Times New Roman" w:cs="Times New Roman"/>
          <w:sz w:val="28"/>
          <w:szCs w:val="28"/>
          <w:lang w:val="ru-RU"/>
        </w:rPr>
        <w:t>організму</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Використання</w:t>
      </w:r>
      <w:proofErr w:type="spellEnd"/>
      <w:r w:rsidR="009479D5" w:rsidRPr="000C7039">
        <w:rPr>
          <w:rFonts w:ascii="Times New Roman" w:hAnsi="Times New Roman" w:cs="Times New Roman"/>
          <w:sz w:val="28"/>
          <w:szCs w:val="28"/>
          <w:lang w:val="ru-RU"/>
        </w:rPr>
        <w:t xml:space="preserve"> </w:t>
      </w:r>
      <w:proofErr w:type="spellStart"/>
      <w:proofErr w:type="gramStart"/>
      <w:r w:rsidR="009479D5" w:rsidRPr="000C7039">
        <w:rPr>
          <w:rFonts w:ascii="Times New Roman" w:hAnsi="Times New Roman" w:cs="Times New Roman"/>
          <w:sz w:val="28"/>
          <w:szCs w:val="28"/>
          <w:lang w:val="ru-RU"/>
        </w:rPr>
        <w:t>гербіцид</w:t>
      </w:r>
      <w:r>
        <w:rPr>
          <w:rFonts w:ascii="Times New Roman" w:hAnsi="Times New Roman" w:cs="Times New Roman"/>
          <w:sz w:val="28"/>
          <w:szCs w:val="28"/>
          <w:lang w:val="ru-RU"/>
        </w:rPr>
        <w:t>у</w:t>
      </w:r>
      <w:proofErr w:type="spellEnd"/>
      <w:r>
        <w:rPr>
          <w:rFonts w:ascii="Times New Roman" w:hAnsi="Times New Roman" w:cs="Times New Roman"/>
          <w:sz w:val="28"/>
          <w:szCs w:val="28"/>
          <w:lang w:val="ru-RU"/>
        </w:rPr>
        <w:t xml:space="preserve"> </w:t>
      </w:r>
      <w:r w:rsidR="009479D5" w:rsidRPr="000C7039">
        <w:rPr>
          <w:rFonts w:ascii="Times New Roman" w:hAnsi="Times New Roman" w:cs="Times New Roman"/>
          <w:sz w:val="28"/>
          <w:szCs w:val="28"/>
          <w:lang w:val="ru-RU"/>
        </w:rPr>
        <w:t xml:space="preserve"> у</w:t>
      </w:r>
      <w:proofErr w:type="gram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поєднанні</w:t>
      </w:r>
      <w:proofErr w:type="spellEnd"/>
      <w:r w:rsidR="009479D5" w:rsidRPr="000C7039">
        <w:rPr>
          <w:rFonts w:ascii="Times New Roman" w:hAnsi="Times New Roman" w:cs="Times New Roman"/>
          <w:sz w:val="28"/>
          <w:szCs w:val="28"/>
          <w:lang w:val="ru-RU"/>
        </w:rPr>
        <w:t xml:space="preserve"> з </w:t>
      </w:r>
      <w:proofErr w:type="spellStart"/>
      <w:r w:rsidR="009479D5" w:rsidRPr="000C7039">
        <w:rPr>
          <w:rFonts w:ascii="Times New Roman" w:hAnsi="Times New Roman" w:cs="Times New Roman"/>
          <w:sz w:val="28"/>
          <w:szCs w:val="28"/>
          <w:lang w:val="ru-RU"/>
        </w:rPr>
        <w:t>біостимуляторами</w:t>
      </w:r>
      <w:proofErr w:type="spellEnd"/>
      <w:r w:rsidR="009479D5" w:rsidRPr="000C7039">
        <w:rPr>
          <w:rFonts w:ascii="Times New Roman" w:hAnsi="Times New Roman" w:cs="Times New Roman"/>
          <w:sz w:val="28"/>
          <w:szCs w:val="28"/>
          <w:lang w:val="ru-RU"/>
        </w:rPr>
        <w:t xml:space="preserve"> показало </w:t>
      </w:r>
      <w:proofErr w:type="spellStart"/>
      <w:r w:rsidR="009479D5" w:rsidRPr="000C7039">
        <w:rPr>
          <w:rFonts w:ascii="Times New Roman" w:hAnsi="Times New Roman" w:cs="Times New Roman"/>
          <w:sz w:val="28"/>
          <w:szCs w:val="28"/>
          <w:lang w:val="ru-RU"/>
        </w:rPr>
        <w:t>позитивний</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вплив</w:t>
      </w:r>
      <w:proofErr w:type="spellEnd"/>
      <w:r w:rsidR="009479D5" w:rsidRPr="000C7039">
        <w:rPr>
          <w:rFonts w:ascii="Times New Roman" w:hAnsi="Times New Roman" w:cs="Times New Roman"/>
          <w:sz w:val="28"/>
          <w:szCs w:val="28"/>
          <w:lang w:val="ru-RU"/>
        </w:rPr>
        <w:t xml:space="preserve"> на </w:t>
      </w:r>
      <w:proofErr w:type="spellStart"/>
      <w:r w:rsidR="009479D5" w:rsidRPr="000C7039">
        <w:rPr>
          <w:rFonts w:ascii="Times New Roman" w:hAnsi="Times New Roman" w:cs="Times New Roman"/>
          <w:sz w:val="28"/>
          <w:szCs w:val="28"/>
          <w:lang w:val="ru-RU"/>
        </w:rPr>
        <w:t>адаптацію</w:t>
      </w:r>
      <w:proofErr w:type="spellEnd"/>
      <w:r w:rsidR="009479D5" w:rsidRPr="000C7039">
        <w:rPr>
          <w:rFonts w:ascii="Times New Roman" w:hAnsi="Times New Roman" w:cs="Times New Roman"/>
          <w:sz w:val="28"/>
          <w:szCs w:val="28"/>
          <w:lang w:val="ru-RU"/>
        </w:rPr>
        <w:t xml:space="preserve"> культур до </w:t>
      </w:r>
      <w:proofErr w:type="spellStart"/>
      <w:r w:rsidR="009479D5" w:rsidRPr="000C7039">
        <w:rPr>
          <w:rFonts w:ascii="Times New Roman" w:hAnsi="Times New Roman" w:cs="Times New Roman"/>
          <w:sz w:val="28"/>
          <w:szCs w:val="28"/>
          <w:lang w:val="ru-RU"/>
        </w:rPr>
        <w:t>змінених</w:t>
      </w:r>
      <w:proofErr w:type="spellEnd"/>
      <w:r w:rsidR="009479D5" w:rsidRPr="000C7039">
        <w:rPr>
          <w:rFonts w:ascii="Times New Roman" w:hAnsi="Times New Roman" w:cs="Times New Roman"/>
          <w:sz w:val="28"/>
          <w:szCs w:val="28"/>
          <w:lang w:val="ru-RU"/>
        </w:rPr>
        <w:t xml:space="preserve"> умов. </w:t>
      </w:r>
      <w:proofErr w:type="spellStart"/>
      <w:r w:rsidR="009479D5" w:rsidRPr="000C7039">
        <w:rPr>
          <w:rFonts w:ascii="Times New Roman" w:hAnsi="Times New Roman" w:cs="Times New Roman"/>
          <w:sz w:val="28"/>
          <w:szCs w:val="28"/>
          <w:lang w:val="ru-RU"/>
        </w:rPr>
        <w:t>Однак</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надмірне</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використання</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гербіцидів</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може</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пригнічувати</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фотосинтетичні</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процеси</w:t>
      </w:r>
      <w:proofErr w:type="spellEnd"/>
      <w:r w:rsidR="009479D5" w:rsidRPr="000C7039">
        <w:rPr>
          <w:rFonts w:ascii="Times New Roman" w:hAnsi="Times New Roman" w:cs="Times New Roman"/>
          <w:sz w:val="28"/>
          <w:szCs w:val="28"/>
          <w:lang w:val="ru-RU"/>
        </w:rPr>
        <w:t>.</w:t>
      </w:r>
      <w:r w:rsidR="009479D5">
        <w:rPr>
          <w:rFonts w:ascii="Times New Roman" w:hAnsi="Times New Roman" w:cs="Times New Roman"/>
          <w:sz w:val="28"/>
          <w:szCs w:val="28"/>
          <w:lang w:val="ru-RU"/>
        </w:rPr>
        <w:t xml:space="preserve"> </w:t>
      </w:r>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Поєднання</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гербіциду</w:t>
      </w:r>
      <w:proofErr w:type="spellEnd"/>
      <w:r w:rsidR="009479D5" w:rsidRPr="000C7039">
        <w:rPr>
          <w:rFonts w:ascii="Times New Roman" w:hAnsi="Times New Roman" w:cs="Times New Roman"/>
          <w:sz w:val="28"/>
          <w:szCs w:val="28"/>
          <w:lang w:val="ru-RU"/>
        </w:rPr>
        <w:t xml:space="preserve"> з </w:t>
      </w:r>
      <w:proofErr w:type="spellStart"/>
      <w:r w:rsidR="009479D5" w:rsidRPr="000C7039">
        <w:rPr>
          <w:rFonts w:ascii="Times New Roman" w:hAnsi="Times New Roman" w:cs="Times New Roman"/>
          <w:sz w:val="28"/>
          <w:szCs w:val="28"/>
          <w:lang w:val="ru-RU"/>
        </w:rPr>
        <w:t>Амінокатом</w:t>
      </w:r>
      <w:proofErr w:type="spellEnd"/>
      <w:r w:rsidR="009479D5" w:rsidRPr="000C7039">
        <w:rPr>
          <w:rFonts w:ascii="Times New Roman" w:hAnsi="Times New Roman" w:cs="Times New Roman"/>
          <w:sz w:val="28"/>
          <w:szCs w:val="28"/>
          <w:lang w:val="ru-RU"/>
        </w:rPr>
        <w:t xml:space="preserve"> 30 </w:t>
      </w:r>
      <w:proofErr w:type="spellStart"/>
      <w:r w:rsidR="009479D5" w:rsidRPr="000C7039">
        <w:rPr>
          <w:rFonts w:ascii="Times New Roman" w:hAnsi="Times New Roman" w:cs="Times New Roman"/>
          <w:sz w:val="28"/>
          <w:szCs w:val="28"/>
          <w:lang w:val="ru-RU"/>
        </w:rPr>
        <w:t>значно</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покращує</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продуктивність</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рослин</w:t>
      </w:r>
      <w:proofErr w:type="spellEnd"/>
      <w:r w:rsidR="009479D5" w:rsidRPr="000C7039">
        <w:rPr>
          <w:rFonts w:ascii="Times New Roman" w:hAnsi="Times New Roman" w:cs="Times New Roman"/>
          <w:sz w:val="28"/>
          <w:szCs w:val="28"/>
          <w:lang w:val="ru-RU"/>
        </w:rPr>
        <w:t>.</w:t>
      </w:r>
      <w:r>
        <w:rPr>
          <w:rFonts w:ascii="Times New Roman" w:hAnsi="Times New Roman" w:cs="Times New Roman"/>
          <w:sz w:val="28"/>
          <w:szCs w:val="28"/>
          <w:lang w:val="ru-RU"/>
        </w:rPr>
        <w:t xml:space="preserve"> Тому, </w:t>
      </w:r>
      <w:proofErr w:type="spellStart"/>
      <w:r>
        <w:rPr>
          <w:rFonts w:ascii="Times New Roman" w:hAnsi="Times New Roman" w:cs="Times New Roman"/>
          <w:sz w:val="28"/>
          <w:szCs w:val="28"/>
          <w:lang w:val="ru-RU"/>
        </w:rPr>
        <w:t>а</w:t>
      </w:r>
      <w:r w:rsidR="009479D5" w:rsidRPr="000C7039">
        <w:rPr>
          <w:rFonts w:ascii="Times New Roman" w:hAnsi="Times New Roman" w:cs="Times New Roman"/>
          <w:sz w:val="28"/>
          <w:szCs w:val="28"/>
          <w:lang w:val="ru-RU"/>
        </w:rPr>
        <w:t>даптація</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технологій</w:t>
      </w:r>
      <w:proofErr w:type="spellEnd"/>
      <w:r w:rsidR="009479D5" w:rsidRPr="000C7039">
        <w:rPr>
          <w:rFonts w:ascii="Times New Roman" w:hAnsi="Times New Roman" w:cs="Times New Roman"/>
          <w:sz w:val="28"/>
          <w:szCs w:val="28"/>
          <w:lang w:val="ru-RU"/>
        </w:rPr>
        <w:t xml:space="preserve"> до </w:t>
      </w:r>
      <w:proofErr w:type="spellStart"/>
      <w:r w:rsidR="009479D5" w:rsidRPr="000C7039">
        <w:rPr>
          <w:rFonts w:ascii="Times New Roman" w:hAnsi="Times New Roman" w:cs="Times New Roman"/>
          <w:sz w:val="28"/>
          <w:szCs w:val="28"/>
          <w:lang w:val="ru-RU"/>
        </w:rPr>
        <w:t>кліматичних</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змін</w:t>
      </w:r>
      <w:proofErr w:type="spellEnd"/>
      <w:r w:rsidR="009479D5" w:rsidRPr="000C7039">
        <w:rPr>
          <w:rFonts w:ascii="Times New Roman" w:hAnsi="Times New Roman" w:cs="Times New Roman"/>
          <w:sz w:val="28"/>
          <w:szCs w:val="28"/>
          <w:lang w:val="ru-RU"/>
        </w:rPr>
        <w:t xml:space="preserve"> є </w:t>
      </w:r>
      <w:proofErr w:type="spellStart"/>
      <w:r w:rsidR="009479D5" w:rsidRPr="000C7039">
        <w:rPr>
          <w:rFonts w:ascii="Times New Roman" w:hAnsi="Times New Roman" w:cs="Times New Roman"/>
          <w:sz w:val="28"/>
          <w:szCs w:val="28"/>
          <w:lang w:val="ru-RU"/>
        </w:rPr>
        <w:t>необхідною</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умовою</w:t>
      </w:r>
      <w:proofErr w:type="spellEnd"/>
      <w:r w:rsidR="009479D5" w:rsidRPr="000C7039">
        <w:rPr>
          <w:rFonts w:ascii="Times New Roman" w:hAnsi="Times New Roman" w:cs="Times New Roman"/>
          <w:sz w:val="28"/>
          <w:szCs w:val="28"/>
          <w:lang w:val="ru-RU"/>
        </w:rPr>
        <w:t xml:space="preserve"> для </w:t>
      </w:r>
      <w:proofErr w:type="spellStart"/>
      <w:r w:rsidR="009479D5" w:rsidRPr="000C7039">
        <w:rPr>
          <w:rFonts w:ascii="Times New Roman" w:hAnsi="Times New Roman" w:cs="Times New Roman"/>
          <w:sz w:val="28"/>
          <w:szCs w:val="28"/>
          <w:lang w:val="ru-RU"/>
        </w:rPr>
        <w:t>збереження</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врожайності</w:t>
      </w:r>
      <w:proofErr w:type="spellEnd"/>
      <w:r w:rsidR="009479D5" w:rsidRPr="000C7039">
        <w:rPr>
          <w:rFonts w:ascii="Times New Roman" w:hAnsi="Times New Roman" w:cs="Times New Roman"/>
          <w:sz w:val="28"/>
          <w:szCs w:val="28"/>
          <w:lang w:val="ru-RU"/>
        </w:rPr>
        <w:t xml:space="preserve"> </w:t>
      </w:r>
      <w:proofErr w:type="spellStart"/>
      <w:r w:rsidR="009479D5" w:rsidRPr="000C7039">
        <w:rPr>
          <w:rFonts w:ascii="Times New Roman" w:hAnsi="Times New Roman" w:cs="Times New Roman"/>
          <w:sz w:val="28"/>
          <w:szCs w:val="28"/>
          <w:lang w:val="ru-RU"/>
        </w:rPr>
        <w:t>пшениці</w:t>
      </w:r>
      <w:proofErr w:type="spellEnd"/>
    </w:p>
    <w:p w14:paraId="7A2F9C06" w14:textId="77777777" w:rsidR="007D0D5E" w:rsidRPr="007D0D5E" w:rsidRDefault="007D0D5E" w:rsidP="007D0D5E">
      <w:pPr>
        <w:pStyle w:val="aff2"/>
        <w:jc w:val="center"/>
        <w:rPr>
          <w:rFonts w:ascii="Times New Roman" w:hAnsi="Times New Roman" w:cs="Times New Roman"/>
          <w:b/>
          <w:bCs/>
          <w:sz w:val="28"/>
          <w:szCs w:val="28"/>
          <w:lang w:val="ru-RU"/>
        </w:rPr>
      </w:pPr>
      <w:r w:rsidRPr="007D0D5E">
        <w:rPr>
          <w:rFonts w:ascii="Times New Roman" w:hAnsi="Times New Roman" w:cs="Times New Roman"/>
          <w:b/>
          <w:bCs/>
          <w:sz w:val="28"/>
          <w:szCs w:val="28"/>
          <w:lang w:val="ru-RU"/>
        </w:rPr>
        <w:t>СПИСОК ВИКОРИСТАНОЇ ЛІТЕРАТУРИ:</w:t>
      </w:r>
    </w:p>
    <w:p w14:paraId="0F819C33" w14:textId="77777777" w:rsidR="003A06E5" w:rsidRPr="009479D5" w:rsidRDefault="003A06E5" w:rsidP="009479D5">
      <w:pPr>
        <w:widowControl w:val="0"/>
        <w:tabs>
          <w:tab w:val="left" w:pos="284"/>
        </w:tabs>
        <w:autoSpaceDE w:val="0"/>
        <w:autoSpaceDN w:val="0"/>
        <w:spacing w:after="0" w:line="360" w:lineRule="auto"/>
        <w:contextualSpacing/>
        <w:jc w:val="both"/>
        <w:rPr>
          <w:rFonts w:ascii="Times New Roman" w:hAnsi="Times New Roman" w:cs="Times New Roman"/>
          <w:sz w:val="28"/>
          <w:szCs w:val="28"/>
          <w:lang w:val="uk-UA" w:eastAsia="uk-UA" w:bidi="uk-UA"/>
        </w:rPr>
      </w:pPr>
      <w:r w:rsidRPr="009479D5">
        <w:rPr>
          <w:rFonts w:ascii="Times New Roman" w:hAnsi="Times New Roman" w:cs="Times New Roman"/>
          <w:sz w:val="28"/>
          <w:szCs w:val="28"/>
          <w:lang w:val="uk-UA"/>
        </w:rPr>
        <w:t xml:space="preserve">1. </w:t>
      </w:r>
      <w:proofErr w:type="spellStart"/>
      <w:r w:rsidRPr="009479D5">
        <w:rPr>
          <w:rFonts w:ascii="Times New Roman" w:hAnsi="Times New Roman" w:cs="Times New Roman"/>
          <w:sz w:val="28"/>
          <w:szCs w:val="28"/>
          <w:lang w:val="uk-UA"/>
        </w:rPr>
        <w:t>Кіріакіді</w:t>
      </w:r>
      <w:proofErr w:type="spellEnd"/>
      <w:r w:rsidRPr="009479D5">
        <w:rPr>
          <w:rFonts w:ascii="Times New Roman" w:hAnsi="Times New Roman" w:cs="Times New Roman"/>
          <w:sz w:val="28"/>
          <w:szCs w:val="28"/>
          <w:lang w:val="uk-UA"/>
        </w:rPr>
        <w:t xml:space="preserve"> К.М. Вплив комплексного препарату </w:t>
      </w:r>
      <w:r w:rsidR="00381E41">
        <w:rPr>
          <w:rFonts w:ascii="Times New Roman" w:hAnsi="Times New Roman" w:cs="Times New Roman"/>
          <w:sz w:val="28"/>
          <w:szCs w:val="28"/>
          <w:lang w:val="uk-UA"/>
        </w:rPr>
        <w:t>«</w:t>
      </w:r>
      <w:proofErr w:type="spellStart"/>
      <w:r w:rsidRPr="009479D5">
        <w:rPr>
          <w:rFonts w:ascii="Times New Roman" w:hAnsi="Times New Roman" w:cs="Times New Roman"/>
          <w:sz w:val="28"/>
          <w:szCs w:val="28"/>
          <w:lang w:val="uk-UA"/>
        </w:rPr>
        <w:t>Азогран</w:t>
      </w:r>
      <w:proofErr w:type="spellEnd"/>
      <w:r w:rsidR="00381E41">
        <w:rPr>
          <w:rFonts w:ascii="Times New Roman" w:hAnsi="Times New Roman" w:cs="Times New Roman"/>
          <w:sz w:val="28"/>
          <w:szCs w:val="28"/>
          <w:lang w:val="uk-UA"/>
        </w:rPr>
        <w:t>»</w:t>
      </w:r>
      <w:r w:rsidRPr="009479D5">
        <w:rPr>
          <w:rFonts w:ascii="Times New Roman" w:hAnsi="Times New Roman" w:cs="Times New Roman"/>
          <w:sz w:val="28"/>
          <w:szCs w:val="28"/>
          <w:lang w:val="uk-UA"/>
        </w:rPr>
        <w:t xml:space="preserve"> на урожайність озимої пшениці та еколого-трофічні групи у ризосфері.</w:t>
      </w:r>
      <w:r w:rsidRPr="009479D5">
        <w:rPr>
          <w:rFonts w:ascii="Times New Roman" w:hAnsi="Times New Roman" w:cs="Times New Roman"/>
          <w:sz w:val="28"/>
          <w:szCs w:val="28"/>
          <w:lang w:val="uk-UA" w:eastAsia="uk-UA" w:bidi="uk-UA"/>
        </w:rPr>
        <w:t xml:space="preserve"> /</w:t>
      </w:r>
      <w:r w:rsidRPr="00615ED0">
        <w:rPr>
          <w:rFonts w:ascii="Times New Roman" w:hAnsi="Times New Roman" w:cs="Times New Roman"/>
          <w:i/>
          <w:iCs/>
          <w:sz w:val="28"/>
          <w:szCs w:val="28"/>
        </w:rPr>
        <w:t>Sectoral</w:t>
      </w:r>
      <w:r w:rsidRPr="00615ED0">
        <w:rPr>
          <w:rFonts w:ascii="Times New Roman" w:hAnsi="Times New Roman" w:cs="Times New Roman"/>
          <w:i/>
          <w:iCs/>
          <w:sz w:val="28"/>
          <w:szCs w:val="28"/>
          <w:lang w:val="uk-UA"/>
        </w:rPr>
        <w:t xml:space="preserve"> </w:t>
      </w:r>
      <w:r w:rsidRPr="00615ED0">
        <w:rPr>
          <w:rFonts w:ascii="Times New Roman" w:hAnsi="Times New Roman" w:cs="Times New Roman"/>
          <w:i/>
          <w:iCs/>
          <w:sz w:val="28"/>
          <w:szCs w:val="28"/>
        </w:rPr>
        <w:t>research</w:t>
      </w:r>
      <w:r w:rsidRPr="00615ED0">
        <w:rPr>
          <w:rFonts w:ascii="Times New Roman" w:hAnsi="Times New Roman" w:cs="Times New Roman"/>
          <w:i/>
          <w:iCs/>
          <w:sz w:val="28"/>
          <w:szCs w:val="28"/>
          <w:lang w:val="uk-UA"/>
        </w:rPr>
        <w:t xml:space="preserve"> </w:t>
      </w:r>
      <w:r w:rsidRPr="00615ED0">
        <w:rPr>
          <w:rFonts w:ascii="Times New Roman" w:hAnsi="Times New Roman" w:cs="Times New Roman"/>
          <w:i/>
          <w:iCs/>
          <w:sz w:val="28"/>
          <w:szCs w:val="28"/>
        </w:rPr>
        <w:t>XXI</w:t>
      </w:r>
      <w:r w:rsidRPr="00615ED0">
        <w:rPr>
          <w:rFonts w:ascii="Times New Roman" w:hAnsi="Times New Roman" w:cs="Times New Roman"/>
          <w:i/>
          <w:iCs/>
          <w:sz w:val="28"/>
          <w:szCs w:val="28"/>
          <w:lang w:val="uk-UA"/>
        </w:rPr>
        <w:t xml:space="preserve">: </w:t>
      </w:r>
      <w:r w:rsidRPr="00615ED0">
        <w:rPr>
          <w:rFonts w:ascii="Times New Roman" w:hAnsi="Times New Roman" w:cs="Times New Roman"/>
          <w:i/>
          <w:iCs/>
          <w:sz w:val="28"/>
          <w:szCs w:val="28"/>
        </w:rPr>
        <w:t>characteristics</w:t>
      </w:r>
      <w:r w:rsidRPr="00615ED0">
        <w:rPr>
          <w:rFonts w:ascii="Times New Roman" w:hAnsi="Times New Roman" w:cs="Times New Roman"/>
          <w:i/>
          <w:iCs/>
          <w:sz w:val="28"/>
          <w:szCs w:val="28"/>
          <w:lang w:val="uk-UA"/>
        </w:rPr>
        <w:t xml:space="preserve"> </w:t>
      </w:r>
      <w:r w:rsidRPr="00615ED0">
        <w:rPr>
          <w:rFonts w:ascii="Times New Roman" w:hAnsi="Times New Roman" w:cs="Times New Roman"/>
          <w:i/>
          <w:iCs/>
          <w:sz w:val="28"/>
          <w:szCs w:val="28"/>
        </w:rPr>
        <w:t>and</w:t>
      </w:r>
      <w:r w:rsidRPr="00615ED0">
        <w:rPr>
          <w:rFonts w:ascii="Times New Roman" w:hAnsi="Times New Roman" w:cs="Times New Roman"/>
          <w:i/>
          <w:iCs/>
          <w:sz w:val="28"/>
          <w:szCs w:val="28"/>
          <w:lang w:val="uk-UA"/>
        </w:rPr>
        <w:t xml:space="preserve"> </w:t>
      </w:r>
      <w:r w:rsidRPr="00615ED0">
        <w:rPr>
          <w:rFonts w:ascii="Times New Roman" w:hAnsi="Times New Roman" w:cs="Times New Roman"/>
          <w:i/>
          <w:iCs/>
          <w:sz w:val="28"/>
          <w:szCs w:val="28"/>
        </w:rPr>
        <w:t>features</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collection</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of</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scientific</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papers</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SCIENTIA</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with</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Proceedings</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of</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the</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III</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International</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Scientific</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and</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Theoretical</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Conference</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Chicago</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USA</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European</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Scientific</w:t>
      </w:r>
      <w:r w:rsidRPr="009479D5">
        <w:rPr>
          <w:rFonts w:ascii="Times New Roman" w:hAnsi="Times New Roman" w:cs="Times New Roman"/>
          <w:sz w:val="28"/>
          <w:szCs w:val="28"/>
          <w:lang w:val="uk-UA"/>
        </w:rPr>
        <w:t xml:space="preserve"> </w:t>
      </w:r>
      <w:r w:rsidRPr="009479D5">
        <w:rPr>
          <w:rFonts w:ascii="Times New Roman" w:hAnsi="Times New Roman" w:cs="Times New Roman"/>
          <w:sz w:val="28"/>
          <w:szCs w:val="28"/>
        </w:rPr>
        <w:t>Platform</w:t>
      </w:r>
      <w:r w:rsidR="00615ED0">
        <w:rPr>
          <w:rFonts w:ascii="Times New Roman" w:hAnsi="Times New Roman" w:cs="Times New Roman"/>
          <w:sz w:val="28"/>
          <w:szCs w:val="28"/>
          <w:lang w:val="uk-UA"/>
        </w:rPr>
        <w:t xml:space="preserve">, 2022. </w:t>
      </w:r>
      <w:r w:rsidR="00615ED0" w:rsidRPr="009479D5">
        <w:rPr>
          <w:rFonts w:ascii="Times New Roman" w:hAnsi="Times New Roman" w:cs="Times New Roman"/>
          <w:sz w:val="28"/>
          <w:szCs w:val="28"/>
        </w:rPr>
        <w:t>Vol</w:t>
      </w:r>
      <w:r w:rsidR="00615ED0" w:rsidRPr="009479D5">
        <w:rPr>
          <w:rFonts w:ascii="Times New Roman" w:hAnsi="Times New Roman" w:cs="Times New Roman"/>
          <w:sz w:val="28"/>
          <w:szCs w:val="28"/>
          <w:lang w:val="uk-UA"/>
        </w:rPr>
        <w:t>. 2</w:t>
      </w:r>
      <w:r w:rsidR="00615ED0">
        <w:rPr>
          <w:rFonts w:ascii="Times New Roman" w:hAnsi="Times New Roman" w:cs="Times New Roman"/>
          <w:sz w:val="28"/>
          <w:szCs w:val="28"/>
          <w:lang w:val="uk-UA"/>
        </w:rPr>
        <w:t>.</w:t>
      </w:r>
      <w:r w:rsidRPr="009479D5">
        <w:rPr>
          <w:rFonts w:ascii="Times New Roman" w:hAnsi="Times New Roman" w:cs="Times New Roman"/>
          <w:sz w:val="28"/>
          <w:szCs w:val="28"/>
          <w:lang w:val="uk-UA" w:eastAsia="uk-UA" w:bidi="uk-UA"/>
        </w:rPr>
        <w:t xml:space="preserve"> </w:t>
      </w:r>
      <w:r w:rsidR="00F24398">
        <w:rPr>
          <w:rFonts w:ascii="Times New Roman" w:hAnsi="Times New Roman" w:cs="Times New Roman"/>
          <w:sz w:val="28"/>
          <w:szCs w:val="28"/>
          <w:lang w:val="uk-UA" w:eastAsia="uk-UA" w:bidi="uk-UA"/>
        </w:rPr>
        <w:t>Р</w:t>
      </w:r>
      <w:r w:rsidRPr="009479D5">
        <w:rPr>
          <w:rFonts w:ascii="Times New Roman" w:hAnsi="Times New Roman" w:cs="Times New Roman"/>
          <w:sz w:val="28"/>
          <w:szCs w:val="28"/>
          <w:lang w:val="uk-UA" w:eastAsia="uk-UA" w:bidi="uk-UA"/>
        </w:rPr>
        <w:t>. 31 – 37.</w:t>
      </w:r>
    </w:p>
    <w:p w14:paraId="7A521A7A" w14:textId="77777777" w:rsidR="008016DB" w:rsidRDefault="003A06E5" w:rsidP="008016DB">
      <w:pPr>
        <w:widowControl w:val="0"/>
        <w:tabs>
          <w:tab w:val="left" w:pos="284"/>
        </w:tabs>
        <w:autoSpaceDE w:val="0"/>
        <w:autoSpaceDN w:val="0"/>
        <w:spacing w:after="0" w:line="360" w:lineRule="auto"/>
        <w:jc w:val="both"/>
        <w:rPr>
          <w:rFonts w:ascii="Times New Roman" w:hAnsi="Times New Roman" w:cs="Times New Roman"/>
          <w:sz w:val="28"/>
          <w:szCs w:val="28"/>
          <w:lang w:val="ru-RU" w:eastAsia="uk-UA" w:bidi="uk-UA"/>
        </w:rPr>
      </w:pPr>
      <w:r w:rsidRPr="009479D5">
        <w:rPr>
          <w:rFonts w:ascii="Times New Roman" w:hAnsi="Times New Roman" w:cs="Times New Roman"/>
          <w:sz w:val="28"/>
          <w:szCs w:val="28"/>
          <w:lang w:val="uk-UA" w:eastAsia="uk-UA" w:bidi="uk-UA"/>
        </w:rPr>
        <w:t xml:space="preserve">2. </w:t>
      </w:r>
      <w:proofErr w:type="spellStart"/>
      <w:r w:rsidR="008016DB" w:rsidRPr="008016DB">
        <w:rPr>
          <w:rFonts w:ascii="Times New Roman" w:hAnsi="Times New Roman" w:cs="Times New Roman"/>
          <w:sz w:val="28"/>
          <w:szCs w:val="28"/>
          <w:lang w:val="ru-RU" w:eastAsia="uk-UA" w:bidi="uk-UA"/>
        </w:rPr>
        <w:t>Сільське</w:t>
      </w:r>
      <w:proofErr w:type="spellEnd"/>
      <w:r w:rsidR="008016DB" w:rsidRPr="008016DB">
        <w:rPr>
          <w:rFonts w:ascii="Times New Roman" w:hAnsi="Times New Roman" w:cs="Times New Roman"/>
          <w:sz w:val="28"/>
          <w:szCs w:val="28"/>
          <w:lang w:val="ru-RU" w:eastAsia="uk-UA" w:bidi="uk-UA"/>
        </w:rPr>
        <w:t xml:space="preserve"> </w:t>
      </w:r>
      <w:proofErr w:type="spellStart"/>
      <w:r w:rsidR="008016DB" w:rsidRPr="008016DB">
        <w:rPr>
          <w:rFonts w:ascii="Times New Roman" w:hAnsi="Times New Roman" w:cs="Times New Roman"/>
          <w:sz w:val="28"/>
          <w:szCs w:val="28"/>
          <w:lang w:val="ru-RU" w:eastAsia="uk-UA" w:bidi="uk-UA"/>
        </w:rPr>
        <w:t>господарство</w:t>
      </w:r>
      <w:proofErr w:type="spellEnd"/>
      <w:r w:rsidR="008016DB" w:rsidRPr="008016DB">
        <w:rPr>
          <w:rFonts w:ascii="Times New Roman" w:hAnsi="Times New Roman" w:cs="Times New Roman"/>
          <w:sz w:val="28"/>
          <w:szCs w:val="28"/>
          <w:lang w:val="ru-RU" w:eastAsia="uk-UA" w:bidi="uk-UA"/>
        </w:rPr>
        <w:t xml:space="preserve"> </w:t>
      </w:r>
      <w:proofErr w:type="spellStart"/>
      <w:proofErr w:type="gramStart"/>
      <w:r w:rsidR="008016DB" w:rsidRPr="008016DB">
        <w:rPr>
          <w:rFonts w:ascii="Times New Roman" w:hAnsi="Times New Roman" w:cs="Times New Roman"/>
          <w:sz w:val="28"/>
          <w:szCs w:val="28"/>
          <w:lang w:val="ru-RU" w:eastAsia="uk-UA" w:bidi="uk-UA"/>
        </w:rPr>
        <w:t>України</w:t>
      </w:r>
      <w:proofErr w:type="spellEnd"/>
      <w:r w:rsidR="008016DB" w:rsidRPr="008016DB">
        <w:rPr>
          <w:rFonts w:ascii="Times New Roman" w:hAnsi="Times New Roman" w:cs="Times New Roman"/>
          <w:sz w:val="28"/>
          <w:szCs w:val="28"/>
          <w:lang w:val="ru-RU" w:eastAsia="uk-UA" w:bidi="uk-UA"/>
        </w:rPr>
        <w:t xml:space="preserve"> :</w:t>
      </w:r>
      <w:proofErr w:type="gramEnd"/>
      <w:r w:rsidR="008016DB" w:rsidRPr="008016DB">
        <w:rPr>
          <w:rFonts w:ascii="Times New Roman" w:hAnsi="Times New Roman" w:cs="Times New Roman"/>
          <w:sz w:val="28"/>
          <w:szCs w:val="28"/>
          <w:lang w:val="ru-RU" w:eastAsia="uk-UA" w:bidi="uk-UA"/>
        </w:rPr>
        <w:t xml:space="preserve"> </w:t>
      </w:r>
      <w:proofErr w:type="spellStart"/>
      <w:r w:rsidR="008016DB" w:rsidRPr="008016DB">
        <w:rPr>
          <w:rFonts w:ascii="Times New Roman" w:hAnsi="Times New Roman" w:cs="Times New Roman"/>
          <w:sz w:val="28"/>
          <w:szCs w:val="28"/>
          <w:lang w:val="ru-RU" w:eastAsia="uk-UA" w:bidi="uk-UA"/>
        </w:rPr>
        <w:t>статистичний</w:t>
      </w:r>
      <w:proofErr w:type="spellEnd"/>
      <w:r w:rsidR="008016DB" w:rsidRPr="008016DB">
        <w:rPr>
          <w:rFonts w:ascii="Times New Roman" w:hAnsi="Times New Roman" w:cs="Times New Roman"/>
          <w:sz w:val="28"/>
          <w:szCs w:val="28"/>
          <w:lang w:val="ru-RU" w:eastAsia="uk-UA" w:bidi="uk-UA"/>
        </w:rPr>
        <w:t xml:space="preserve"> </w:t>
      </w:r>
      <w:proofErr w:type="spellStart"/>
      <w:r w:rsidR="008016DB" w:rsidRPr="008016DB">
        <w:rPr>
          <w:rFonts w:ascii="Times New Roman" w:hAnsi="Times New Roman" w:cs="Times New Roman"/>
          <w:sz w:val="28"/>
          <w:szCs w:val="28"/>
          <w:lang w:val="ru-RU" w:eastAsia="uk-UA" w:bidi="uk-UA"/>
        </w:rPr>
        <w:t>збірник</w:t>
      </w:r>
      <w:proofErr w:type="spellEnd"/>
      <w:r w:rsidR="008016DB" w:rsidRPr="008016DB">
        <w:rPr>
          <w:rFonts w:ascii="Times New Roman" w:hAnsi="Times New Roman" w:cs="Times New Roman"/>
          <w:sz w:val="28"/>
          <w:szCs w:val="28"/>
          <w:lang w:val="ru-RU" w:eastAsia="uk-UA" w:bidi="uk-UA"/>
        </w:rPr>
        <w:t xml:space="preserve"> / </w:t>
      </w:r>
      <w:proofErr w:type="spellStart"/>
      <w:r w:rsidR="008016DB" w:rsidRPr="008016DB">
        <w:rPr>
          <w:rFonts w:ascii="Times New Roman" w:hAnsi="Times New Roman" w:cs="Times New Roman"/>
          <w:sz w:val="28"/>
          <w:szCs w:val="28"/>
          <w:lang w:val="ru-RU" w:eastAsia="uk-UA" w:bidi="uk-UA"/>
        </w:rPr>
        <w:t>відповідальний</w:t>
      </w:r>
      <w:proofErr w:type="spellEnd"/>
      <w:r w:rsidR="008016DB" w:rsidRPr="008016DB">
        <w:rPr>
          <w:rFonts w:ascii="Times New Roman" w:hAnsi="Times New Roman" w:cs="Times New Roman"/>
          <w:sz w:val="28"/>
          <w:szCs w:val="28"/>
          <w:lang w:val="ru-RU" w:eastAsia="uk-UA" w:bidi="uk-UA"/>
        </w:rPr>
        <w:t xml:space="preserve"> за </w:t>
      </w:r>
      <w:proofErr w:type="spellStart"/>
      <w:r w:rsidR="008016DB" w:rsidRPr="008016DB">
        <w:rPr>
          <w:rFonts w:ascii="Times New Roman" w:hAnsi="Times New Roman" w:cs="Times New Roman"/>
          <w:sz w:val="28"/>
          <w:szCs w:val="28"/>
          <w:lang w:val="ru-RU" w:eastAsia="uk-UA" w:bidi="uk-UA"/>
        </w:rPr>
        <w:t>випуск</w:t>
      </w:r>
      <w:proofErr w:type="spellEnd"/>
      <w:r w:rsidR="008016DB" w:rsidRPr="008016DB">
        <w:rPr>
          <w:rFonts w:ascii="Times New Roman" w:hAnsi="Times New Roman" w:cs="Times New Roman"/>
          <w:sz w:val="28"/>
          <w:szCs w:val="28"/>
          <w:lang w:val="ru-RU" w:eastAsia="uk-UA" w:bidi="uk-UA"/>
        </w:rPr>
        <w:t xml:space="preserve"> Олег Прокопенко. 2021. </w:t>
      </w:r>
      <w:r w:rsidR="008016DB" w:rsidRPr="008016DB">
        <w:rPr>
          <w:rFonts w:ascii="Times New Roman" w:hAnsi="Times New Roman" w:cs="Times New Roman"/>
          <w:sz w:val="28"/>
          <w:szCs w:val="28"/>
          <w:lang w:eastAsia="uk-UA" w:bidi="uk-UA"/>
        </w:rPr>
        <w:t>URL</w:t>
      </w:r>
      <w:r w:rsidR="008016DB" w:rsidRPr="008016DB">
        <w:rPr>
          <w:rFonts w:ascii="Times New Roman" w:hAnsi="Times New Roman" w:cs="Times New Roman"/>
          <w:sz w:val="28"/>
          <w:szCs w:val="28"/>
          <w:lang w:val="ru-RU" w:eastAsia="uk-UA" w:bidi="uk-UA"/>
        </w:rPr>
        <w:t xml:space="preserve">: </w:t>
      </w:r>
      <w:hyperlink r:id="rId5" w:tgtFrame="_new" w:history="1">
        <w:r w:rsidR="008016DB" w:rsidRPr="008016DB">
          <w:rPr>
            <w:rStyle w:val="aff1"/>
            <w:rFonts w:ascii="Times New Roman" w:hAnsi="Times New Roman"/>
            <w:sz w:val="28"/>
            <w:szCs w:val="28"/>
            <w:lang w:eastAsia="uk-UA" w:bidi="uk-UA"/>
          </w:rPr>
          <w:t>https</w:t>
        </w:r>
        <w:r w:rsidR="008016DB" w:rsidRPr="008016DB">
          <w:rPr>
            <w:rStyle w:val="aff1"/>
            <w:rFonts w:ascii="Times New Roman" w:hAnsi="Times New Roman"/>
            <w:sz w:val="28"/>
            <w:szCs w:val="28"/>
            <w:lang w:val="ru-RU" w:eastAsia="uk-UA" w:bidi="uk-UA"/>
          </w:rPr>
          <w:t>://</w:t>
        </w:r>
        <w:r w:rsidR="008016DB" w:rsidRPr="008016DB">
          <w:rPr>
            <w:rStyle w:val="aff1"/>
            <w:rFonts w:ascii="Times New Roman" w:hAnsi="Times New Roman"/>
            <w:sz w:val="28"/>
            <w:szCs w:val="28"/>
            <w:lang w:eastAsia="uk-UA" w:bidi="uk-UA"/>
          </w:rPr>
          <w:t>www</w:t>
        </w:r>
        <w:r w:rsidR="008016DB" w:rsidRPr="008016DB">
          <w:rPr>
            <w:rStyle w:val="aff1"/>
            <w:rFonts w:ascii="Times New Roman" w:hAnsi="Times New Roman"/>
            <w:sz w:val="28"/>
            <w:szCs w:val="28"/>
            <w:lang w:val="ru-RU" w:eastAsia="uk-UA" w:bidi="uk-UA"/>
          </w:rPr>
          <w:t>.</w:t>
        </w:r>
        <w:proofErr w:type="spellStart"/>
        <w:r w:rsidR="008016DB" w:rsidRPr="008016DB">
          <w:rPr>
            <w:rStyle w:val="aff1"/>
            <w:rFonts w:ascii="Times New Roman" w:hAnsi="Times New Roman"/>
            <w:sz w:val="28"/>
            <w:szCs w:val="28"/>
            <w:lang w:eastAsia="uk-UA" w:bidi="uk-UA"/>
          </w:rPr>
          <w:t>ukrstat</w:t>
        </w:r>
        <w:proofErr w:type="spellEnd"/>
        <w:r w:rsidR="008016DB" w:rsidRPr="008016DB">
          <w:rPr>
            <w:rStyle w:val="aff1"/>
            <w:rFonts w:ascii="Times New Roman" w:hAnsi="Times New Roman"/>
            <w:sz w:val="28"/>
            <w:szCs w:val="28"/>
            <w:lang w:val="ru-RU" w:eastAsia="uk-UA" w:bidi="uk-UA"/>
          </w:rPr>
          <w:t>.</w:t>
        </w:r>
        <w:r w:rsidR="008016DB" w:rsidRPr="008016DB">
          <w:rPr>
            <w:rStyle w:val="aff1"/>
            <w:rFonts w:ascii="Times New Roman" w:hAnsi="Times New Roman"/>
            <w:sz w:val="28"/>
            <w:szCs w:val="28"/>
            <w:lang w:eastAsia="uk-UA" w:bidi="uk-UA"/>
          </w:rPr>
          <w:t>gov</w:t>
        </w:r>
        <w:r w:rsidR="008016DB" w:rsidRPr="008016DB">
          <w:rPr>
            <w:rStyle w:val="aff1"/>
            <w:rFonts w:ascii="Times New Roman" w:hAnsi="Times New Roman"/>
            <w:sz w:val="28"/>
            <w:szCs w:val="28"/>
            <w:lang w:val="ru-RU" w:eastAsia="uk-UA" w:bidi="uk-UA"/>
          </w:rPr>
          <w:t>.</w:t>
        </w:r>
        <w:proofErr w:type="spellStart"/>
        <w:r w:rsidR="008016DB" w:rsidRPr="008016DB">
          <w:rPr>
            <w:rStyle w:val="aff1"/>
            <w:rFonts w:ascii="Times New Roman" w:hAnsi="Times New Roman"/>
            <w:sz w:val="28"/>
            <w:szCs w:val="28"/>
            <w:lang w:eastAsia="uk-UA" w:bidi="uk-UA"/>
          </w:rPr>
          <w:t>ua</w:t>
        </w:r>
        <w:proofErr w:type="spellEnd"/>
        <w:r w:rsidR="008016DB" w:rsidRPr="008016DB">
          <w:rPr>
            <w:rStyle w:val="aff1"/>
            <w:rFonts w:ascii="Times New Roman" w:hAnsi="Times New Roman"/>
            <w:sz w:val="28"/>
            <w:szCs w:val="28"/>
            <w:lang w:val="ru-RU" w:eastAsia="uk-UA" w:bidi="uk-UA"/>
          </w:rPr>
          <w:t>/</w:t>
        </w:r>
        <w:proofErr w:type="spellStart"/>
        <w:r w:rsidR="008016DB" w:rsidRPr="008016DB">
          <w:rPr>
            <w:rStyle w:val="aff1"/>
            <w:rFonts w:ascii="Times New Roman" w:hAnsi="Times New Roman"/>
            <w:sz w:val="28"/>
            <w:szCs w:val="28"/>
            <w:lang w:eastAsia="uk-UA" w:bidi="uk-UA"/>
          </w:rPr>
          <w:t>druk</w:t>
        </w:r>
        <w:proofErr w:type="spellEnd"/>
        <w:r w:rsidR="008016DB" w:rsidRPr="008016DB">
          <w:rPr>
            <w:rStyle w:val="aff1"/>
            <w:rFonts w:ascii="Times New Roman" w:hAnsi="Times New Roman"/>
            <w:sz w:val="28"/>
            <w:szCs w:val="28"/>
            <w:lang w:val="ru-RU" w:eastAsia="uk-UA" w:bidi="uk-UA"/>
          </w:rPr>
          <w:t>/</w:t>
        </w:r>
        <w:proofErr w:type="spellStart"/>
        <w:r w:rsidR="008016DB" w:rsidRPr="008016DB">
          <w:rPr>
            <w:rStyle w:val="aff1"/>
            <w:rFonts w:ascii="Times New Roman" w:hAnsi="Times New Roman"/>
            <w:sz w:val="28"/>
            <w:szCs w:val="28"/>
            <w:lang w:eastAsia="uk-UA" w:bidi="uk-UA"/>
          </w:rPr>
          <w:t>publicat</w:t>
        </w:r>
        <w:proofErr w:type="spellEnd"/>
        <w:r w:rsidR="008016DB" w:rsidRPr="008016DB">
          <w:rPr>
            <w:rStyle w:val="aff1"/>
            <w:rFonts w:ascii="Times New Roman" w:hAnsi="Times New Roman"/>
            <w:sz w:val="28"/>
            <w:szCs w:val="28"/>
            <w:lang w:val="ru-RU" w:eastAsia="uk-UA" w:bidi="uk-UA"/>
          </w:rPr>
          <w:t>/</w:t>
        </w:r>
        <w:proofErr w:type="spellStart"/>
        <w:r w:rsidR="008016DB" w:rsidRPr="008016DB">
          <w:rPr>
            <w:rStyle w:val="aff1"/>
            <w:rFonts w:ascii="Times New Roman" w:hAnsi="Times New Roman"/>
            <w:sz w:val="28"/>
            <w:szCs w:val="28"/>
            <w:lang w:eastAsia="uk-UA" w:bidi="uk-UA"/>
          </w:rPr>
          <w:t>Arhiv</w:t>
        </w:r>
        <w:proofErr w:type="spellEnd"/>
        <w:r w:rsidR="008016DB" w:rsidRPr="008016DB">
          <w:rPr>
            <w:rStyle w:val="aff1"/>
            <w:rFonts w:ascii="Times New Roman" w:hAnsi="Times New Roman"/>
            <w:sz w:val="28"/>
            <w:szCs w:val="28"/>
            <w:lang w:val="ru-RU" w:eastAsia="uk-UA" w:bidi="uk-UA"/>
          </w:rPr>
          <w:t>_</w:t>
        </w:r>
        <w:r w:rsidR="008016DB" w:rsidRPr="008016DB">
          <w:rPr>
            <w:rStyle w:val="aff1"/>
            <w:rFonts w:ascii="Times New Roman" w:hAnsi="Times New Roman"/>
            <w:sz w:val="28"/>
            <w:szCs w:val="28"/>
            <w:lang w:eastAsia="uk-UA" w:bidi="uk-UA"/>
          </w:rPr>
          <w:t>u</w:t>
        </w:r>
        <w:r w:rsidR="008016DB" w:rsidRPr="008016DB">
          <w:rPr>
            <w:rStyle w:val="aff1"/>
            <w:rFonts w:ascii="Times New Roman" w:hAnsi="Times New Roman"/>
            <w:sz w:val="28"/>
            <w:szCs w:val="28"/>
            <w:lang w:val="ru-RU" w:eastAsia="uk-UA" w:bidi="uk-UA"/>
          </w:rPr>
          <w:t>/07/</w:t>
        </w:r>
        <w:r w:rsidR="008016DB" w:rsidRPr="008016DB">
          <w:rPr>
            <w:rStyle w:val="aff1"/>
            <w:rFonts w:ascii="Times New Roman" w:hAnsi="Times New Roman"/>
            <w:sz w:val="28"/>
            <w:szCs w:val="28"/>
            <w:lang w:eastAsia="uk-UA" w:bidi="uk-UA"/>
          </w:rPr>
          <w:t>Arch</w:t>
        </w:r>
        <w:r w:rsidR="008016DB" w:rsidRPr="008016DB">
          <w:rPr>
            <w:rStyle w:val="aff1"/>
            <w:rFonts w:ascii="Times New Roman" w:hAnsi="Times New Roman"/>
            <w:sz w:val="28"/>
            <w:szCs w:val="28"/>
            <w:lang w:val="ru-RU" w:eastAsia="uk-UA" w:bidi="uk-UA"/>
          </w:rPr>
          <w:t>_</w:t>
        </w:r>
        <w:r w:rsidR="008016DB" w:rsidRPr="008016DB">
          <w:rPr>
            <w:rStyle w:val="aff1"/>
            <w:rFonts w:ascii="Times New Roman" w:hAnsi="Times New Roman"/>
            <w:sz w:val="28"/>
            <w:szCs w:val="28"/>
            <w:lang w:eastAsia="uk-UA" w:bidi="uk-UA"/>
          </w:rPr>
          <w:t>sg</w:t>
        </w:r>
        <w:r w:rsidR="008016DB" w:rsidRPr="008016DB">
          <w:rPr>
            <w:rStyle w:val="aff1"/>
            <w:rFonts w:ascii="Times New Roman" w:hAnsi="Times New Roman"/>
            <w:sz w:val="28"/>
            <w:szCs w:val="28"/>
            <w:lang w:val="ru-RU" w:eastAsia="uk-UA" w:bidi="uk-UA"/>
          </w:rPr>
          <w:t>_</w:t>
        </w:r>
        <w:proofErr w:type="spellStart"/>
        <w:r w:rsidR="008016DB" w:rsidRPr="008016DB">
          <w:rPr>
            <w:rStyle w:val="aff1"/>
            <w:rFonts w:ascii="Times New Roman" w:hAnsi="Times New Roman"/>
            <w:sz w:val="28"/>
            <w:szCs w:val="28"/>
            <w:lang w:eastAsia="uk-UA" w:bidi="uk-UA"/>
          </w:rPr>
          <w:t>zb</w:t>
        </w:r>
        <w:proofErr w:type="spellEnd"/>
        <w:r w:rsidR="008016DB" w:rsidRPr="008016DB">
          <w:rPr>
            <w:rStyle w:val="aff1"/>
            <w:rFonts w:ascii="Times New Roman" w:hAnsi="Times New Roman"/>
            <w:sz w:val="28"/>
            <w:szCs w:val="28"/>
            <w:lang w:val="ru-RU" w:eastAsia="uk-UA" w:bidi="uk-UA"/>
          </w:rPr>
          <w:t>.</w:t>
        </w:r>
        <w:proofErr w:type="spellStart"/>
        <w:r w:rsidR="008016DB" w:rsidRPr="008016DB">
          <w:rPr>
            <w:rStyle w:val="aff1"/>
            <w:rFonts w:ascii="Times New Roman" w:hAnsi="Times New Roman"/>
            <w:sz w:val="28"/>
            <w:szCs w:val="28"/>
            <w:lang w:eastAsia="uk-UA" w:bidi="uk-UA"/>
          </w:rPr>
          <w:t>htm</w:t>
        </w:r>
        <w:proofErr w:type="spellEnd"/>
      </w:hyperlink>
      <w:r w:rsidR="008016DB" w:rsidRPr="008016DB">
        <w:rPr>
          <w:rFonts w:ascii="Times New Roman" w:hAnsi="Times New Roman" w:cs="Times New Roman"/>
          <w:sz w:val="28"/>
          <w:szCs w:val="28"/>
          <w:lang w:val="ru-RU" w:eastAsia="uk-UA" w:bidi="uk-UA"/>
        </w:rPr>
        <w:t xml:space="preserve"> (дата </w:t>
      </w:r>
      <w:proofErr w:type="spellStart"/>
      <w:r w:rsidR="008016DB" w:rsidRPr="008016DB">
        <w:rPr>
          <w:rFonts w:ascii="Times New Roman" w:hAnsi="Times New Roman" w:cs="Times New Roman"/>
          <w:sz w:val="28"/>
          <w:szCs w:val="28"/>
          <w:lang w:val="ru-RU" w:eastAsia="uk-UA" w:bidi="uk-UA"/>
        </w:rPr>
        <w:t>звернення</w:t>
      </w:r>
      <w:proofErr w:type="spellEnd"/>
      <w:r w:rsidR="008016DB" w:rsidRPr="008016DB">
        <w:rPr>
          <w:rFonts w:ascii="Times New Roman" w:hAnsi="Times New Roman" w:cs="Times New Roman"/>
          <w:sz w:val="28"/>
          <w:szCs w:val="28"/>
          <w:lang w:val="ru-RU" w:eastAsia="uk-UA" w:bidi="uk-UA"/>
        </w:rPr>
        <w:t>: 27.0</w:t>
      </w:r>
      <w:r w:rsidR="00892EF7">
        <w:rPr>
          <w:rFonts w:ascii="Times New Roman" w:hAnsi="Times New Roman" w:cs="Times New Roman"/>
          <w:sz w:val="28"/>
          <w:szCs w:val="28"/>
          <w:lang w:val="ru-RU" w:eastAsia="uk-UA" w:bidi="uk-UA"/>
        </w:rPr>
        <w:t>3</w:t>
      </w:r>
      <w:r w:rsidR="008016DB" w:rsidRPr="008016DB">
        <w:rPr>
          <w:rFonts w:ascii="Times New Roman" w:hAnsi="Times New Roman" w:cs="Times New Roman"/>
          <w:sz w:val="28"/>
          <w:szCs w:val="28"/>
          <w:lang w:val="ru-RU" w:eastAsia="uk-UA" w:bidi="uk-UA"/>
        </w:rPr>
        <w:t>.2025).</w:t>
      </w:r>
    </w:p>
    <w:p w14:paraId="3ACEC53D" w14:textId="77777777" w:rsidR="008016DB" w:rsidRDefault="00F56A2F" w:rsidP="008016DB">
      <w:pPr>
        <w:widowControl w:val="0"/>
        <w:tabs>
          <w:tab w:val="left" w:pos="284"/>
        </w:tabs>
        <w:autoSpaceDE w:val="0"/>
        <w:autoSpaceDN w:val="0"/>
        <w:spacing w:after="0" w:line="360" w:lineRule="auto"/>
        <w:jc w:val="both"/>
        <w:rPr>
          <w:rFonts w:ascii="Times New Roman" w:hAnsi="Times New Roman"/>
          <w:sz w:val="28"/>
          <w:szCs w:val="28"/>
          <w:lang w:val="uk-UA"/>
        </w:rPr>
      </w:pPr>
      <w:r>
        <w:rPr>
          <w:rFonts w:ascii="Times New Roman" w:hAnsi="Times New Roman"/>
          <w:sz w:val="28"/>
          <w:szCs w:val="28"/>
          <w:lang w:val="uk-UA" w:eastAsia="ru-RU"/>
        </w:rPr>
        <w:t>3.</w:t>
      </w:r>
      <w:r w:rsidRPr="006E69F3">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Домарацький</w:t>
      </w:r>
      <w:proofErr w:type="spellEnd"/>
      <w:r w:rsidR="008016DB" w:rsidRPr="008016DB">
        <w:rPr>
          <w:rFonts w:ascii="Times New Roman" w:hAnsi="Times New Roman"/>
          <w:sz w:val="28"/>
          <w:szCs w:val="28"/>
          <w:lang w:val="ru-RU"/>
        </w:rPr>
        <w:t xml:space="preserve"> Є. О. </w:t>
      </w:r>
      <w:proofErr w:type="spellStart"/>
      <w:r w:rsidR="008016DB" w:rsidRPr="008016DB">
        <w:rPr>
          <w:rFonts w:ascii="Times New Roman" w:hAnsi="Times New Roman"/>
          <w:sz w:val="28"/>
          <w:szCs w:val="28"/>
          <w:lang w:val="ru-RU"/>
        </w:rPr>
        <w:t>Адаптація</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агротехніки</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вирощування</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основних</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сільськогосподарських</w:t>
      </w:r>
      <w:proofErr w:type="spellEnd"/>
      <w:r w:rsidR="008016DB" w:rsidRPr="008016DB">
        <w:rPr>
          <w:rFonts w:ascii="Times New Roman" w:hAnsi="Times New Roman"/>
          <w:sz w:val="28"/>
          <w:szCs w:val="28"/>
          <w:lang w:val="ru-RU"/>
        </w:rPr>
        <w:t xml:space="preserve"> культур до </w:t>
      </w:r>
      <w:proofErr w:type="spellStart"/>
      <w:r w:rsidR="008016DB" w:rsidRPr="008016DB">
        <w:rPr>
          <w:rFonts w:ascii="Times New Roman" w:hAnsi="Times New Roman"/>
          <w:sz w:val="28"/>
          <w:szCs w:val="28"/>
          <w:lang w:val="ru-RU"/>
        </w:rPr>
        <w:t>змін</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кліматичних</w:t>
      </w:r>
      <w:proofErr w:type="spellEnd"/>
      <w:r w:rsidR="008016DB" w:rsidRPr="008016DB">
        <w:rPr>
          <w:rFonts w:ascii="Times New Roman" w:hAnsi="Times New Roman"/>
          <w:sz w:val="28"/>
          <w:szCs w:val="28"/>
          <w:lang w:val="ru-RU"/>
        </w:rPr>
        <w:t xml:space="preserve"> умов </w:t>
      </w:r>
      <w:proofErr w:type="spellStart"/>
      <w:r w:rsidR="008016DB" w:rsidRPr="008016DB">
        <w:rPr>
          <w:rFonts w:ascii="Times New Roman" w:hAnsi="Times New Roman"/>
          <w:sz w:val="28"/>
          <w:szCs w:val="28"/>
          <w:lang w:val="ru-RU"/>
        </w:rPr>
        <w:t>південного</w:t>
      </w:r>
      <w:proofErr w:type="spellEnd"/>
      <w:r w:rsidR="008016DB" w:rsidRPr="008016DB">
        <w:rPr>
          <w:rFonts w:ascii="Times New Roman" w:hAnsi="Times New Roman"/>
          <w:sz w:val="28"/>
          <w:szCs w:val="28"/>
          <w:lang w:val="ru-RU"/>
        </w:rPr>
        <w:t xml:space="preserve"> Степу </w:t>
      </w:r>
      <w:proofErr w:type="spellStart"/>
      <w:r w:rsidR="008016DB" w:rsidRPr="008016DB">
        <w:rPr>
          <w:rFonts w:ascii="Times New Roman" w:hAnsi="Times New Roman"/>
          <w:sz w:val="28"/>
          <w:szCs w:val="28"/>
          <w:lang w:val="ru-RU"/>
        </w:rPr>
        <w:t>України</w:t>
      </w:r>
      <w:proofErr w:type="spellEnd"/>
      <w:r w:rsidR="00892EF7" w:rsidRPr="00892EF7">
        <w:rPr>
          <w:rFonts w:ascii="Times New Roman" w:hAnsi="Times New Roman"/>
          <w:i/>
          <w:iCs/>
          <w:sz w:val="28"/>
          <w:szCs w:val="28"/>
          <w:lang w:val="ru-RU"/>
        </w:rPr>
        <w:t>.</w:t>
      </w:r>
      <w:r w:rsidR="008016DB" w:rsidRPr="00892EF7">
        <w:rPr>
          <w:rFonts w:ascii="Times New Roman" w:hAnsi="Times New Roman"/>
          <w:i/>
          <w:iCs/>
          <w:sz w:val="28"/>
          <w:szCs w:val="28"/>
          <w:lang w:val="ru-RU"/>
        </w:rPr>
        <w:t xml:space="preserve"> Онтогенез, стан, </w:t>
      </w:r>
      <w:proofErr w:type="spellStart"/>
      <w:r w:rsidR="008016DB" w:rsidRPr="00892EF7">
        <w:rPr>
          <w:rFonts w:ascii="Times New Roman" w:hAnsi="Times New Roman"/>
          <w:i/>
          <w:iCs/>
          <w:sz w:val="28"/>
          <w:szCs w:val="28"/>
          <w:lang w:val="ru-RU"/>
        </w:rPr>
        <w:t>проблеми</w:t>
      </w:r>
      <w:proofErr w:type="spellEnd"/>
      <w:r w:rsidR="008016DB" w:rsidRPr="00892EF7">
        <w:rPr>
          <w:rFonts w:ascii="Times New Roman" w:hAnsi="Times New Roman"/>
          <w:i/>
          <w:iCs/>
          <w:sz w:val="28"/>
          <w:szCs w:val="28"/>
          <w:lang w:val="ru-RU"/>
        </w:rPr>
        <w:t xml:space="preserve">, та </w:t>
      </w:r>
      <w:proofErr w:type="spellStart"/>
      <w:r w:rsidR="008016DB" w:rsidRPr="00892EF7">
        <w:rPr>
          <w:rFonts w:ascii="Times New Roman" w:hAnsi="Times New Roman"/>
          <w:i/>
          <w:iCs/>
          <w:sz w:val="28"/>
          <w:szCs w:val="28"/>
          <w:lang w:val="ru-RU"/>
        </w:rPr>
        <w:t>перспективи</w:t>
      </w:r>
      <w:proofErr w:type="spellEnd"/>
      <w:r w:rsidR="008016DB" w:rsidRPr="00892EF7">
        <w:rPr>
          <w:rFonts w:ascii="Times New Roman" w:hAnsi="Times New Roman"/>
          <w:i/>
          <w:iCs/>
          <w:sz w:val="28"/>
          <w:szCs w:val="28"/>
          <w:lang w:val="ru-RU"/>
        </w:rPr>
        <w:t xml:space="preserve"> </w:t>
      </w:r>
      <w:proofErr w:type="spellStart"/>
      <w:r w:rsidR="008016DB" w:rsidRPr="00892EF7">
        <w:rPr>
          <w:rFonts w:ascii="Times New Roman" w:hAnsi="Times New Roman"/>
          <w:i/>
          <w:iCs/>
          <w:sz w:val="28"/>
          <w:szCs w:val="28"/>
          <w:lang w:val="ru-RU"/>
        </w:rPr>
        <w:t>вивчення</w:t>
      </w:r>
      <w:proofErr w:type="spellEnd"/>
      <w:r w:rsidR="008016DB" w:rsidRPr="00892EF7">
        <w:rPr>
          <w:rFonts w:ascii="Times New Roman" w:hAnsi="Times New Roman"/>
          <w:i/>
          <w:iCs/>
          <w:sz w:val="28"/>
          <w:szCs w:val="28"/>
          <w:lang w:val="ru-RU"/>
        </w:rPr>
        <w:t xml:space="preserve"> </w:t>
      </w:r>
      <w:proofErr w:type="spellStart"/>
      <w:r w:rsidR="008016DB" w:rsidRPr="00892EF7">
        <w:rPr>
          <w:rFonts w:ascii="Times New Roman" w:hAnsi="Times New Roman"/>
          <w:i/>
          <w:iCs/>
          <w:sz w:val="28"/>
          <w:szCs w:val="28"/>
          <w:lang w:val="ru-RU"/>
        </w:rPr>
        <w:t>рослин</w:t>
      </w:r>
      <w:proofErr w:type="spellEnd"/>
      <w:r w:rsidR="008016DB" w:rsidRPr="00892EF7">
        <w:rPr>
          <w:rFonts w:ascii="Times New Roman" w:hAnsi="Times New Roman"/>
          <w:i/>
          <w:iCs/>
          <w:sz w:val="28"/>
          <w:szCs w:val="28"/>
          <w:lang w:val="ru-RU"/>
        </w:rPr>
        <w:t xml:space="preserve"> в </w:t>
      </w:r>
      <w:proofErr w:type="spellStart"/>
      <w:r w:rsidR="008016DB" w:rsidRPr="00892EF7">
        <w:rPr>
          <w:rFonts w:ascii="Times New Roman" w:hAnsi="Times New Roman"/>
          <w:i/>
          <w:iCs/>
          <w:sz w:val="28"/>
          <w:szCs w:val="28"/>
          <w:lang w:val="ru-RU"/>
        </w:rPr>
        <w:t>культурних</w:t>
      </w:r>
      <w:proofErr w:type="spellEnd"/>
      <w:r w:rsidR="008016DB" w:rsidRPr="00892EF7">
        <w:rPr>
          <w:rFonts w:ascii="Times New Roman" w:hAnsi="Times New Roman"/>
          <w:i/>
          <w:iCs/>
          <w:sz w:val="28"/>
          <w:szCs w:val="28"/>
          <w:lang w:val="ru-RU"/>
        </w:rPr>
        <w:t xml:space="preserve"> та </w:t>
      </w:r>
      <w:proofErr w:type="spellStart"/>
      <w:r w:rsidR="008016DB" w:rsidRPr="00892EF7">
        <w:rPr>
          <w:rFonts w:ascii="Times New Roman" w:hAnsi="Times New Roman"/>
          <w:i/>
          <w:iCs/>
          <w:sz w:val="28"/>
          <w:szCs w:val="28"/>
          <w:lang w:val="ru-RU"/>
        </w:rPr>
        <w:t>природних</w:t>
      </w:r>
      <w:proofErr w:type="spellEnd"/>
      <w:r w:rsidR="008016DB" w:rsidRPr="00892EF7">
        <w:rPr>
          <w:rFonts w:ascii="Times New Roman" w:hAnsi="Times New Roman"/>
          <w:i/>
          <w:iCs/>
          <w:sz w:val="28"/>
          <w:szCs w:val="28"/>
          <w:lang w:val="ru-RU"/>
        </w:rPr>
        <w:t xml:space="preserve"> </w:t>
      </w:r>
      <w:proofErr w:type="gramStart"/>
      <w:r w:rsidR="008016DB" w:rsidRPr="00892EF7">
        <w:rPr>
          <w:rFonts w:ascii="Times New Roman" w:hAnsi="Times New Roman"/>
          <w:i/>
          <w:iCs/>
          <w:sz w:val="28"/>
          <w:szCs w:val="28"/>
          <w:lang w:val="ru-RU"/>
        </w:rPr>
        <w:t>ценозах</w:t>
      </w:r>
      <w:r w:rsidR="008016DB" w:rsidRPr="008016DB">
        <w:rPr>
          <w:rFonts w:ascii="Times New Roman" w:hAnsi="Times New Roman"/>
          <w:sz w:val="28"/>
          <w:szCs w:val="28"/>
          <w:lang w:val="ru-RU"/>
        </w:rPr>
        <w:t xml:space="preserve"> :</w:t>
      </w:r>
      <w:proofErr w:type="gram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матеріали</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міжнар</w:t>
      </w:r>
      <w:proofErr w:type="spellEnd"/>
      <w:r w:rsidR="008016DB" w:rsidRPr="008016DB">
        <w:rPr>
          <w:rFonts w:ascii="Times New Roman" w:hAnsi="Times New Roman"/>
          <w:sz w:val="28"/>
          <w:szCs w:val="28"/>
          <w:lang w:val="ru-RU"/>
        </w:rPr>
        <w:t xml:space="preserve">. наук.-практ. </w:t>
      </w:r>
      <w:proofErr w:type="spellStart"/>
      <w:r w:rsidR="008016DB" w:rsidRPr="008016DB">
        <w:rPr>
          <w:rFonts w:ascii="Times New Roman" w:hAnsi="Times New Roman"/>
          <w:sz w:val="28"/>
          <w:szCs w:val="28"/>
          <w:lang w:val="ru-RU"/>
        </w:rPr>
        <w:t>конф</w:t>
      </w:r>
      <w:proofErr w:type="spellEnd"/>
      <w:r w:rsidR="008016DB" w:rsidRPr="008016DB">
        <w:rPr>
          <w:rFonts w:ascii="Times New Roman" w:hAnsi="Times New Roman"/>
          <w:sz w:val="28"/>
          <w:szCs w:val="28"/>
          <w:lang w:val="ru-RU"/>
        </w:rPr>
        <w:t xml:space="preserve">. </w:t>
      </w:r>
      <w:proofErr w:type="gramStart"/>
      <w:r w:rsidR="008016DB" w:rsidRPr="00892EF7">
        <w:rPr>
          <w:rFonts w:ascii="Times New Roman" w:hAnsi="Times New Roman"/>
          <w:sz w:val="28"/>
          <w:szCs w:val="28"/>
          <w:lang w:val="ru-RU"/>
        </w:rPr>
        <w:t>Херсон :</w:t>
      </w:r>
      <w:proofErr w:type="gramEnd"/>
      <w:r w:rsidR="008016DB" w:rsidRPr="00892EF7">
        <w:rPr>
          <w:rFonts w:ascii="Times New Roman" w:hAnsi="Times New Roman"/>
          <w:sz w:val="28"/>
          <w:szCs w:val="28"/>
          <w:lang w:val="ru-RU"/>
        </w:rPr>
        <w:t xml:space="preserve"> РВЦ «Колос», 2016. С. 14–16.</w:t>
      </w:r>
    </w:p>
    <w:p w14:paraId="29718602" w14:textId="77777777" w:rsidR="00F56A2F" w:rsidRPr="00892EF7" w:rsidRDefault="00F56A2F" w:rsidP="008016DB">
      <w:pPr>
        <w:widowControl w:val="0"/>
        <w:tabs>
          <w:tab w:val="left" w:pos="284"/>
        </w:tabs>
        <w:autoSpaceDE w:val="0"/>
        <w:autoSpaceDN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4. </w:t>
      </w:r>
      <w:r w:rsidR="008016DB" w:rsidRPr="008016DB">
        <w:rPr>
          <w:rFonts w:ascii="Times New Roman" w:hAnsi="Times New Roman"/>
          <w:sz w:val="28"/>
          <w:szCs w:val="28"/>
          <w:lang w:val="ru-RU" w:eastAsia="ru-RU"/>
        </w:rPr>
        <w:t xml:space="preserve">Орел Л. В., Орел І. Л. </w:t>
      </w:r>
      <w:proofErr w:type="spellStart"/>
      <w:r w:rsidR="008016DB" w:rsidRPr="008016DB">
        <w:rPr>
          <w:rFonts w:ascii="Times New Roman" w:hAnsi="Times New Roman"/>
          <w:sz w:val="28"/>
          <w:szCs w:val="28"/>
          <w:lang w:val="ru-RU" w:eastAsia="ru-RU"/>
        </w:rPr>
        <w:t>Гербіциди</w:t>
      </w:r>
      <w:proofErr w:type="spellEnd"/>
      <w:r w:rsidR="008016DB" w:rsidRPr="008016DB">
        <w:rPr>
          <w:rFonts w:ascii="Times New Roman" w:hAnsi="Times New Roman"/>
          <w:sz w:val="28"/>
          <w:szCs w:val="28"/>
          <w:lang w:val="ru-RU" w:eastAsia="ru-RU"/>
        </w:rPr>
        <w:t xml:space="preserve"> – не панацея</w:t>
      </w:r>
      <w:r w:rsidR="00892EF7">
        <w:rPr>
          <w:rFonts w:ascii="Times New Roman" w:hAnsi="Times New Roman"/>
          <w:sz w:val="28"/>
          <w:szCs w:val="28"/>
          <w:lang w:val="ru-RU" w:eastAsia="ru-RU"/>
        </w:rPr>
        <w:t>.</w:t>
      </w:r>
      <w:r w:rsidR="008016DB" w:rsidRPr="008016DB">
        <w:rPr>
          <w:rFonts w:ascii="Times New Roman" w:hAnsi="Times New Roman"/>
          <w:sz w:val="28"/>
          <w:szCs w:val="28"/>
          <w:lang w:val="ru-RU" w:eastAsia="ru-RU"/>
        </w:rPr>
        <w:t xml:space="preserve"> </w:t>
      </w:r>
      <w:proofErr w:type="spellStart"/>
      <w:r w:rsidR="008016DB" w:rsidRPr="00892EF7">
        <w:rPr>
          <w:rFonts w:ascii="Times New Roman" w:hAnsi="Times New Roman"/>
          <w:i/>
          <w:iCs/>
          <w:sz w:val="28"/>
          <w:szCs w:val="28"/>
          <w:lang w:val="ru-RU" w:eastAsia="ru-RU"/>
        </w:rPr>
        <w:t>Захист</w:t>
      </w:r>
      <w:proofErr w:type="spellEnd"/>
      <w:r w:rsidR="008016DB" w:rsidRPr="00892EF7">
        <w:rPr>
          <w:rFonts w:ascii="Times New Roman" w:hAnsi="Times New Roman"/>
          <w:i/>
          <w:iCs/>
          <w:sz w:val="28"/>
          <w:szCs w:val="28"/>
          <w:lang w:val="ru-RU" w:eastAsia="ru-RU"/>
        </w:rPr>
        <w:t xml:space="preserve"> </w:t>
      </w:r>
      <w:proofErr w:type="spellStart"/>
      <w:r w:rsidR="008016DB" w:rsidRPr="00892EF7">
        <w:rPr>
          <w:rFonts w:ascii="Times New Roman" w:hAnsi="Times New Roman"/>
          <w:i/>
          <w:iCs/>
          <w:sz w:val="28"/>
          <w:szCs w:val="28"/>
          <w:lang w:val="ru-RU" w:eastAsia="ru-RU"/>
        </w:rPr>
        <w:t>рослин</w:t>
      </w:r>
      <w:proofErr w:type="spellEnd"/>
      <w:r w:rsidR="008016DB" w:rsidRPr="00892EF7">
        <w:rPr>
          <w:rFonts w:ascii="Times New Roman" w:hAnsi="Times New Roman"/>
          <w:i/>
          <w:iCs/>
          <w:sz w:val="28"/>
          <w:szCs w:val="28"/>
          <w:lang w:val="ru-RU" w:eastAsia="ru-RU"/>
        </w:rPr>
        <w:t>.</w:t>
      </w:r>
      <w:r w:rsidR="008016DB" w:rsidRPr="008016DB">
        <w:rPr>
          <w:rFonts w:ascii="Times New Roman" w:hAnsi="Times New Roman"/>
          <w:sz w:val="28"/>
          <w:szCs w:val="28"/>
          <w:lang w:val="ru-RU" w:eastAsia="ru-RU"/>
        </w:rPr>
        <w:t xml:space="preserve"> 2000. № 6.</w:t>
      </w:r>
      <w:r w:rsidR="00892EF7">
        <w:rPr>
          <w:rFonts w:ascii="Times New Roman" w:hAnsi="Times New Roman"/>
          <w:sz w:val="28"/>
          <w:szCs w:val="28"/>
          <w:lang w:val="ru-RU" w:eastAsia="ru-RU"/>
        </w:rPr>
        <w:t xml:space="preserve"> </w:t>
      </w:r>
      <w:r w:rsidR="00892EF7" w:rsidRPr="00892EF7">
        <w:rPr>
          <w:rFonts w:ascii="Times New Roman" w:hAnsi="Times New Roman"/>
          <w:sz w:val="28"/>
          <w:szCs w:val="28"/>
          <w:lang w:eastAsia="ru-RU"/>
        </w:rPr>
        <w:t>С. 2–3</w:t>
      </w:r>
      <w:r w:rsidR="00892EF7">
        <w:rPr>
          <w:rFonts w:ascii="Times New Roman" w:hAnsi="Times New Roman"/>
          <w:sz w:val="28"/>
          <w:szCs w:val="28"/>
          <w:lang w:val="uk-UA" w:eastAsia="ru-RU"/>
        </w:rPr>
        <w:t>.</w:t>
      </w:r>
    </w:p>
    <w:p w14:paraId="032ED432" w14:textId="77777777" w:rsidR="008016DB" w:rsidRDefault="00344EBA" w:rsidP="00344EBA">
      <w:pPr>
        <w:pStyle w:val="ae"/>
        <w:tabs>
          <w:tab w:val="left" w:pos="599"/>
        </w:tabs>
        <w:spacing w:after="0" w:line="360" w:lineRule="auto"/>
        <w:ind w:left="0"/>
        <w:jc w:val="both"/>
        <w:rPr>
          <w:rFonts w:ascii="Times New Roman" w:hAnsi="Times New Roman"/>
          <w:sz w:val="28"/>
          <w:szCs w:val="28"/>
          <w:lang w:val="uk-UA"/>
        </w:rPr>
      </w:pPr>
      <w:r>
        <w:rPr>
          <w:rFonts w:ascii="Times New Roman" w:hAnsi="Times New Roman"/>
          <w:sz w:val="28"/>
          <w:szCs w:val="28"/>
          <w:lang w:val="uk-UA" w:eastAsia="ru-RU"/>
        </w:rPr>
        <w:t xml:space="preserve">5. </w:t>
      </w:r>
      <w:r w:rsidR="008016DB" w:rsidRPr="008016DB">
        <w:rPr>
          <w:rFonts w:ascii="Times New Roman" w:hAnsi="Times New Roman"/>
          <w:sz w:val="28"/>
          <w:szCs w:val="28"/>
          <w:lang w:val="uk-UA"/>
        </w:rPr>
        <w:t>Мудрак А. А., Філатов В. О., Нестор С. М. Оптимізація прийомів вирощування пшениці озимої за різних попередників у виробничих посівах в умовах Степу України</w:t>
      </w:r>
      <w:r w:rsidR="00D96270">
        <w:rPr>
          <w:rFonts w:ascii="Times New Roman" w:hAnsi="Times New Roman"/>
          <w:sz w:val="28"/>
          <w:szCs w:val="28"/>
          <w:lang w:val="uk-UA"/>
        </w:rPr>
        <w:t xml:space="preserve">. </w:t>
      </w:r>
      <w:r w:rsidR="008016DB" w:rsidRPr="00D96270">
        <w:rPr>
          <w:rFonts w:ascii="Times New Roman" w:hAnsi="Times New Roman"/>
          <w:i/>
          <w:iCs/>
          <w:sz w:val="28"/>
          <w:szCs w:val="28"/>
          <w:lang w:val="uk-UA"/>
        </w:rPr>
        <w:t>Проблеми конструювання, виробництва та експлуатації сільськогосподарської техніки</w:t>
      </w:r>
      <w:r w:rsidR="008016DB" w:rsidRPr="008016DB">
        <w:rPr>
          <w:rFonts w:ascii="Times New Roman" w:hAnsi="Times New Roman"/>
          <w:sz w:val="28"/>
          <w:szCs w:val="28"/>
          <w:lang w:val="uk-UA"/>
        </w:rPr>
        <w:t xml:space="preserve">: матеріали Х </w:t>
      </w:r>
      <w:proofErr w:type="spellStart"/>
      <w:r w:rsidR="008016DB" w:rsidRPr="008016DB">
        <w:rPr>
          <w:rFonts w:ascii="Times New Roman" w:hAnsi="Times New Roman"/>
          <w:sz w:val="28"/>
          <w:szCs w:val="28"/>
          <w:lang w:val="uk-UA"/>
        </w:rPr>
        <w:t>міжнар</w:t>
      </w:r>
      <w:proofErr w:type="spellEnd"/>
      <w:r w:rsidR="008016DB" w:rsidRPr="008016DB">
        <w:rPr>
          <w:rFonts w:ascii="Times New Roman" w:hAnsi="Times New Roman"/>
          <w:sz w:val="28"/>
          <w:szCs w:val="28"/>
          <w:lang w:val="uk-UA"/>
        </w:rPr>
        <w:t>. наук.-</w:t>
      </w:r>
      <w:proofErr w:type="spellStart"/>
      <w:r w:rsidR="008016DB" w:rsidRPr="008016DB">
        <w:rPr>
          <w:rFonts w:ascii="Times New Roman" w:hAnsi="Times New Roman"/>
          <w:sz w:val="28"/>
          <w:szCs w:val="28"/>
          <w:lang w:val="uk-UA"/>
        </w:rPr>
        <w:t>практ</w:t>
      </w:r>
      <w:proofErr w:type="spellEnd"/>
      <w:r w:rsidR="008016DB" w:rsidRPr="008016DB">
        <w:rPr>
          <w:rFonts w:ascii="Times New Roman" w:hAnsi="Times New Roman"/>
          <w:sz w:val="28"/>
          <w:szCs w:val="28"/>
          <w:lang w:val="uk-UA"/>
        </w:rPr>
        <w:t xml:space="preserve">. </w:t>
      </w:r>
      <w:proofErr w:type="spellStart"/>
      <w:r w:rsidR="008016DB" w:rsidRPr="008016DB">
        <w:rPr>
          <w:rFonts w:ascii="Times New Roman" w:hAnsi="Times New Roman"/>
          <w:sz w:val="28"/>
          <w:szCs w:val="28"/>
          <w:lang w:val="uk-UA"/>
        </w:rPr>
        <w:t>конф</w:t>
      </w:r>
      <w:proofErr w:type="spellEnd"/>
      <w:r w:rsidR="008016DB" w:rsidRPr="008016DB">
        <w:rPr>
          <w:rFonts w:ascii="Times New Roman" w:hAnsi="Times New Roman"/>
          <w:sz w:val="28"/>
          <w:szCs w:val="28"/>
          <w:lang w:val="uk-UA"/>
        </w:rPr>
        <w:t xml:space="preserve">., 5−6 листопада 2015 р. Кіровоград, 2015. </w:t>
      </w:r>
      <w:r w:rsidR="008016DB" w:rsidRPr="00D96270">
        <w:rPr>
          <w:rFonts w:ascii="Times New Roman" w:hAnsi="Times New Roman"/>
          <w:sz w:val="28"/>
          <w:szCs w:val="28"/>
          <w:lang w:val="uk-UA"/>
        </w:rPr>
        <w:t>С. 26−28.</w:t>
      </w:r>
    </w:p>
    <w:p w14:paraId="368F30FF" w14:textId="77777777" w:rsidR="008016DB" w:rsidRDefault="00344EBA" w:rsidP="00344EBA">
      <w:pPr>
        <w:pStyle w:val="ae"/>
        <w:tabs>
          <w:tab w:val="left" w:pos="599"/>
        </w:tabs>
        <w:spacing w:after="0" w:line="360" w:lineRule="auto"/>
        <w:ind w:left="0"/>
        <w:jc w:val="both"/>
        <w:rPr>
          <w:rFonts w:ascii="Times New Roman" w:hAnsi="Times New Roman"/>
          <w:sz w:val="28"/>
          <w:szCs w:val="28"/>
          <w:lang w:val="uk-UA"/>
        </w:rPr>
      </w:pPr>
      <w:r>
        <w:rPr>
          <w:rFonts w:ascii="Times New Roman" w:hAnsi="Times New Roman"/>
          <w:sz w:val="28"/>
          <w:szCs w:val="28"/>
          <w:lang w:val="uk-UA"/>
        </w:rPr>
        <w:t xml:space="preserve">6. </w:t>
      </w:r>
      <w:r w:rsidR="008016DB" w:rsidRPr="008016DB">
        <w:rPr>
          <w:rFonts w:ascii="Times New Roman" w:hAnsi="Times New Roman"/>
          <w:sz w:val="28"/>
          <w:szCs w:val="28"/>
          <w:lang w:val="uk-UA"/>
        </w:rPr>
        <w:t xml:space="preserve">Польова схожість та урожайність пшениці твердої ярої та м’якої при застосуванні мінеральних добрив в умовах Лісостепу України / Т. В. </w:t>
      </w:r>
      <w:proofErr w:type="spellStart"/>
      <w:r w:rsidR="008016DB" w:rsidRPr="008016DB">
        <w:rPr>
          <w:rFonts w:ascii="Times New Roman" w:hAnsi="Times New Roman"/>
          <w:sz w:val="28"/>
          <w:szCs w:val="28"/>
          <w:lang w:val="uk-UA"/>
        </w:rPr>
        <w:t>Антал</w:t>
      </w:r>
      <w:proofErr w:type="spellEnd"/>
      <w:r w:rsidR="008016DB" w:rsidRPr="008016DB">
        <w:rPr>
          <w:rFonts w:ascii="Times New Roman" w:hAnsi="Times New Roman"/>
          <w:sz w:val="28"/>
          <w:szCs w:val="28"/>
          <w:lang w:val="uk-UA"/>
        </w:rPr>
        <w:t xml:space="preserve">, Л. А. </w:t>
      </w:r>
      <w:proofErr w:type="spellStart"/>
      <w:r w:rsidR="008016DB" w:rsidRPr="008016DB">
        <w:rPr>
          <w:rFonts w:ascii="Times New Roman" w:hAnsi="Times New Roman"/>
          <w:sz w:val="28"/>
          <w:szCs w:val="28"/>
          <w:lang w:val="uk-UA"/>
        </w:rPr>
        <w:t>Гарбар</w:t>
      </w:r>
      <w:proofErr w:type="spellEnd"/>
      <w:r w:rsidR="008016DB" w:rsidRPr="008016DB">
        <w:rPr>
          <w:rFonts w:ascii="Times New Roman" w:hAnsi="Times New Roman"/>
          <w:sz w:val="28"/>
          <w:szCs w:val="28"/>
          <w:lang w:val="uk-UA"/>
        </w:rPr>
        <w:t xml:space="preserve">, О. В. </w:t>
      </w:r>
      <w:proofErr w:type="spellStart"/>
      <w:r w:rsidR="008016DB" w:rsidRPr="008016DB">
        <w:rPr>
          <w:rFonts w:ascii="Times New Roman" w:hAnsi="Times New Roman"/>
          <w:sz w:val="28"/>
          <w:szCs w:val="28"/>
          <w:lang w:val="uk-UA"/>
        </w:rPr>
        <w:t>Малеончук</w:t>
      </w:r>
      <w:proofErr w:type="spellEnd"/>
      <w:r w:rsidR="008016DB" w:rsidRPr="008016DB">
        <w:rPr>
          <w:rFonts w:ascii="Times New Roman" w:hAnsi="Times New Roman"/>
          <w:sz w:val="28"/>
          <w:szCs w:val="28"/>
          <w:lang w:val="uk-UA"/>
        </w:rPr>
        <w:t xml:space="preserve">, А. С. </w:t>
      </w:r>
      <w:proofErr w:type="spellStart"/>
      <w:r w:rsidR="008016DB" w:rsidRPr="008016DB">
        <w:rPr>
          <w:rFonts w:ascii="Times New Roman" w:hAnsi="Times New Roman"/>
          <w:sz w:val="28"/>
          <w:szCs w:val="28"/>
          <w:lang w:val="uk-UA"/>
        </w:rPr>
        <w:t>Корпан</w:t>
      </w:r>
      <w:proofErr w:type="spellEnd"/>
      <w:r w:rsidR="008016DB" w:rsidRPr="008016DB">
        <w:rPr>
          <w:rFonts w:ascii="Times New Roman" w:hAnsi="Times New Roman"/>
          <w:sz w:val="28"/>
          <w:szCs w:val="28"/>
          <w:lang w:val="uk-UA"/>
        </w:rPr>
        <w:t xml:space="preserve">, Д. А. </w:t>
      </w:r>
      <w:proofErr w:type="spellStart"/>
      <w:r w:rsidR="008016DB" w:rsidRPr="008016DB">
        <w:rPr>
          <w:rFonts w:ascii="Times New Roman" w:hAnsi="Times New Roman"/>
          <w:sz w:val="28"/>
          <w:szCs w:val="28"/>
          <w:lang w:val="uk-UA"/>
        </w:rPr>
        <w:t>Трет'як</w:t>
      </w:r>
      <w:proofErr w:type="spellEnd"/>
      <w:r w:rsidR="008016DB" w:rsidRPr="008016DB">
        <w:rPr>
          <w:rFonts w:ascii="Times New Roman" w:hAnsi="Times New Roman"/>
          <w:sz w:val="28"/>
          <w:szCs w:val="28"/>
          <w:lang w:val="uk-UA"/>
        </w:rPr>
        <w:t xml:space="preserve"> / </w:t>
      </w:r>
      <w:r w:rsidR="008016DB" w:rsidRPr="00892EF7">
        <w:rPr>
          <w:rFonts w:ascii="Times New Roman" w:hAnsi="Times New Roman"/>
          <w:i/>
          <w:iCs/>
          <w:sz w:val="28"/>
          <w:szCs w:val="28"/>
          <w:lang w:val="uk-UA"/>
        </w:rPr>
        <w:t>Вісник Полтавської державної аграрної академії.</w:t>
      </w:r>
      <w:r w:rsidR="008016DB" w:rsidRPr="008016DB">
        <w:rPr>
          <w:rFonts w:ascii="Times New Roman" w:hAnsi="Times New Roman"/>
          <w:sz w:val="28"/>
          <w:szCs w:val="28"/>
          <w:lang w:val="uk-UA"/>
        </w:rPr>
        <w:t xml:space="preserve"> </w:t>
      </w:r>
      <w:r w:rsidR="008016DB" w:rsidRPr="008016DB">
        <w:rPr>
          <w:rFonts w:ascii="Times New Roman" w:hAnsi="Times New Roman"/>
          <w:sz w:val="28"/>
          <w:szCs w:val="28"/>
          <w:lang w:val="ru-RU"/>
        </w:rPr>
        <w:t>2016. № 4. С. 36–39.</w:t>
      </w:r>
    </w:p>
    <w:p w14:paraId="2E576E46" w14:textId="77777777" w:rsidR="00344EBA" w:rsidRPr="008016DB" w:rsidRDefault="00344EBA" w:rsidP="00344EBA">
      <w:pPr>
        <w:pStyle w:val="ae"/>
        <w:tabs>
          <w:tab w:val="left" w:pos="599"/>
        </w:tabs>
        <w:spacing w:after="0" w:line="360" w:lineRule="auto"/>
        <w:ind w:left="0"/>
        <w:jc w:val="both"/>
        <w:rPr>
          <w:rFonts w:ascii="Times New Roman" w:hAnsi="Times New Roman"/>
          <w:sz w:val="28"/>
          <w:szCs w:val="28"/>
          <w:lang w:val="ru-RU"/>
        </w:rPr>
      </w:pPr>
      <w:r>
        <w:rPr>
          <w:rFonts w:ascii="Times New Roman" w:hAnsi="Times New Roman"/>
          <w:sz w:val="28"/>
          <w:szCs w:val="28"/>
          <w:lang w:val="uk-UA"/>
        </w:rPr>
        <w:t xml:space="preserve">7. </w:t>
      </w:r>
      <w:proofErr w:type="spellStart"/>
      <w:r w:rsidR="008016DB" w:rsidRPr="008016DB">
        <w:rPr>
          <w:rFonts w:ascii="Times New Roman" w:eastAsia="Times New Roman" w:hAnsi="Times New Roman"/>
          <w:iCs/>
          <w:color w:val="000000"/>
          <w:sz w:val="28"/>
          <w:szCs w:val="28"/>
          <w:lang w:val="ru-RU"/>
        </w:rPr>
        <w:t>Михальська</w:t>
      </w:r>
      <w:proofErr w:type="spellEnd"/>
      <w:r w:rsidR="008016DB" w:rsidRPr="008016DB">
        <w:rPr>
          <w:rFonts w:ascii="Times New Roman" w:eastAsia="Times New Roman" w:hAnsi="Times New Roman"/>
          <w:iCs/>
          <w:color w:val="000000"/>
          <w:sz w:val="28"/>
          <w:szCs w:val="28"/>
          <w:lang w:val="ru-RU"/>
        </w:rPr>
        <w:t xml:space="preserve"> Л. М., </w:t>
      </w:r>
      <w:proofErr w:type="spellStart"/>
      <w:r w:rsidR="008016DB" w:rsidRPr="008016DB">
        <w:rPr>
          <w:rFonts w:ascii="Times New Roman" w:eastAsia="Times New Roman" w:hAnsi="Times New Roman"/>
          <w:iCs/>
          <w:color w:val="000000"/>
          <w:sz w:val="28"/>
          <w:szCs w:val="28"/>
          <w:lang w:val="ru-RU"/>
        </w:rPr>
        <w:t>Швартау</w:t>
      </w:r>
      <w:proofErr w:type="spellEnd"/>
      <w:r w:rsidR="008016DB" w:rsidRPr="008016DB">
        <w:rPr>
          <w:rFonts w:ascii="Times New Roman" w:eastAsia="Times New Roman" w:hAnsi="Times New Roman"/>
          <w:iCs/>
          <w:color w:val="000000"/>
          <w:sz w:val="28"/>
          <w:szCs w:val="28"/>
          <w:lang w:val="ru-RU"/>
        </w:rPr>
        <w:t xml:space="preserve"> В. В. Контроль </w:t>
      </w:r>
      <w:proofErr w:type="spellStart"/>
      <w:r w:rsidR="008016DB" w:rsidRPr="008016DB">
        <w:rPr>
          <w:rFonts w:ascii="Times New Roman" w:eastAsia="Times New Roman" w:hAnsi="Times New Roman"/>
          <w:iCs/>
          <w:color w:val="000000"/>
          <w:sz w:val="28"/>
          <w:szCs w:val="28"/>
          <w:lang w:val="ru-RU"/>
        </w:rPr>
        <w:t>бур’янів</w:t>
      </w:r>
      <w:proofErr w:type="spellEnd"/>
      <w:r w:rsidR="008016DB" w:rsidRPr="008016DB">
        <w:rPr>
          <w:rFonts w:ascii="Times New Roman" w:eastAsia="Times New Roman" w:hAnsi="Times New Roman"/>
          <w:iCs/>
          <w:color w:val="000000"/>
          <w:sz w:val="28"/>
          <w:szCs w:val="28"/>
          <w:lang w:val="ru-RU"/>
        </w:rPr>
        <w:t xml:space="preserve"> і хвороб у </w:t>
      </w:r>
      <w:proofErr w:type="spellStart"/>
      <w:r w:rsidR="008016DB" w:rsidRPr="008016DB">
        <w:rPr>
          <w:rFonts w:ascii="Times New Roman" w:eastAsia="Times New Roman" w:hAnsi="Times New Roman"/>
          <w:iCs/>
          <w:color w:val="000000"/>
          <w:sz w:val="28"/>
          <w:szCs w:val="28"/>
          <w:lang w:val="ru-RU"/>
        </w:rPr>
        <w:t>поєднанні</w:t>
      </w:r>
      <w:proofErr w:type="spellEnd"/>
      <w:r w:rsidR="008016DB" w:rsidRPr="008016DB">
        <w:rPr>
          <w:rFonts w:ascii="Times New Roman" w:eastAsia="Times New Roman" w:hAnsi="Times New Roman"/>
          <w:iCs/>
          <w:color w:val="000000"/>
          <w:sz w:val="28"/>
          <w:szCs w:val="28"/>
          <w:lang w:val="ru-RU"/>
        </w:rPr>
        <w:t xml:space="preserve"> з </w:t>
      </w:r>
      <w:proofErr w:type="spellStart"/>
      <w:r w:rsidR="008016DB" w:rsidRPr="008016DB">
        <w:rPr>
          <w:rFonts w:ascii="Times New Roman" w:eastAsia="Times New Roman" w:hAnsi="Times New Roman"/>
          <w:iCs/>
          <w:color w:val="000000"/>
          <w:sz w:val="28"/>
          <w:szCs w:val="28"/>
          <w:lang w:val="ru-RU"/>
        </w:rPr>
        <w:t>елементами</w:t>
      </w:r>
      <w:proofErr w:type="spellEnd"/>
      <w:r w:rsidR="008016DB" w:rsidRPr="008016DB">
        <w:rPr>
          <w:rFonts w:ascii="Times New Roman" w:eastAsia="Times New Roman" w:hAnsi="Times New Roman"/>
          <w:iCs/>
          <w:color w:val="000000"/>
          <w:sz w:val="28"/>
          <w:szCs w:val="28"/>
          <w:lang w:val="ru-RU"/>
        </w:rPr>
        <w:t xml:space="preserve"> </w:t>
      </w:r>
      <w:proofErr w:type="spellStart"/>
      <w:r w:rsidR="008016DB" w:rsidRPr="008016DB">
        <w:rPr>
          <w:rFonts w:ascii="Times New Roman" w:eastAsia="Times New Roman" w:hAnsi="Times New Roman"/>
          <w:iCs/>
          <w:color w:val="000000"/>
          <w:sz w:val="28"/>
          <w:szCs w:val="28"/>
          <w:lang w:val="ru-RU"/>
        </w:rPr>
        <w:t>живлення</w:t>
      </w:r>
      <w:proofErr w:type="spellEnd"/>
      <w:r w:rsidR="008016DB" w:rsidRPr="008016DB">
        <w:rPr>
          <w:rFonts w:ascii="Times New Roman" w:eastAsia="Times New Roman" w:hAnsi="Times New Roman"/>
          <w:iCs/>
          <w:color w:val="000000"/>
          <w:sz w:val="28"/>
          <w:szCs w:val="28"/>
          <w:lang w:val="ru-RU"/>
        </w:rPr>
        <w:t xml:space="preserve"> </w:t>
      </w:r>
      <w:proofErr w:type="spellStart"/>
      <w:r w:rsidR="008016DB" w:rsidRPr="008016DB">
        <w:rPr>
          <w:rFonts w:ascii="Times New Roman" w:eastAsia="Times New Roman" w:hAnsi="Times New Roman"/>
          <w:iCs/>
          <w:color w:val="000000"/>
          <w:sz w:val="28"/>
          <w:szCs w:val="28"/>
          <w:lang w:val="ru-RU"/>
        </w:rPr>
        <w:t>зернових</w:t>
      </w:r>
      <w:proofErr w:type="spellEnd"/>
      <w:r w:rsidR="008016DB" w:rsidRPr="008016DB">
        <w:rPr>
          <w:rFonts w:ascii="Times New Roman" w:eastAsia="Times New Roman" w:hAnsi="Times New Roman"/>
          <w:iCs/>
          <w:color w:val="000000"/>
          <w:sz w:val="28"/>
          <w:szCs w:val="28"/>
          <w:lang w:val="ru-RU"/>
        </w:rPr>
        <w:t xml:space="preserve"> культур</w:t>
      </w:r>
      <w:r w:rsidR="00D96270">
        <w:rPr>
          <w:rFonts w:ascii="Times New Roman" w:eastAsia="Times New Roman" w:hAnsi="Times New Roman"/>
          <w:iCs/>
          <w:color w:val="000000"/>
          <w:sz w:val="28"/>
          <w:szCs w:val="28"/>
          <w:lang w:val="ru-RU"/>
        </w:rPr>
        <w:t>.</w:t>
      </w:r>
      <w:r w:rsidR="008016DB" w:rsidRPr="008016DB">
        <w:rPr>
          <w:rFonts w:ascii="Times New Roman" w:eastAsia="Times New Roman" w:hAnsi="Times New Roman"/>
          <w:iCs/>
          <w:color w:val="000000"/>
          <w:sz w:val="28"/>
          <w:szCs w:val="28"/>
          <w:lang w:val="ru-RU"/>
        </w:rPr>
        <w:t xml:space="preserve"> </w:t>
      </w:r>
      <w:r w:rsidR="008016DB" w:rsidRPr="00D96270">
        <w:rPr>
          <w:rFonts w:ascii="Times New Roman" w:eastAsia="Times New Roman" w:hAnsi="Times New Roman"/>
          <w:i/>
          <w:color w:val="000000"/>
          <w:sz w:val="28"/>
          <w:szCs w:val="28"/>
          <w:lang w:val="ru-RU"/>
        </w:rPr>
        <w:t>Журнал Агроном.</w:t>
      </w:r>
      <w:r w:rsidR="008016DB" w:rsidRPr="008016DB">
        <w:rPr>
          <w:rFonts w:ascii="Times New Roman" w:eastAsia="Times New Roman" w:hAnsi="Times New Roman"/>
          <w:iCs/>
          <w:color w:val="000000"/>
          <w:sz w:val="28"/>
          <w:szCs w:val="28"/>
          <w:lang w:val="ru-RU"/>
        </w:rPr>
        <w:t xml:space="preserve"> </w:t>
      </w:r>
      <w:proofErr w:type="spellStart"/>
      <w:r w:rsidR="008016DB" w:rsidRPr="008016DB">
        <w:rPr>
          <w:rFonts w:ascii="Times New Roman" w:eastAsia="Times New Roman" w:hAnsi="Times New Roman"/>
          <w:iCs/>
          <w:color w:val="000000"/>
          <w:sz w:val="28"/>
          <w:szCs w:val="28"/>
          <w:lang w:val="ru-RU"/>
        </w:rPr>
        <w:t>Інститут</w:t>
      </w:r>
      <w:proofErr w:type="spellEnd"/>
      <w:r w:rsidR="008016DB" w:rsidRPr="008016DB">
        <w:rPr>
          <w:rFonts w:ascii="Times New Roman" w:eastAsia="Times New Roman" w:hAnsi="Times New Roman"/>
          <w:iCs/>
          <w:color w:val="000000"/>
          <w:sz w:val="28"/>
          <w:szCs w:val="28"/>
          <w:lang w:val="ru-RU"/>
        </w:rPr>
        <w:t xml:space="preserve"> </w:t>
      </w:r>
      <w:proofErr w:type="spellStart"/>
      <w:r w:rsidR="008016DB" w:rsidRPr="008016DB">
        <w:rPr>
          <w:rFonts w:ascii="Times New Roman" w:eastAsia="Times New Roman" w:hAnsi="Times New Roman"/>
          <w:iCs/>
          <w:color w:val="000000"/>
          <w:sz w:val="28"/>
          <w:szCs w:val="28"/>
          <w:lang w:val="ru-RU"/>
        </w:rPr>
        <w:t>фізіології</w:t>
      </w:r>
      <w:proofErr w:type="spellEnd"/>
      <w:r w:rsidR="008016DB" w:rsidRPr="008016DB">
        <w:rPr>
          <w:rFonts w:ascii="Times New Roman" w:eastAsia="Times New Roman" w:hAnsi="Times New Roman"/>
          <w:iCs/>
          <w:color w:val="000000"/>
          <w:sz w:val="28"/>
          <w:szCs w:val="28"/>
          <w:lang w:val="ru-RU"/>
        </w:rPr>
        <w:t xml:space="preserve"> </w:t>
      </w:r>
      <w:proofErr w:type="spellStart"/>
      <w:r w:rsidR="008016DB" w:rsidRPr="008016DB">
        <w:rPr>
          <w:rFonts w:ascii="Times New Roman" w:eastAsia="Times New Roman" w:hAnsi="Times New Roman"/>
          <w:iCs/>
          <w:color w:val="000000"/>
          <w:sz w:val="28"/>
          <w:szCs w:val="28"/>
          <w:lang w:val="ru-RU"/>
        </w:rPr>
        <w:t>рослин</w:t>
      </w:r>
      <w:proofErr w:type="spellEnd"/>
      <w:r w:rsidR="008016DB" w:rsidRPr="008016DB">
        <w:rPr>
          <w:rFonts w:ascii="Times New Roman" w:eastAsia="Times New Roman" w:hAnsi="Times New Roman"/>
          <w:iCs/>
          <w:color w:val="000000"/>
          <w:sz w:val="28"/>
          <w:szCs w:val="28"/>
          <w:lang w:val="ru-RU"/>
        </w:rPr>
        <w:t xml:space="preserve"> і генетики НАН </w:t>
      </w:r>
      <w:proofErr w:type="spellStart"/>
      <w:r w:rsidR="008016DB" w:rsidRPr="008016DB">
        <w:rPr>
          <w:rFonts w:ascii="Times New Roman" w:eastAsia="Times New Roman" w:hAnsi="Times New Roman"/>
          <w:iCs/>
          <w:color w:val="000000"/>
          <w:sz w:val="28"/>
          <w:szCs w:val="28"/>
          <w:lang w:val="ru-RU"/>
        </w:rPr>
        <w:t>України</w:t>
      </w:r>
      <w:proofErr w:type="spellEnd"/>
      <w:r w:rsidR="008016DB" w:rsidRPr="008016DB">
        <w:rPr>
          <w:rFonts w:ascii="Times New Roman" w:eastAsia="Times New Roman" w:hAnsi="Times New Roman"/>
          <w:iCs/>
          <w:color w:val="000000"/>
          <w:sz w:val="28"/>
          <w:szCs w:val="28"/>
          <w:lang w:val="ru-RU"/>
        </w:rPr>
        <w:t xml:space="preserve">. 02.07.2023. </w:t>
      </w:r>
      <w:r w:rsidR="008016DB" w:rsidRPr="008016DB">
        <w:rPr>
          <w:rFonts w:ascii="Times New Roman" w:eastAsia="Times New Roman" w:hAnsi="Times New Roman"/>
          <w:iCs/>
          <w:color w:val="000000"/>
          <w:sz w:val="28"/>
          <w:szCs w:val="28"/>
        </w:rPr>
        <w:t>URL</w:t>
      </w:r>
      <w:r w:rsidR="008016DB" w:rsidRPr="008016DB">
        <w:rPr>
          <w:rFonts w:ascii="Times New Roman" w:eastAsia="Times New Roman" w:hAnsi="Times New Roman"/>
          <w:iCs/>
          <w:color w:val="000000"/>
          <w:sz w:val="28"/>
          <w:szCs w:val="28"/>
          <w:lang w:val="ru-RU"/>
        </w:rPr>
        <w:t xml:space="preserve">: </w:t>
      </w:r>
      <w:hyperlink r:id="rId6" w:tgtFrame="_new" w:history="1">
        <w:r w:rsidR="008016DB" w:rsidRPr="008016DB">
          <w:rPr>
            <w:rStyle w:val="aff1"/>
            <w:rFonts w:ascii="Times New Roman" w:eastAsia="Times New Roman" w:hAnsi="Times New Roman" w:cstheme="minorBidi"/>
            <w:iCs/>
            <w:sz w:val="28"/>
            <w:szCs w:val="28"/>
          </w:rPr>
          <w:t>https</w:t>
        </w:r>
        <w:r w:rsidR="008016DB" w:rsidRPr="008016DB">
          <w:rPr>
            <w:rStyle w:val="aff1"/>
            <w:rFonts w:ascii="Times New Roman" w:eastAsia="Times New Roman" w:hAnsi="Times New Roman" w:cstheme="minorBidi"/>
            <w:iCs/>
            <w:sz w:val="28"/>
            <w:szCs w:val="28"/>
            <w:lang w:val="ru-RU"/>
          </w:rPr>
          <w:t>://</w:t>
        </w:r>
        <w:r w:rsidR="008016DB" w:rsidRPr="008016DB">
          <w:rPr>
            <w:rStyle w:val="aff1"/>
            <w:rFonts w:ascii="Times New Roman" w:eastAsia="Times New Roman" w:hAnsi="Times New Roman" w:cstheme="minorBidi"/>
            <w:iCs/>
            <w:sz w:val="28"/>
            <w:szCs w:val="28"/>
          </w:rPr>
          <w:t>www</w:t>
        </w:r>
        <w:r w:rsidR="008016DB" w:rsidRPr="008016DB">
          <w:rPr>
            <w:rStyle w:val="aff1"/>
            <w:rFonts w:ascii="Times New Roman" w:eastAsia="Times New Roman" w:hAnsi="Times New Roman" w:cstheme="minorBidi"/>
            <w:iCs/>
            <w:sz w:val="28"/>
            <w:szCs w:val="28"/>
            <w:lang w:val="ru-RU"/>
          </w:rPr>
          <w:t>.</w:t>
        </w:r>
        <w:proofErr w:type="spellStart"/>
        <w:r w:rsidR="008016DB" w:rsidRPr="008016DB">
          <w:rPr>
            <w:rStyle w:val="aff1"/>
            <w:rFonts w:ascii="Times New Roman" w:eastAsia="Times New Roman" w:hAnsi="Times New Roman" w:cstheme="minorBidi"/>
            <w:iCs/>
            <w:sz w:val="28"/>
            <w:szCs w:val="28"/>
          </w:rPr>
          <w:t>agronom</w:t>
        </w:r>
        <w:proofErr w:type="spellEnd"/>
        <w:r w:rsidR="008016DB" w:rsidRPr="008016DB">
          <w:rPr>
            <w:rStyle w:val="aff1"/>
            <w:rFonts w:ascii="Times New Roman" w:eastAsia="Times New Roman" w:hAnsi="Times New Roman" w:cstheme="minorBidi"/>
            <w:iCs/>
            <w:sz w:val="28"/>
            <w:szCs w:val="28"/>
            <w:lang w:val="ru-RU"/>
          </w:rPr>
          <w:t>.</w:t>
        </w:r>
        <w:r w:rsidR="008016DB" w:rsidRPr="008016DB">
          <w:rPr>
            <w:rStyle w:val="aff1"/>
            <w:rFonts w:ascii="Times New Roman" w:eastAsia="Times New Roman" w:hAnsi="Times New Roman" w:cstheme="minorBidi"/>
            <w:iCs/>
            <w:sz w:val="28"/>
            <w:szCs w:val="28"/>
          </w:rPr>
          <w:t>com</w:t>
        </w:r>
        <w:r w:rsidR="008016DB" w:rsidRPr="008016DB">
          <w:rPr>
            <w:rStyle w:val="aff1"/>
            <w:rFonts w:ascii="Times New Roman" w:eastAsia="Times New Roman" w:hAnsi="Times New Roman" w:cstheme="minorBidi"/>
            <w:iCs/>
            <w:sz w:val="28"/>
            <w:szCs w:val="28"/>
            <w:lang w:val="ru-RU"/>
          </w:rPr>
          <w:t>.</w:t>
        </w:r>
        <w:proofErr w:type="spellStart"/>
        <w:r w:rsidR="008016DB" w:rsidRPr="008016DB">
          <w:rPr>
            <w:rStyle w:val="aff1"/>
            <w:rFonts w:ascii="Times New Roman" w:eastAsia="Times New Roman" w:hAnsi="Times New Roman" w:cstheme="minorBidi"/>
            <w:iCs/>
            <w:sz w:val="28"/>
            <w:szCs w:val="28"/>
          </w:rPr>
          <w:t>ua</w:t>
        </w:r>
        <w:proofErr w:type="spellEnd"/>
        <w:r w:rsidR="008016DB" w:rsidRPr="008016DB">
          <w:rPr>
            <w:rStyle w:val="aff1"/>
            <w:rFonts w:ascii="Times New Roman" w:eastAsia="Times New Roman" w:hAnsi="Times New Roman" w:cstheme="minorBidi"/>
            <w:iCs/>
            <w:sz w:val="28"/>
            <w:szCs w:val="28"/>
            <w:lang w:val="ru-RU"/>
          </w:rPr>
          <w:t>/</w:t>
        </w:r>
        <w:proofErr w:type="spellStart"/>
        <w:r w:rsidR="008016DB" w:rsidRPr="008016DB">
          <w:rPr>
            <w:rStyle w:val="aff1"/>
            <w:rFonts w:ascii="Times New Roman" w:eastAsia="Times New Roman" w:hAnsi="Times New Roman" w:cstheme="minorBidi"/>
            <w:iCs/>
            <w:sz w:val="28"/>
            <w:szCs w:val="28"/>
          </w:rPr>
          <w:t>kontrol</w:t>
        </w:r>
        <w:proofErr w:type="spellEnd"/>
        <w:r w:rsidR="008016DB" w:rsidRPr="008016DB">
          <w:rPr>
            <w:rStyle w:val="aff1"/>
            <w:rFonts w:ascii="Times New Roman" w:eastAsia="Times New Roman" w:hAnsi="Times New Roman" w:cstheme="minorBidi"/>
            <w:iCs/>
            <w:sz w:val="28"/>
            <w:szCs w:val="28"/>
            <w:lang w:val="ru-RU"/>
          </w:rPr>
          <w:t>-</w:t>
        </w:r>
        <w:r w:rsidR="008016DB" w:rsidRPr="008016DB">
          <w:rPr>
            <w:rStyle w:val="aff1"/>
            <w:rFonts w:ascii="Times New Roman" w:eastAsia="Times New Roman" w:hAnsi="Times New Roman" w:cstheme="minorBidi"/>
            <w:iCs/>
            <w:sz w:val="28"/>
            <w:szCs w:val="28"/>
          </w:rPr>
          <w:t>bur</w:t>
        </w:r>
        <w:r w:rsidR="008016DB" w:rsidRPr="008016DB">
          <w:rPr>
            <w:rStyle w:val="aff1"/>
            <w:rFonts w:ascii="Times New Roman" w:eastAsia="Times New Roman" w:hAnsi="Times New Roman" w:cstheme="minorBidi"/>
            <w:iCs/>
            <w:sz w:val="28"/>
            <w:szCs w:val="28"/>
            <w:lang w:val="ru-RU"/>
          </w:rPr>
          <w:t>-</w:t>
        </w:r>
        <w:proofErr w:type="spellStart"/>
        <w:r w:rsidR="008016DB" w:rsidRPr="008016DB">
          <w:rPr>
            <w:rStyle w:val="aff1"/>
            <w:rFonts w:ascii="Times New Roman" w:eastAsia="Times New Roman" w:hAnsi="Times New Roman" w:cstheme="minorBidi"/>
            <w:iCs/>
            <w:sz w:val="28"/>
            <w:szCs w:val="28"/>
          </w:rPr>
          <w:t>yaniv</w:t>
        </w:r>
        <w:proofErr w:type="spellEnd"/>
        <w:r w:rsidR="008016DB" w:rsidRPr="008016DB">
          <w:rPr>
            <w:rStyle w:val="aff1"/>
            <w:rFonts w:ascii="Times New Roman" w:eastAsia="Times New Roman" w:hAnsi="Times New Roman" w:cstheme="minorBidi"/>
            <w:iCs/>
            <w:sz w:val="28"/>
            <w:szCs w:val="28"/>
            <w:lang w:val="ru-RU"/>
          </w:rPr>
          <w:t>-</w:t>
        </w:r>
        <w:proofErr w:type="spellStart"/>
        <w:r w:rsidR="008016DB" w:rsidRPr="008016DB">
          <w:rPr>
            <w:rStyle w:val="aff1"/>
            <w:rFonts w:ascii="Times New Roman" w:eastAsia="Times New Roman" w:hAnsi="Times New Roman" w:cstheme="minorBidi"/>
            <w:iCs/>
            <w:sz w:val="28"/>
            <w:szCs w:val="28"/>
          </w:rPr>
          <w:t>i</w:t>
        </w:r>
        <w:proofErr w:type="spellEnd"/>
        <w:r w:rsidR="008016DB" w:rsidRPr="008016DB">
          <w:rPr>
            <w:rStyle w:val="aff1"/>
            <w:rFonts w:ascii="Times New Roman" w:eastAsia="Times New Roman" w:hAnsi="Times New Roman" w:cstheme="minorBidi"/>
            <w:iCs/>
            <w:sz w:val="28"/>
            <w:szCs w:val="28"/>
            <w:lang w:val="ru-RU"/>
          </w:rPr>
          <w:t>-</w:t>
        </w:r>
        <w:proofErr w:type="spellStart"/>
        <w:r w:rsidR="008016DB" w:rsidRPr="008016DB">
          <w:rPr>
            <w:rStyle w:val="aff1"/>
            <w:rFonts w:ascii="Times New Roman" w:eastAsia="Times New Roman" w:hAnsi="Times New Roman" w:cstheme="minorBidi"/>
            <w:iCs/>
            <w:sz w:val="28"/>
            <w:szCs w:val="28"/>
          </w:rPr>
          <w:t>hvorob</w:t>
        </w:r>
        <w:proofErr w:type="spellEnd"/>
        <w:r w:rsidR="008016DB" w:rsidRPr="008016DB">
          <w:rPr>
            <w:rStyle w:val="aff1"/>
            <w:rFonts w:ascii="Times New Roman" w:eastAsia="Times New Roman" w:hAnsi="Times New Roman" w:cstheme="minorBidi"/>
            <w:iCs/>
            <w:sz w:val="28"/>
            <w:szCs w:val="28"/>
            <w:lang w:val="ru-RU"/>
          </w:rPr>
          <w:t>-</w:t>
        </w:r>
        <w:r w:rsidR="008016DB" w:rsidRPr="008016DB">
          <w:rPr>
            <w:rStyle w:val="aff1"/>
            <w:rFonts w:ascii="Times New Roman" w:eastAsia="Times New Roman" w:hAnsi="Times New Roman" w:cstheme="minorBidi"/>
            <w:iCs/>
            <w:sz w:val="28"/>
            <w:szCs w:val="28"/>
          </w:rPr>
          <w:t>u</w:t>
        </w:r>
        <w:r w:rsidR="008016DB" w:rsidRPr="008016DB">
          <w:rPr>
            <w:rStyle w:val="aff1"/>
            <w:rFonts w:ascii="Times New Roman" w:eastAsia="Times New Roman" w:hAnsi="Times New Roman" w:cstheme="minorBidi"/>
            <w:iCs/>
            <w:sz w:val="28"/>
            <w:szCs w:val="28"/>
            <w:lang w:val="ru-RU"/>
          </w:rPr>
          <w:t>-</w:t>
        </w:r>
        <w:proofErr w:type="spellStart"/>
        <w:r w:rsidR="008016DB" w:rsidRPr="008016DB">
          <w:rPr>
            <w:rStyle w:val="aff1"/>
            <w:rFonts w:ascii="Times New Roman" w:eastAsia="Times New Roman" w:hAnsi="Times New Roman" w:cstheme="minorBidi"/>
            <w:iCs/>
            <w:sz w:val="28"/>
            <w:szCs w:val="28"/>
          </w:rPr>
          <w:t>poyednanni</w:t>
        </w:r>
        <w:proofErr w:type="spellEnd"/>
        <w:r w:rsidR="008016DB" w:rsidRPr="008016DB">
          <w:rPr>
            <w:rStyle w:val="aff1"/>
            <w:rFonts w:ascii="Times New Roman" w:eastAsia="Times New Roman" w:hAnsi="Times New Roman" w:cstheme="minorBidi"/>
            <w:iCs/>
            <w:sz w:val="28"/>
            <w:szCs w:val="28"/>
            <w:lang w:val="ru-RU"/>
          </w:rPr>
          <w:t>-</w:t>
        </w:r>
        <w:r w:rsidR="008016DB" w:rsidRPr="008016DB">
          <w:rPr>
            <w:rStyle w:val="aff1"/>
            <w:rFonts w:ascii="Times New Roman" w:eastAsia="Times New Roman" w:hAnsi="Times New Roman" w:cstheme="minorBidi"/>
            <w:iCs/>
            <w:sz w:val="28"/>
            <w:szCs w:val="28"/>
          </w:rPr>
          <w:t>z</w:t>
        </w:r>
        <w:r w:rsidR="008016DB" w:rsidRPr="008016DB">
          <w:rPr>
            <w:rStyle w:val="aff1"/>
            <w:rFonts w:ascii="Times New Roman" w:eastAsia="Times New Roman" w:hAnsi="Times New Roman" w:cstheme="minorBidi"/>
            <w:iCs/>
            <w:sz w:val="28"/>
            <w:szCs w:val="28"/>
            <w:lang w:val="ru-RU"/>
          </w:rPr>
          <w:t>-</w:t>
        </w:r>
        <w:proofErr w:type="spellStart"/>
        <w:r w:rsidR="008016DB" w:rsidRPr="008016DB">
          <w:rPr>
            <w:rStyle w:val="aff1"/>
            <w:rFonts w:ascii="Times New Roman" w:eastAsia="Times New Roman" w:hAnsi="Times New Roman" w:cstheme="minorBidi"/>
            <w:iCs/>
            <w:sz w:val="28"/>
            <w:szCs w:val="28"/>
          </w:rPr>
          <w:t>elementamy</w:t>
        </w:r>
        <w:proofErr w:type="spellEnd"/>
        <w:r w:rsidR="008016DB" w:rsidRPr="008016DB">
          <w:rPr>
            <w:rStyle w:val="aff1"/>
            <w:rFonts w:ascii="Times New Roman" w:eastAsia="Times New Roman" w:hAnsi="Times New Roman" w:cstheme="minorBidi"/>
            <w:iCs/>
            <w:sz w:val="28"/>
            <w:szCs w:val="28"/>
            <w:lang w:val="ru-RU"/>
          </w:rPr>
          <w:t>-</w:t>
        </w:r>
        <w:proofErr w:type="spellStart"/>
        <w:r w:rsidR="008016DB" w:rsidRPr="008016DB">
          <w:rPr>
            <w:rStyle w:val="aff1"/>
            <w:rFonts w:ascii="Times New Roman" w:eastAsia="Times New Roman" w:hAnsi="Times New Roman" w:cstheme="minorBidi"/>
            <w:iCs/>
            <w:sz w:val="28"/>
            <w:szCs w:val="28"/>
          </w:rPr>
          <w:t>zhyvlennya</w:t>
        </w:r>
        <w:proofErr w:type="spellEnd"/>
        <w:r w:rsidR="008016DB" w:rsidRPr="008016DB">
          <w:rPr>
            <w:rStyle w:val="aff1"/>
            <w:rFonts w:ascii="Times New Roman" w:eastAsia="Times New Roman" w:hAnsi="Times New Roman" w:cstheme="minorBidi"/>
            <w:iCs/>
            <w:sz w:val="28"/>
            <w:szCs w:val="28"/>
            <w:lang w:val="ru-RU"/>
          </w:rPr>
          <w:t>-</w:t>
        </w:r>
        <w:proofErr w:type="spellStart"/>
        <w:r w:rsidR="008016DB" w:rsidRPr="008016DB">
          <w:rPr>
            <w:rStyle w:val="aff1"/>
            <w:rFonts w:ascii="Times New Roman" w:eastAsia="Times New Roman" w:hAnsi="Times New Roman" w:cstheme="minorBidi"/>
            <w:iCs/>
            <w:sz w:val="28"/>
            <w:szCs w:val="28"/>
          </w:rPr>
          <w:t>zernovyh</w:t>
        </w:r>
        <w:proofErr w:type="spellEnd"/>
        <w:r w:rsidR="008016DB" w:rsidRPr="008016DB">
          <w:rPr>
            <w:rStyle w:val="aff1"/>
            <w:rFonts w:ascii="Times New Roman" w:eastAsia="Times New Roman" w:hAnsi="Times New Roman" w:cstheme="minorBidi"/>
            <w:iCs/>
            <w:sz w:val="28"/>
            <w:szCs w:val="28"/>
            <w:lang w:val="ru-RU"/>
          </w:rPr>
          <w:t>-</w:t>
        </w:r>
        <w:r w:rsidR="008016DB" w:rsidRPr="008016DB">
          <w:rPr>
            <w:rStyle w:val="aff1"/>
            <w:rFonts w:ascii="Times New Roman" w:eastAsia="Times New Roman" w:hAnsi="Times New Roman" w:cstheme="minorBidi"/>
            <w:iCs/>
            <w:sz w:val="28"/>
            <w:szCs w:val="28"/>
          </w:rPr>
          <w:t>kultur</w:t>
        </w:r>
        <w:r w:rsidR="008016DB" w:rsidRPr="008016DB">
          <w:rPr>
            <w:rStyle w:val="aff1"/>
            <w:rFonts w:ascii="Times New Roman" w:eastAsia="Times New Roman" w:hAnsi="Times New Roman" w:cstheme="minorBidi"/>
            <w:iCs/>
            <w:sz w:val="28"/>
            <w:szCs w:val="28"/>
            <w:lang w:val="ru-RU"/>
          </w:rPr>
          <w:t>/</w:t>
        </w:r>
      </w:hyperlink>
      <w:r w:rsidR="008016DB" w:rsidRPr="008016DB">
        <w:rPr>
          <w:rFonts w:ascii="Times New Roman" w:eastAsia="Times New Roman" w:hAnsi="Times New Roman"/>
          <w:iCs/>
          <w:color w:val="000000"/>
          <w:sz w:val="28"/>
          <w:szCs w:val="28"/>
          <w:lang w:val="ru-RU"/>
        </w:rPr>
        <w:t xml:space="preserve"> (дата </w:t>
      </w:r>
      <w:proofErr w:type="spellStart"/>
      <w:r w:rsidR="008016DB" w:rsidRPr="008016DB">
        <w:rPr>
          <w:rFonts w:ascii="Times New Roman" w:eastAsia="Times New Roman" w:hAnsi="Times New Roman"/>
          <w:iCs/>
          <w:color w:val="000000"/>
          <w:sz w:val="28"/>
          <w:szCs w:val="28"/>
          <w:lang w:val="ru-RU"/>
        </w:rPr>
        <w:t>звернення</w:t>
      </w:r>
      <w:proofErr w:type="spellEnd"/>
      <w:r w:rsidR="008016DB" w:rsidRPr="008016DB">
        <w:rPr>
          <w:rFonts w:ascii="Times New Roman" w:eastAsia="Times New Roman" w:hAnsi="Times New Roman"/>
          <w:iCs/>
          <w:color w:val="000000"/>
          <w:sz w:val="28"/>
          <w:szCs w:val="28"/>
          <w:lang w:val="ru-RU"/>
        </w:rPr>
        <w:t xml:space="preserve">: </w:t>
      </w:r>
      <w:r w:rsidR="00892EF7">
        <w:rPr>
          <w:rFonts w:ascii="Times New Roman" w:eastAsia="Times New Roman" w:hAnsi="Times New Roman"/>
          <w:iCs/>
          <w:color w:val="000000"/>
          <w:sz w:val="28"/>
          <w:szCs w:val="28"/>
          <w:lang w:val="ru-RU"/>
        </w:rPr>
        <w:t>16</w:t>
      </w:r>
      <w:r w:rsidR="008016DB" w:rsidRPr="008016DB">
        <w:rPr>
          <w:rFonts w:ascii="Times New Roman" w:eastAsia="Times New Roman" w:hAnsi="Times New Roman"/>
          <w:iCs/>
          <w:color w:val="000000"/>
          <w:sz w:val="28"/>
          <w:szCs w:val="28"/>
          <w:lang w:val="ru-RU"/>
        </w:rPr>
        <w:t>.0</w:t>
      </w:r>
      <w:r w:rsidR="00892EF7">
        <w:rPr>
          <w:rFonts w:ascii="Times New Roman" w:eastAsia="Times New Roman" w:hAnsi="Times New Roman"/>
          <w:iCs/>
          <w:color w:val="000000"/>
          <w:sz w:val="28"/>
          <w:szCs w:val="28"/>
          <w:lang w:val="ru-RU"/>
        </w:rPr>
        <w:t>3</w:t>
      </w:r>
      <w:r w:rsidR="008016DB" w:rsidRPr="008016DB">
        <w:rPr>
          <w:rFonts w:ascii="Times New Roman" w:eastAsia="Times New Roman" w:hAnsi="Times New Roman"/>
          <w:iCs/>
          <w:color w:val="000000"/>
          <w:sz w:val="28"/>
          <w:szCs w:val="28"/>
          <w:lang w:val="ru-RU"/>
        </w:rPr>
        <w:t>.2025).</w:t>
      </w:r>
    </w:p>
    <w:p w14:paraId="6B2E306B" w14:textId="77777777" w:rsidR="00344EBA" w:rsidRDefault="00344EBA" w:rsidP="00344EBA">
      <w:pPr>
        <w:pStyle w:val="ae"/>
        <w:tabs>
          <w:tab w:val="left" w:pos="599"/>
        </w:tabs>
        <w:spacing w:after="0" w:line="360" w:lineRule="auto"/>
        <w:ind w:left="0"/>
        <w:jc w:val="both"/>
        <w:rPr>
          <w:rFonts w:ascii="Times New Roman" w:hAnsi="Times New Roman"/>
          <w:spacing w:val="-2"/>
          <w:sz w:val="28"/>
          <w:szCs w:val="28"/>
          <w:lang w:val="uk-UA"/>
        </w:rPr>
      </w:pPr>
      <w:r>
        <w:rPr>
          <w:rFonts w:ascii="Times New Roman" w:hAnsi="Times New Roman"/>
          <w:sz w:val="28"/>
          <w:szCs w:val="28"/>
          <w:lang w:val="uk-UA"/>
        </w:rPr>
        <w:t xml:space="preserve">8. </w:t>
      </w:r>
      <w:proofErr w:type="spellStart"/>
      <w:r w:rsidR="008016DB" w:rsidRPr="008016DB">
        <w:rPr>
          <w:rFonts w:ascii="Times New Roman" w:hAnsi="Times New Roman"/>
          <w:sz w:val="28"/>
          <w:szCs w:val="28"/>
          <w:lang w:val="ru-RU"/>
        </w:rPr>
        <w:t>Матюха</w:t>
      </w:r>
      <w:proofErr w:type="spellEnd"/>
      <w:r w:rsidR="008016DB" w:rsidRPr="008016DB">
        <w:rPr>
          <w:rFonts w:ascii="Times New Roman" w:hAnsi="Times New Roman"/>
          <w:sz w:val="28"/>
          <w:szCs w:val="28"/>
          <w:lang w:val="ru-RU"/>
        </w:rPr>
        <w:t xml:space="preserve"> В. Л. </w:t>
      </w:r>
      <w:proofErr w:type="spellStart"/>
      <w:r w:rsidR="008016DB" w:rsidRPr="008016DB">
        <w:rPr>
          <w:rFonts w:ascii="Times New Roman" w:hAnsi="Times New Roman"/>
          <w:sz w:val="28"/>
          <w:szCs w:val="28"/>
          <w:lang w:val="ru-RU"/>
        </w:rPr>
        <w:t>Фітосанітарний</w:t>
      </w:r>
      <w:proofErr w:type="spellEnd"/>
      <w:r w:rsidR="008016DB" w:rsidRPr="008016DB">
        <w:rPr>
          <w:rFonts w:ascii="Times New Roman" w:hAnsi="Times New Roman"/>
          <w:sz w:val="28"/>
          <w:szCs w:val="28"/>
          <w:lang w:val="ru-RU"/>
        </w:rPr>
        <w:t xml:space="preserve"> стан </w:t>
      </w:r>
      <w:proofErr w:type="spellStart"/>
      <w:r w:rsidR="008016DB" w:rsidRPr="008016DB">
        <w:rPr>
          <w:rFonts w:ascii="Times New Roman" w:hAnsi="Times New Roman"/>
          <w:sz w:val="28"/>
          <w:szCs w:val="28"/>
          <w:lang w:val="ru-RU"/>
        </w:rPr>
        <w:t>посівів</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пшениці</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озимої</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залежно</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від</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впливу</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бакових</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сумішей</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пестицидів</w:t>
      </w:r>
      <w:proofErr w:type="spellEnd"/>
      <w:r w:rsidR="008016DB" w:rsidRPr="008016DB">
        <w:rPr>
          <w:rFonts w:ascii="Times New Roman" w:hAnsi="Times New Roman"/>
          <w:sz w:val="28"/>
          <w:szCs w:val="28"/>
          <w:lang w:val="ru-RU"/>
        </w:rPr>
        <w:t xml:space="preserve"> в </w:t>
      </w:r>
      <w:proofErr w:type="spellStart"/>
      <w:r w:rsidR="008016DB" w:rsidRPr="008016DB">
        <w:rPr>
          <w:rFonts w:ascii="Times New Roman" w:hAnsi="Times New Roman"/>
          <w:sz w:val="28"/>
          <w:szCs w:val="28"/>
          <w:lang w:val="ru-RU"/>
        </w:rPr>
        <w:t>Північному</w:t>
      </w:r>
      <w:proofErr w:type="spellEnd"/>
      <w:r w:rsidR="008016DB" w:rsidRPr="008016DB">
        <w:rPr>
          <w:rFonts w:ascii="Times New Roman" w:hAnsi="Times New Roman"/>
          <w:sz w:val="28"/>
          <w:szCs w:val="28"/>
          <w:lang w:val="ru-RU"/>
        </w:rPr>
        <w:t xml:space="preserve"> Степу </w:t>
      </w:r>
      <w:proofErr w:type="spellStart"/>
      <w:r w:rsidR="008016DB" w:rsidRPr="008016DB">
        <w:rPr>
          <w:rFonts w:ascii="Times New Roman" w:hAnsi="Times New Roman"/>
          <w:sz w:val="28"/>
          <w:szCs w:val="28"/>
          <w:lang w:val="ru-RU"/>
        </w:rPr>
        <w:t>України</w:t>
      </w:r>
      <w:proofErr w:type="spellEnd"/>
      <w:r w:rsidR="008016DB" w:rsidRPr="008016DB">
        <w:rPr>
          <w:rFonts w:ascii="Times New Roman" w:hAnsi="Times New Roman"/>
          <w:sz w:val="28"/>
          <w:szCs w:val="28"/>
          <w:lang w:val="ru-RU"/>
        </w:rPr>
        <w:t xml:space="preserve"> // </w:t>
      </w:r>
      <w:proofErr w:type="spellStart"/>
      <w:r w:rsidR="008016DB" w:rsidRPr="00892EF7">
        <w:rPr>
          <w:rFonts w:ascii="Times New Roman" w:hAnsi="Times New Roman"/>
          <w:i/>
          <w:iCs/>
          <w:sz w:val="28"/>
          <w:szCs w:val="28"/>
          <w:lang w:val="ru-RU"/>
        </w:rPr>
        <w:t>Таврійський</w:t>
      </w:r>
      <w:proofErr w:type="spellEnd"/>
      <w:r w:rsidR="008016DB" w:rsidRPr="00892EF7">
        <w:rPr>
          <w:rFonts w:ascii="Times New Roman" w:hAnsi="Times New Roman"/>
          <w:i/>
          <w:iCs/>
          <w:sz w:val="28"/>
          <w:szCs w:val="28"/>
          <w:lang w:val="ru-RU"/>
        </w:rPr>
        <w:t xml:space="preserve"> </w:t>
      </w:r>
      <w:proofErr w:type="spellStart"/>
      <w:r w:rsidR="008016DB" w:rsidRPr="00892EF7">
        <w:rPr>
          <w:rFonts w:ascii="Times New Roman" w:hAnsi="Times New Roman"/>
          <w:i/>
          <w:iCs/>
          <w:sz w:val="28"/>
          <w:szCs w:val="28"/>
          <w:lang w:val="ru-RU"/>
        </w:rPr>
        <w:t>науковий</w:t>
      </w:r>
      <w:proofErr w:type="spellEnd"/>
      <w:r w:rsidR="008016DB" w:rsidRPr="00892EF7">
        <w:rPr>
          <w:rFonts w:ascii="Times New Roman" w:hAnsi="Times New Roman"/>
          <w:i/>
          <w:iCs/>
          <w:sz w:val="28"/>
          <w:szCs w:val="28"/>
          <w:lang w:val="ru-RU"/>
        </w:rPr>
        <w:t xml:space="preserve"> </w:t>
      </w:r>
      <w:proofErr w:type="spellStart"/>
      <w:r w:rsidR="008016DB" w:rsidRPr="00892EF7">
        <w:rPr>
          <w:rFonts w:ascii="Times New Roman" w:hAnsi="Times New Roman"/>
          <w:i/>
          <w:iCs/>
          <w:sz w:val="28"/>
          <w:szCs w:val="28"/>
          <w:lang w:val="ru-RU"/>
        </w:rPr>
        <w:t>вісник</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Землеробство</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рослинництво</w:t>
      </w:r>
      <w:proofErr w:type="spellEnd"/>
      <w:r w:rsidR="008016DB" w:rsidRPr="008016DB">
        <w:rPr>
          <w:rFonts w:ascii="Times New Roman" w:hAnsi="Times New Roman"/>
          <w:sz w:val="28"/>
          <w:szCs w:val="28"/>
          <w:lang w:val="ru-RU"/>
        </w:rPr>
        <w:t xml:space="preserve">, </w:t>
      </w:r>
      <w:proofErr w:type="spellStart"/>
      <w:r w:rsidR="008016DB" w:rsidRPr="008016DB">
        <w:rPr>
          <w:rFonts w:ascii="Times New Roman" w:hAnsi="Times New Roman"/>
          <w:sz w:val="28"/>
          <w:szCs w:val="28"/>
          <w:lang w:val="ru-RU"/>
        </w:rPr>
        <w:t>овочівництво</w:t>
      </w:r>
      <w:proofErr w:type="spellEnd"/>
      <w:r w:rsidR="008016DB" w:rsidRPr="008016DB">
        <w:rPr>
          <w:rFonts w:ascii="Times New Roman" w:hAnsi="Times New Roman"/>
          <w:sz w:val="28"/>
          <w:szCs w:val="28"/>
          <w:lang w:val="ru-RU"/>
        </w:rPr>
        <w:t xml:space="preserve"> та </w:t>
      </w:r>
      <w:proofErr w:type="spellStart"/>
      <w:r w:rsidR="008016DB" w:rsidRPr="008016DB">
        <w:rPr>
          <w:rFonts w:ascii="Times New Roman" w:hAnsi="Times New Roman"/>
          <w:sz w:val="28"/>
          <w:szCs w:val="28"/>
          <w:lang w:val="ru-RU"/>
        </w:rPr>
        <w:t>баштанництво</w:t>
      </w:r>
      <w:proofErr w:type="spellEnd"/>
      <w:r w:rsidR="008016DB" w:rsidRPr="008016DB">
        <w:rPr>
          <w:rFonts w:ascii="Times New Roman" w:hAnsi="Times New Roman"/>
          <w:sz w:val="28"/>
          <w:szCs w:val="28"/>
          <w:lang w:val="ru-RU"/>
        </w:rPr>
        <w:t>. 2023. № 129. С. 102–110.</w:t>
      </w:r>
    </w:p>
    <w:p w14:paraId="66047387" w14:textId="77777777" w:rsidR="00364057" w:rsidRPr="00344EBA" w:rsidRDefault="00CE44C0" w:rsidP="007D0D5E">
      <w:pPr>
        <w:widowControl w:val="0"/>
        <w:tabs>
          <w:tab w:val="left" w:pos="426"/>
        </w:tabs>
        <w:autoSpaceDE w:val="0"/>
        <w:autoSpaceDN w:val="0"/>
        <w:spacing w:after="0" w:line="360" w:lineRule="auto"/>
        <w:contextualSpacing/>
        <w:jc w:val="both"/>
        <w:rPr>
          <w:rFonts w:ascii="Times New Roman" w:hAnsi="Times New Roman" w:cs="Times New Roman"/>
          <w:sz w:val="28"/>
          <w:szCs w:val="28"/>
          <w:lang w:val="uk-UA"/>
        </w:rPr>
      </w:pPr>
      <w:r w:rsidRPr="00CE44C0">
        <w:rPr>
          <w:rFonts w:ascii="Times New Roman" w:hAnsi="Times New Roman" w:cs="Times New Roman"/>
          <w:spacing w:val="-2"/>
          <w:sz w:val="28"/>
          <w:szCs w:val="28"/>
          <w:lang w:val="uk-UA"/>
        </w:rPr>
        <w:t xml:space="preserve">9. </w:t>
      </w:r>
      <w:proofErr w:type="spellStart"/>
      <w:r w:rsidR="008016DB" w:rsidRPr="008016DB">
        <w:rPr>
          <w:rFonts w:ascii="Times New Roman" w:hAnsi="Times New Roman" w:cs="Times New Roman"/>
          <w:sz w:val="28"/>
          <w:szCs w:val="28"/>
          <w:lang w:val="uk-UA"/>
        </w:rPr>
        <w:t>Грицаєнко</w:t>
      </w:r>
      <w:proofErr w:type="spellEnd"/>
      <w:r w:rsidR="008016DB" w:rsidRPr="008016DB">
        <w:rPr>
          <w:rFonts w:ascii="Times New Roman" w:hAnsi="Times New Roman" w:cs="Times New Roman"/>
          <w:sz w:val="28"/>
          <w:szCs w:val="28"/>
          <w:lang w:val="uk-UA"/>
        </w:rPr>
        <w:t xml:space="preserve"> З. М., </w:t>
      </w:r>
      <w:proofErr w:type="spellStart"/>
      <w:r w:rsidR="008016DB" w:rsidRPr="008016DB">
        <w:rPr>
          <w:rFonts w:ascii="Times New Roman" w:hAnsi="Times New Roman" w:cs="Times New Roman"/>
          <w:sz w:val="28"/>
          <w:szCs w:val="28"/>
          <w:lang w:val="uk-UA"/>
        </w:rPr>
        <w:t>Грицаєнко</w:t>
      </w:r>
      <w:proofErr w:type="spellEnd"/>
      <w:r w:rsidR="008016DB" w:rsidRPr="008016DB">
        <w:rPr>
          <w:rFonts w:ascii="Times New Roman" w:hAnsi="Times New Roman" w:cs="Times New Roman"/>
          <w:sz w:val="28"/>
          <w:szCs w:val="28"/>
          <w:lang w:val="uk-UA"/>
        </w:rPr>
        <w:t xml:space="preserve"> А. О., Карпенко В. П. Методи біологічних та агрохімічних досліджень рослин і ґрунтів. </w:t>
      </w:r>
      <w:proofErr w:type="spellStart"/>
      <w:proofErr w:type="gramStart"/>
      <w:r w:rsidR="008016DB" w:rsidRPr="008016DB">
        <w:rPr>
          <w:rFonts w:ascii="Times New Roman" w:hAnsi="Times New Roman" w:cs="Times New Roman"/>
          <w:sz w:val="28"/>
          <w:szCs w:val="28"/>
        </w:rPr>
        <w:t>Київ</w:t>
      </w:r>
      <w:proofErr w:type="spellEnd"/>
      <w:r w:rsidR="008016DB" w:rsidRPr="008016DB">
        <w:rPr>
          <w:rFonts w:ascii="Times New Roman" w:hAnsi="Times New Roman" w:cs="Times New Roman"/>
          <w:sz w:val="28"/>
          <w:szCs w:val="28"/>
        </w:rPr>
        <w:t xml:space="preserve"> :</w:t>
      </w:r>
      <w:proofErr w:type="gramEnd"/>
      <w:r w:rsidR="008016DB" w:rsidRPr="008016DB">
        <w:rPr>
          <w:rFonts w:ascii="Times New Roman" w:hAnsi="Times New Roman" w:cs="Times New Roman"/>
          <w:sz w:val="28"/>
          <w:szCs w:val="28"/>
        </w:rPr>
        <w:t xml:space="preserve"> ЗАТ «</w:t>
      </w:r>
      <w:proofErr w:type="spellStart"/>
      <w:r w:rsidR="008016DB" w:rsidRPr="008016DB">
        <w:rPr>
          <w:rFonts w:ascii="Times New Roman" w:hAnsi="Times New Roman" w:cs="Times New Roman"/>
          <w:sz w:val="28"/>
          <w:szCs w:val="28"/>
        </w:rPr>
        <w:t>Нічлава</w:t>
      </w:r>
      <w:proofErr w:type="spellEnd"/>
      <w:r w:rsidR="008016DB" w:rsidRPr="008016DB">
        <w:rPr>
          <w:rFonts w:ascii="Times New Roman" w:hAnsi="Times New Roman" w:cs="Times New Roman"/>
          <w:sz w:val="28"/>
          <w:szCs w:val="28"/>
        </w:rPr>
        <w:t>», 2003. 320 с.</w:t>
      </w:r>
    </w:p>
    <w:sectPr w:rsidR="00364057" w:rsidRPr="00344EBA" w:rsidSect="007D0D5E">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w:panose1 w:val="02070309020205020404"/>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0C03759"/>
    <w:multiLevelType w:val="hybridMultilevel"/>
    <w:tmpl w:val="1D8A905E"/>
    <w:lvl w:ilvl="0" w:tplc="5AA6220A">
      <w:start w:val="2"/>
      <w:numFmt w:val="decimal"/>
      <w:lvlText w:val="%1."/>
      <w:lvlJc w:val="left"/>
      <w:pPr>
        <w:tabs>
          <w:tab w:val="num" w:pos="540"/>
        </w:tabs>
        <w:ind w:left="540" w:hanging="360"/>
      </w:pPr>
      <w:rPr>
        <w:rFonts w:hint="default"/>
        <w:color w:val="000000"/>
        <w:sz w:val="28"/>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0" w15:restartNumberingAfterBreak="0">
    <w:nsid w:val="17943179"/>
    <w:multiLevelType w:val="singleLevel"/>
    <w:tmpl w:val="51442C70"/>
    <w:lvl w:ilvl="0">
      <w:start w:val="1"/>
      <w:numFmt w:val="decimal"/>
      <w:lvlText w:val="%1."/>
      <w:lvlJc w:val="left"/>
      <w:pPr>
        <w:tabs>
          <w:tab w:val="num" w:pos="928"/>
        </w:tabs>
        <w:ind w:left="928" w:hanging="360"/>
      </w:pPr>
    </w:lvl>
  </w:abstractNum>
  <w:abstractNum w:abstractNumId="11" w15:restartNumberingAfterBreak="0">
    <w:nsid w:val="71BA3F64"/>
    <w:multiLevelType w:val="hybridMultilevel"/>
    <w:tmpl w:val="3D0E9AD4"/>
    <w:lvl w:ilvl="0" w:tplc="5E1CBED0">
      <w:start w:val="1"/>
      <w:numFmt w:val="decimal"/>
      <w:lvlText w:val="%1."/>
      <w:lvlJc w:val="left"/>
      <w:pPr>
        <w:ind w:left="2751" w:hanging="341"/>
      </w:pPr>
      <w:rPr>
        <w:rFonts w:ascii="Times New Roman" w:eastAsia="Times New Roman" w:hAnsi="Times New Roman" w:cs="Times New Roman" w:hint="default"/>
        <w:w w:val="100"/>
        <w:sz w:val="28"/>
        <w:szCs w:val="28"/>
        <w:lang w:val="uk-UA" w:eastAsia="uk-UA" w:bidi="uk-UA"/>
      </w:rPr>
    </w:lvl>
    <w:lvl w:ilvl="1" w:tplc="C3C4D092">
      <w:numFmt w:val="bullet"/>
      <w:lvlText w:val="•"/>
      <w:lvlJc w:val="left"/>
      <w:pPr>
        <w:ind w:left="3796" w:hanging="341"/>
      </w:pPr>
      <w:rPr>
        <w:rFonts w:hint="default"/>
        <w:lang w:val="uk-UA" w:eastAsia="uk-UA" w:bidi="uk-UA"/>
      </w:rPr>
    </w:lvl>
    <w:lvl w:ilvl="2" w:tplc="FB6867B0">
      <w:numFmt w:val="bullet"/>
      <w:lvlText w:val="•"/>
      <w:lvlJc w:val="left"/>
      <w:pPr>
        <w:ind w:left="4833" w:hanging="341"/>
      </w:pPr>
      <w:rPr>
        <w:rFonts w:hint="default"/>
        <w:lang w:val="uk-UA" w:eastAsia="uk-UA" w:bidi="uk-UA"/>
      </w:rPr>
    </w:lvl>
    <w:lvl w:ilvl="3" w:tplc="40B02BE6">
      <w:numFmt w:val="bullet"/>
      <w:lvlText w:val="•"/>
      <w:lvlJc w:val="left"/>
      <w:pPr>
        <w:ind w:left="5869" w:hanging="341"/>
      </w:pPr>
      <w:rPr>
        <w:rFonts w:hint="default"/>
        <w:lang w:val="uk-UA" w:eastAsia="uk-UA" w:bidi="uk-UA"/>
      </w:rPr>
    </w:lvl>
    <w:lvl w:ilvl="4" w:tplc="992EEF50">
      <w:numFmt w:val="bullet"/>
      <w:lvlText w:val="•"/>
      <w:lvlJc w:val="left"/>
      <w:pPr>
        <w:ind w:left="6906" w:hanging="341"/>
      </w:pPr>
      <w:rPr>
        <w:rFonts w:hint="default"/>
        <w:lang w:val="uk-UA" w:eastAsia="uk-UA" w:bidi="uk-UA"/>
      </w:rPr>
    </w:lvl>
    <w:lvl w:ilvl="5" w:tplc="910860BA">
      <w:numFmt w:val="bullet"/>
      <w:lvlText w:val="•"/>
      <w:lvlJc w:val="left"/>
      <w:pPr>
        <w:ind w:left="7943" w:hanging="341"/>
      </w:pPr>
      <w:rPr>
        <w:rFonts w:hint="default"/>
        <w:lang w:val="uk-UA" w:eastAsia="uk-UA" w:bidi="uk-UA"/>
      </w:rPr>
    </w:lvl>
    <w:lvl w:ilvl="6" w:tplc="38127656">
      <w:numFmt w:val="bullet"/>
      <w:lvlText w:val="•"/>
      <w:lvlJc w:val="left"/>
      <w:pPr>
        <w:ind w:left="8979" w:hanging="341"/>
      </w:pPr>
      <w:rPr>
        <w:rFonts w:hint="default"/>
        <w:lang w:val="uk-UA" w:eastAsia="uk-UA" w:bidi="uk-UA"/>
      </w:rPr>
    </w:lvl>
    <w:lvl w:ilvl="7" w:tplc="34642798">
      <w:numFmt w:val="bullet"/>
      <w:lvlText w:val="•"/>
      <w:lvlJc w:val="left"/>
      <w:pPr>
        <w:ind w:left="10016" w:hanging="341"/>
      </w:pPr>
      <w:rPr>
        <w:rFonts w:hint="default"/>
        <w:lang w:val="uk-UA" w:eastAsia="uk-UA" w:bidi="uk-UA"/>
      </w:rPr>
    </w:lvl>
    <w:lvl w:ilvl="8" w:tplc="5C0CB660">
      <w:numFmt w:val="bullet"/>
      <w:lvlText w:val="•"/>
      <w:lvlJc w:val="left"/>
      <w:pPr>
        <w:ind w:left="11053" w:hanging="341"/>
      </w:pPr>
      <w:rPr>
        <w:rFonts w:hint="default"/>
        <w:lang w:val="uk-UA" w:eastAsia="uk-UA" w:bidi="uk-UA"/>
      </w:rPr>
    </w:lvl>
  </w:abstractNum>
  <w:num w:numId="1" w16cid:durableId="831289791">
    <w:abstractNumId w:val="8"/>
  </w:num>
  <w:num w:numId="2" w16cid:durableId="1586919059">
    <w:abstractNumId w:val="6"/>
  </w:num>
  <w:num w:numId="3" w16cid:durableId="1694112296">
    <w:abstractNumId w:val="5"/>
  </w:num>
  <w:num w:numId="4" w16cid:durableId="279262573">
    <w:abstractNumId w:val="4"/>
  </w:num>
  <w:num w:numId="5" w16cid:durableId="292293447">
    <w:abstractNumId w:val="7"/>
  </w:num>
  <w:num w:numId="6" w16cid:durableId="1171683421">
    <w:abstractNumId w:val="3"/>
  </w:num>
  <w:num w:numId="7" w16cid:durableId="142700532">
    <w:abstractNumId w:val="2"/>
  </w:num>
  <w:num w:numId="8" w16cid:durableId="1862546017">
    <w:abstractNumId w:val="1"/>
  </w:num>
  <w:num w:numId="9" w16cid:durableId="1349795317">
    <w:abstractNumId w:val="0"/>
  </w:num>
  <w:num w:numId="10" w16cid:durableId="1307587818">
    <w:abstractNumId w:val="9"/>
  </w:num>
  <w:num w:numId="11" w16cid:durableId="599336633">
    <w:abstractNumId w:val="11"/>
  </w:num>
  <w:num w:numId="12" w16cid:durableId="1858884657">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E5"/>
    <w:rsid w:val="00083C47"/>
    <w:rsid w:val="000921A3"/>
    <w:rsid w:val="000A2516"/>
    <w:rsid w:val="000A266C"/>
    <w:rsid w:val="00111960"/>
    <w:rsid w:val="00132F2A"/>
    <w:rsid w:val="001C3444"/>
    <w:rsid w:val="00204035"/>
    <w:rsid w:val="002665BA"/>
    <w:rsid w:val="00287D1D"/>
    <w:rsid w:val="002B28E5"/>
    <w:rsid w:val="00344EBA"/>
    <w:rsid w:val="00364057"/>
    <w:rsid w:val="00381E41"/>
    <w:rsid w:val="003A06E5"/>
    <w:rsid w:val="003E398B"/>
    <w:rsid w:val="004B147A"/>
    <w:rsid w:val="004B262A"/>
    <w:rsid w:val="005E133B"/>
    <w:rsid w:val="005F75DD"/>
    <w:rsid w:val="00600A88"/>
    <w:rsid w:val="00615ED0"/>
    <w:rsid w:val="00731A2B"/>
    <w:rsid w:val="007D0D5E"/>
    <w:rsid w:val="007D589F"/>
    <w:rsid w:val="007E3889"/>
    <w:rsid w:val="008016DB"/>
    <w:rsid w:val="00830195"/>
    <w:rsid w:val="00892EF7"/>
    <w:rsid w:val="008A1DBD"/>
    <w:rsid w:val="00906D1F"/>
    <w:rsid w:val="009479D5"/>
    <w:rsid w:val="00962114"/>
    <w:rsid w:val="00AC6A13"/>
    <w:rsid w:val="00BE3376"/>
    <w:rsid w:val="00C27310"/>
    <w:rsid w:val="00C632FC"/>
    <w:rsid w:val="00CE44C0"/>
    <w:rsid w:val="00D56A76"/>
    <w:rsid w:val="00D96270"/>
    <w:rsid w:val="00DA5C48"/>
    <w:rsid w:val="00E57514"/>
    <w:rsid w:val="00EC7655"/>
    <w:rsid w:val="00ED58B8"/>
    <w:rsid w:val="00EE51A0"/>
    <w:rsid w:val="00F15C5A"/>
    <w:rsid w:val="00F24398"/>
    <w:rsid w:val="00F56A2F"/>
    <w:rsid w:val="00FA0F46"/>
    <w:rsid w:val="00FD5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68DDB"/>
  <w15:chartTrackingRefBased/>
  <w15:docId w15:val="{13D343AA-1517-4CE3-A9B5-698C305C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364057"/>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21">
    <w:name w:val="heading 2"/>
    <w:basedOn w:val="a1"/>
    <w:next w:val="a1"/>
    <w:link w:val="22"/>
    <w:uiPriority w:val="9"/>
    <w:unhideWhenUsed/>
    <w:qFormat/>
    <w:rsid w:val="00364057"/>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1">
    <w:name w:val="heading 3"/>
    <w:basedOn w:val="a1"/>
    <w:next w:val="a1"/>
    <w:link w:val="32"/>
    <w:uiPriority w:val="9"/>
    <w:unhideWhenUsed/>
    <w:qFormat/>
    <w:rsid w:val="00364057"/>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4">
    <w:name w:val="heading 4"/>
    <w:basedOn w:val="a1"/>
    <w:next w:val="a1"/>
    <w:link w:val="40"/>
    <w:uiPriority w:val="9"/>
    <w:semiHidden/>
    <w:unhideWhenUsed/>
    <w:qFormat/>
    <w:rsid w:val="00364057"/>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5">
    <w:name w:val="heading 5"/>
    <w:basedOn w:val="a1"/>
    <w:next w:val="a1"/>
    <w:link w:val="50"/>
    <w:uiPriority w:val="9"/>
    <w:semiHidden/>
    <w:unhideWhenUsed/>
    <w:qFormat/>
    <w:rsid w:val="00364057"/>
    <w:pPr>
      <w:keepNext/>
      <w:keepLines/>
      <w:spacing w:before="200" w:after="0" w:line="276" w:lineRule="auto"/>
      <w:outlineLvl w:val="4"/>
    </w:pPr>
    <w:rPr>
      <w:rFonts w:asciiTheme="majorHAnsi" w:eastAsiaTheme="majorEastAsia" w:hAnsiTheme="majorHAnsi" w:cstheme="majorBidi"/>
      <w:color w:val="1F4D78" w:themeColor="accent1" w:themeShade="7F"/>
    </w:rPr>
  </w:style>
  <w:style w:type="paragraph" w:styleId="6">
    <w:name w:val="heading 6"/>
    <w:basedOn w:val="a1"/>
    <w:next w:val="a1"/>
    <w:link w:val="60"/>
    <w:uiPriority w:val="9"/>
    <w:semiHidden/>
    <w:unhideWhenUsed/>
    <w:qFormat/>
    <w:rsid w:val="00364057"/>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7">
    <w:name w:val="heading 7"/>
    <w:basedOn w:val="a1"/>
    <w:next w:val="a1"/>
    <w:link w:val="70"/>
    <w:uiPriority w:val="9"/>
    <w:semiHidden/>
    <w:unhideWhenUsed/>
    <w:qFormat/>
    <w:rsid w:val="00364057"/>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364057"/>
    <w:pPr>
      <w:keepNext/>
      <w:keepLines/>
      <w:spacing w:before="200" w:after="0" w:line="276" w:lineRule="auto"/>
      <w:outlineLvl w:val="7"/>
    </w:pPr>
    <w:rPr>
      <w:rFonts w:asciiTheme="majorHAnsi" w:eastAsiaTheme="majorEastAsia" w:hAnsiTheme="majorHAnsi" w:cstheme="majorBidi"/>
      <w:color w:val="5B9BD5" w:themeColor="accent1"/>
      <w:sz w:val="20"/>
      <w:szCs w:val="20"/>
    </w:rPr>
  </w:style>
  <w:style w:type="paragraph" w:styleId="9">
    <w:name w:val="heading 9"/>
    <w:basedOn w:val="a1"/>
    <w:next w:val="a1"/>
    <w:link w:val="90"/>
    <w:uiPriority w:val="9"/>
    <w:semiHidden/>
    <w:unhideWhenUsed/>
    <w:qFormat/>
    <w:rsid w:val="00364057"/>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364057"/>
    <w:rPr>
      <w:rFonts w:asciiTheme="majorHAnsi" w:eastAsiaTheme="majorEastAsia" w:hAnsiTheme="majorHAnsi" w:cstheme="majorBidi"/>
      <w:b/>
      <w:bCs/>
      <w:color w:val="2E74B5" w:themeColor="accent1" w:themeShade="BF"/>
      <w:sz w:val="28"/>
      <w:szCs w:val="28"/>
    </w:rPr>
  </w:style>
  <w:style w:type="character" w:customStyle="1" w:styleId="22">
    <w:name w:val="Заголовок 2 Знак"/>
    <w:basedOn w:val="a2"/>
    <w:link w:val="21"/>
    <w:uiPriority w:val="9"/>
    <w:rsid w:val="00364057"/>
    <w:rPr>
      <w:rFonts w:asciiTheme="majorHAnsi" w:eastAsiaTheme="majorEastAsia" w:hAnsiTheme="majorHAnsi" w:cstheme="majorBidi"/>
      <w:b/>
      <w:bCs/>
      <w:color w:val="5B9BD5" w:themeColor="accent1"/>
      <w:sz w:val="26"/>
      <w:szCs w:val="26"/>
    </w:rPr>
  </w:style>
  <w:style w:type="character" w:customStyle="1" w:styleId="32">
    <w:name w:val="Заголовок 3 Знак"/>
    <w:basedOn w:val="a2"/>
    <w:link w:val="31"/>
    <w:uiPriority w:val="9"/>
    <w:rsid w:val="00364057"/>
    <w:rPr>
      <w:rFonts w:asciiTheme="majorHAnsi" w:eastAsiaTheme="majorEastAsia" w:hAnsiTheme="majorHAnsi" w:cstheme="majorBidi"/>
      <w:b/>
      <w:bCs/>
      <w:color w:val="5B9BD5" w:themeColor="accent1"/>
    </w:rPr>
  </w:style>
  <w:style w:type="character" w:customStyle="1" w:styleId="40">
    <w:name w:val="Заголовок 4 Знак"/>
    <w:basedOn w:val="a2"/>
    <w:link w:val="4"/>
    <w:uiPriority w:val="9"/>
    <w:semiHidden/>
    <w:rsid w:val="00364057"/>
    <w:rPr>
      <w:rFonts w:asciiTheme="majorHAnsi" w:eastAsiaTheme="majorEastAsia" w:hAnsiTheme="majorHAnsi" w:cstheme="majorBidi"/>
      <w:b/>
      <w:bCs/>
      <w:i/>
      <w:iCs/>
      <w:color w:val="5B9BD5" w:themeColor="accent1"/>
    </w:rPr>
  </w:style>
  <w:style w:type="character" w:customStyle="1" w:styleId="50">
    <w:name w:val="Заголовок 5 Знак"/>
    <w:basedOn w:val="a2"/>
    <w:link w:val="5"/>
    <w:uiPriority w:val="9"/>
    <w:semiHidden/>
    <w:rsid w:val="00364057"/>
    <w:rPr>
      <w:rFonts w:asciiTheme="majorHAnsi" w:eastAsiaTheme="majorEastAsia" w:hAnsiTheme="majorHAnsi" w:cstheme="majorBidi"/>
      <w:color w:val="1F4D78" w:themeColor="accent1" w:themeShade="7F"/>
    </w:rPr>
  </w:style>
  <w:style w:type="character" w:customStyle="1" w:styleId="60">
    <w:name w:val="Заголовок 6 Знак"/>
    <w:basedOn w:val="a2"/>
    <w:link w:val="6"/>
    <w:uiPriority w:val="9"/>
    <w:semiHidden/>
    <w:rsid w:val="00364057"/>
    <w:rPr>
      <w:rFonts w:asciiTheme="majorHAnsi" w:eastAsiaTheme="majorEastAsia" w:hAnsiTheme="majorHAnsi" w:cstheme="majorBidi"/>
      <w:i/>
      <w:iCs/>
      <w:color w:val="1F4D78" w:themeColor="accent1" w:themeShade="7F"/>
    </w:rPr>
  </w:style>
  <w:style w:type="character" w:customStyle="1" w:styleId="70">
    <w:name w:val="Заголовок 7 Знак"/>
    <w:basedOn w:val="a2"/>
    <w:link w:val="7"/>
    <w:uiPriority w:val="9"/>
    <w:semiHidden/>
    <w:rsid w:val="00364057"/>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364057"/>
    <w:rPr>
      <w:rFonts w:asciiTheme="majorHAnsi" w:eastAsiaTheme="majorEastAsia" w:hAnsiTheme="majorHAnsi" w:cstheme="majorBidi"/>
      <w:color w:val="5B9BD5" w:themeColor="accent1"/>
      <w:sz w:val="20"/>
      <w:szCs w:val="20"/>
    </w:rPr>
  </w:style>
  <w:style w:type="character" w:customStyle="1" w:styleId="90">
    <w:name w:val="Заголовок 9 Знак"/>
    <w:basedOn w:val="a2"/>
    <w:link w:val="9"/>
    <w:uiPriority w:val="9"/>
    <w:semiHidden/>
    <w:rsid w:val="00364057"/>
    <w:rPr>
      <w:rFonts w:asciiTheme="majorHAnsi" w:eastAsiaTheme="majorEastAsia" w:hAnsiTheme="majorHAnsi" w:cstheme="majorBidi"/>
      <w:i/>
      <w:iCs/>
      <w:color w:val="404040" w:themeColor="text1" w:themeTint="BF"/>
      <w:sz w:val="20"/>
      <w:szCs w:val="20"/>
    </w:rPr>
  </w:style>
  <w:style w:type="paragraph" w:styleId="a5">
    <w:name w:val="header"/>
    <w:basedOn w:val="a1"/>
    <w:link w:val="a6"/>
    <w:uiPriority w:val="99"/>
    <w:unhideWhenUsed/>
    <w:rsid w:val="00364057"/>
    <w:pPr>
      <w:tabs>
        <w:tab w:val="center" w:pos="4680"/>
        <w:tab w:val="right" w:pos="9360"/>
      </w:tabs>
      <w:spacing w:after="0" w:line="240" w:lineRule="auto"/>
    </w:pPr>
    <w:rPr>
      <w:rFonts w:eastAsiaTheme="minorEastAsia"/>
    </w:rPr>
  </w:style>
  <w:style w:type="character" w:customStyle="1" w:styleId="a6">
    <w:name w:val="Верхній колонтитул Знак"/>
    <w:basedOn w:val="a2"/>
    <w:link w:val="a5"/>
    <w:uiPriority w:val="99"/>
    <w:rsid w:val="00364057"/>
    <w:rPr>
      <w:rFonts w:eastAsiaTheme="minorEastAsia"/>
    </w:rPr>
  </w:style>
  <w:style w:type="paragraph" w:styleId="a7">
    <w:name w:val="footer"/>
    <w:basedOn w:val="a1"/>
    <w:link w:val="a8"/>
    <w:uiPriority w:val="99"/>
    <w:unhideWhenUsed/>
    <w:rsid w:val="00364057"/>
    <w:pPr>
      <w:tabs>
        <w:tab w:val="center" w:pos="4680"/>
        <w:tab w:val="right" w:pos="9360"/>
      </w:tabs>
      <w:spacing w:after="0" w:line="240" w:lineRule="auto"/>
    </w:pPr>
    <w:rPr>
      <w:rFonts w:eastAsiaTheme="minorEastAsia"/>
    </w:rPr>
  </w:style>
  <w:style w:type="character" w:customStyle="1" w:styleId="a8">
    <w:name w:val="Нижній колонтитул Знак"/>
    <w:basedOn w:val="a2"/>
    <w:link w:val="a7"/>
    <w:uiPriority w:val="99"/>
    <w:rsid w:val="00364057"/>
    <w:rPr>
      <w:rFonts w:eastAsiaTheme="minorEastAsia"/>
    </w:rPr>
  </w:style>
  <w:style w:type="paragraph" w:styleId="a9">
    <w:name w:val="No Spacing"/>
    <w:uiPriority w:val="1"/>
    <w:qFormat/>
    <w:rsid w:val="00364057"/>
    <w:pPr>
      <w:spacing w:after="0" w:line="240" w:lineRule="auto"/>
    </w:pPr>
    <w:rPr>
      <w:rFonts w:eastAsiaTheme="minorEastAsia"/>
    </w:rPr>
  </w:style>
  <w:style w:type="paragraph" w:styleId="aa">
    <w:name w:val="Title"/>
    <w:basedOn w:val="a1"/>
    <w:next w:val="a1"/>
    <w:link w:val="ab"/>
    <w:uiPriority w:val="10"/>
    <w:qFormat/>
    <w:rsid w:val="0036405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b">
    <w:name w:val="Назва Знак"/>
    <w:basedOn w:val="a2"/>
    <w:link w:val="aa"/>
    <w:uiPriority w:val="10"/>
    <w:rsid w:val="00364057"/>
    <w:rPr>
      <w:rFonts w:asciiTheme="majorHAnsi" w:eastAsiaTheme="majorEastAsia" w:hAnsiTheme="majorHAnsi" w:cstheme="majorBidi"/>
      <w:color w:val="323E4F" w:themeColor="text2" w:themeShade="BF"/>
      <w:spacing w:val="5"/>
      <w:kern w:val="28"/>
      <w:sz w:val="52"/>
      <w:szCs w:val="52"/>
    </w:rPr>
  </w:style>
  <w:style w:type="paragraph" w:styleId="ac">
    <w:name w:val="Subtitle"/>
    <w:basedOn w:val="a1"/>
    <w:next w:val="a1"/>
    <w:link w:val="ad"/>
    <w:uiPriority w:val="11"/>
    <w:qFormat/>
    <w:rsid w:val="00364057"/>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ad">
    <w:name w:val="Підзаголовок Знак"/>
    <w:basedOn w:val="a2"/>
    <w:link w:val="ac"/>
    <w:uiPriority w:val="11"/>
    <w:rsid w:val="00364057"/>
    <w:rPr>
      <w:rFonts w:asciiTheme="majorHAnsi" w:eastAsiaTheme="majorEastAsia" w:hAnsiTheme="majorHAnsi" w:cstheme="majorBidi"/>
      <w:i/>
      <w:iCs/>
      <w:color w:val="5B9BD5" w:themeColor="accent1"/>
      <w:spacing w:val="15"/>
      <w:sz w:val="24"/>
      <w:szCs w:val="24"/>
    </w:rPr>
  </w:style>
  <w:style w:type="paragraph" w:styleId="ae">
    <w:name w:val="List Paragraph"/>
    <w:basedOn w:val="a1"/>
    <w:uiPriority w:val="34"/>
    <w:qFormat/>
    <w:rsid w:val="00364057"/>
    <w:pPr>
      <w:spacing w:after="200" w:line="276" w:lineRule="auto"/>
      <w:ind w:left="720"/>
      <w:contextualSpacing/>
    </w:pPr>
    <w:rPr>
      <w:rFonts w:eastAsiaTheme="minorEastAsia"/>
    </w:rPr>
  </w:style>
  <w:style w:type="paragraph" w:styleId="af">
    <w:name w:val="Body Text"/>
    <w:basedOn w:val="a1"/>
    <w:link w:val="af0"/>
    <w:uiPriority w:val="99"/>
    <w:unhideWhenUsed/>
    <w:rsid w:val="00364057"/>
    <w:pPr>
      <w:spacing w:after="120" w:line="276" w:lineRule="auto"/>
    </w:pPr>
    <w:rPr>
      <w:rFonts w:eastAsiaTheme="minorEastAsia"/>
    </w:rPr>
  </w:style>
  <w:style w:type="character" w:customStyle="1" w:styleId="af0">
    <w:name w:val="Основний текст Знак"/>
    <w:basedOn w:val="a2"/>
    <w:link w:val="af"/>
    <w:uiPriority w:val="99"/>
    <w:rsid w:val="00364057"/>
    <w:rPr>
      <w:rFonts w:eastAsiaTheme="minorEastAsia"/>
    </w:rPr>
  </w:style>
  <w:style w:type="paragraph" w:styleId="23">
    <w:name w:val="Body Text 2"/>
    <w:basedOn w:val="a1"/>
    <w:link w:val="24"/>
    <w:uiPriority w:val="99"/>
    <w:unhideWhenUsed/>
    <w:rsid w:val="00364057"/>
    <w:pPr>
      <w:spacing w:after="120" w:line="480" w:lineRule="auto"/>
    </w:pPr>
    <w:rPr>
      <w:rFonts w:eastAsiaTheme="minorEastAsia"/>
    </w:rPr>
  </w:style>
  <w:style w:type="character" w:customStyle="1" w:styleId="24">
    <w:name w:val="Основний текст 2 Знак"/>
    <w:basedOn w:val="a2"/>
    <w:link w:val="23"/>
    <w:uiPriority w:val="99"/>
    <w:rsid w:val="00364057"/>
    <w:rPr>
      <w:rFonts w:eastAsiaTheme="minorEastAsia"/>
    </w:rPr>
  </w:style>
  <w:style w:type="paragraph" w:styleId="33">
    <w:name w:val="Body Text 3"/>
    <w:basedOn w:val="a1"/>
    <w:link w:val="34"/>
    <w:uiPriority w:val="99"/>
    <w:unhideWhenUsed/>
    <w:rsid w:val="00364057"/>
    <w:pPr>
      <w:spacing w:after="120" w:line="276" w:lineRule="auto"/>
    </w:pPr>
    <w:rPr>
      <w:rFonts w:eastAsiaTheme="minorEastAsia"/>
      <w:sz w:val="16"/>
      <w:szCs w:val="16"/>
    </w:rPr>
  </w:style>
  <w:style w:type="character" w:customStyle="1" w:styleId="34">
    <w:name w:val="Основний текст 3 Знак"/>
    <w:basedOn w:val="a2"/>
    <w:link w:val="33"/>
    <w:uiPriority w:val="99"/>
    <w:rsid w:val="00364057"/>
    <w:rPr>
      <w:rFonts w:eastAsiaTheme="minorEastAsia"/>
      <w:sz w:val="16"/>
      <w:szCs w:val="16"/>
    </w:rPr>
  </w:style>
  <w:style w:type="paragraph" w:styleId="af1">
    <w:name w:val="List"/>
    <w:basedOn w:val="a1"/>
    <w:uiPriority w:val="99"/>
    <w:unhideWhenUsed/>
    <w:rsid w:val="00364057"/>
    <w:pPr>
      <w:spacing w:after="200" w:line="276" w:lineRule="auto"/>
      <w:ind w:left="360" w:hanging="360"/>
      <w:contextualSpacing/>
    </w:pPr>
    <w:rPr>
      <w:rFonts w:eastAsiaTheme="minorEastAsia"/>
    </w:rPr>
  </w:style>
  <w:style w:type="paragraph" w:styleId="25">
    <w:name w:val="List 2"/>
    <w:basedOn w:val="a1"/>
    <w:uiPriority w:val="99"/>
    <w:unhideWhenUsed/>
    <w:rsid w:val="00364057"/>
    <w:pPr>
      <w:spacing w:after="200" w:line="276" w:lineRule="auto"/>
      <w:ind w:left="720" w:hanging="360"/>
      <w:contextualSpacing/>
    </w:pPr>
    <w:rPr>
      <w:rFonts w:eastAsiaTheme="minorEastAsia"/>
    </w:rPr>
  </w:style>
  <w:style w:type="paragraph" w:styleId="35">
    <w:name w:val="List 3"/>
    <w:basedOn w:val="a1"/>
    <w:uiPriority w:val="99"/>
    <w:unhideWhenUsed/>
    <w:rsid w:val="00364057"/>
    <w:pPr>
      <w:spacing w:after="200" w:line="276" w:lineRule="auto"/>
      <w:ind w:left="1080" w:hanging="360"/>
      <w:contextualSpacing/>
    </w:pPr>
    <w:rPr>
      <w:rFonts w:eastAsiaTheme="minorEastAsia"/>
    </w:rPr>
  </w:style>
  <w:style w:type="paragraph" w:styleId="a0">
    <w:name w:val="List Bullet"/>
    <w:basedOn w:val="a1"/>
    <w:uiPriority w:val="99"/>
    <w:unhideWhenUsed/>
    <w:rsid w:val="00364057"/>
    <w:pPr>
      <w:numPr>
        <w:numId w:val="1"/>
      </w:numPr>
      <w:spacing w:after="200" w:line="276" w:lineRule="auto"/>
      <w:contextualSpacing/>
    </w:pPr>
    <w:rPr>
      <w:rFonts w:eastAsiaTheme="minorEastAsia"/>
    </w:rPr>
  </w:style>
  <w:style w:type="paragraph" w:styleId="20">
    <w:name w:val="List Bullet 2"/>
    <w:basedOn w:val="a1"/>
    <w:uiPriority w:val="99"/>
    <w:unhideWhenUsed/>
    <w:rsid w:val="00364057"/>
    <w:pPr>
      <w:numPr>
        <w:numId w:val="2"/>
      </w:numPr>
      <w:spacing w:after="200" w:line="276" w:lineRule="auto"/>
      <w:contextualSpacing/>
    </w:pPr>
    <w:rPr>
      <w:rFonts w:eastAsiaTheme="minorEastAsia"/>
    </w:rPr>
  </w:style>
  <w:style w:type="paragraph" w:styleId="30">
    <w:name w:val="List Bullet 3"/>
    <w:basedOn w:val="a1"/>
    <w:uiPriority w:val="99"/>
    <w:unhideWhenUsed/>
    <w:rsid w:val="00364057"/>
    <w:pPr>
      <w:numPr>
        <w:numId w:val="3"/>
      </w:numPr>
      <w:spacing w:after="200" w:line="276" w:lineRule="auto"/>
      <w:contextualSpacing/>
    </w:pPr>
    <w:rPr>
      <w:rFonts w:eastAsiaTheme="minorEastAsia"/>
    </w:rPr>
  </w:style>
  <w:style w:type="paragraph" w:styleId="a">
    <w:name w:val="List Number"/>
    <w:basedOn w:val="a1"/>
    <w:uiPriority w:val="99"/>
    <w:unhideWhenUsed/>
    <w:rsid w:val="00364057"/>
    <w:pPr>
      <w:numPr>
        <w:numId w:val="5"/>
      </w:numPr>
      <w:spacing w:after="200" w:line="276" w:lineRule="auto"/>
      <w:contextualSpacing/>
    </w:pPr>
    <w:rPr>
      <w:rFonts w:eastAsiaTheme="minorEastAsia"/>
    </w:rPr>
  </w:style>
  <w:style w:type="paragraph" w:styleId="2">
    <w:name w:val="List Number 2"/>
    <w:basedOn w:val="a1"/>
    <w:uiPriority w:val="99"/>
    <w:unhideWhenUsed/>
    <w:rsid w:val="00364057"/>
    <w:pPr>
      <w:numPr>
        <w:numId w:val="6"/>
      </w:numPr>
      <w:spacing w:after="200" w:line="276" w:lineRule="auto"/>
      <w:contextualSpacing/>
    </w:pPr>
    <w:rPr>
      <w:rFonts w:eastAsiaTheme="minorEastAsia"/>
    </w:rPr>
  </w:style>
  <w:style w:type="paragraph" w:styleId="3">
    <w:name w:val="List Number 3"/>
    <w:basedOn w:val="a1"/>
    <w:uiPriority w:val="99"/>
    <w:unhideWhenUsed/>
    <w:rsid w:val="00364057"/>
    <w:pPr>
      <w:numPr>
        <w:numId w:val="7"/>
      </w:numPr>
      <w:spacing w:after="200" w:line="276" w:lineRule="auto"/>
      <w:contextualSpacing/>
    </w:pPr>
    <w:rPr>
      <w:rFonts w:eastAsiaTheme="minorEastAsia"/>
    </w:rPr>
  </w:style>
  <w:style w:type="paragraph" w:styleId="af2">
    <w:name w:val="List Continue"/>
    <w:basedOn w:val="a1"/>
    <w:uiPriority w:val="99"/>
    <w:unhideWhenUsed/>
    <w:rsid w:val="00364057"/>
    <w:pPr>
      <w:spacing w:after="120" w:line="276" w:lineRule="auto"/>
      <w:ind w:left="360"/>
      <w:contextualSpacing/>
    </w:pPr>
    <w:rPr>
      <w:rFonts w:eastAsiaTheme="minorEastAsia"/>
    </w:rPr>
  </w:style>
  <w:style w:type="paragraph" w:styleId="26">
    <w:name w:val="List Continue 2"/>
    <w:basedOn w:val="a1"/>
    <w:uiPriority w:val="99"/>
    <w:unhideWhenUsed/>
    <w:rsid w:val="00364057"/>
    <w:pPr>
      <w:spacing w:after="120" w:line="276" w:lineRule="auto"/>
      <w:ind w:left="720"/>
      <w:contextualSpacing/>
    </w:pPr>
    <w:rPr>
      <w:rFonts w:eastAsiaTheme="minorEastAsia"/>
    </w:rPr>
  </w:style>
  <w:style w:type="paragraph" w:styleId="36">
    <w:name w:val="List Continue 3"/>
    <w:basedOn w:val="a1"/>
    <w:uiPriority w:val="99"/>
    <w:unhideWhenUsed/>
    <w:rsid w:val="00364057"/>
    <w:pPr>
      <w:spacing w:after="120" w:line="276" w:lineRule="auto"/>
      <w:ind w:left="1080"/>
      <w:contextualSpacing/>
    </w:pPr>
    <w:rPr>
      <w:rFonts w:eastAsiaTheme="minorEastAsia"/>
    </w:rPr>
  </w:style>
  <w:style w:type="paragraph" w:styleId="af3">
    <w:name w:val="macro"/>
    <w:link w:val="af4"/>
    <w:uiPriority w:val="99"/>
    <w:unhideWhenUsed/>
    <w:rsid w:val="00364057"/>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rPr>
  </w:style>
  <w:style w:type="character" w:customStyle="1" w:styleId="af4">
    <w:name w:val="Текст макросу Знак"/>
    <w:basedOn w:val="a2"/>
    <w:link w:val="af3"/>
    <w:uiPriority w:val="99"/>
    <w:rsid w:val="00364057"/>
    <w:rPr>
      <w:rFonts w:ascii="Courier" w:eastAsiaTheme="minorEastAsia" w:hAnsi="Courier"/>
      <w:sz w:val="20"/>
      <w:szCs w:val="20"/>
    </w:rPr>
  </w:style>
  <w:style w:type="paragraph" w:styleId="af5">
    <w:name w:val="Quote"/>
    <w:basedOn w:val="a1"/>
    <w:next w:val="a1"/>
    <w:link w:val="af6"/>
    <w:uiPriority w:val="29"/>
    <w:qFormat/>
    <w:rsid w:val="00364057"/>
    <w:pPr>
      <w:spacing w:after="200" w:line="276" w:lineRule="auto"/>
    </w:pPr>
    <w:rPr>
      <w:rFonts w:eastAsiaTheme="minorEastAsia"/>
      <w:i/>
      <w:iCs/>
      <w:color w:val="000000" w:themeColor="text1"/>
    </w:rPr>
  </w:style>
  <w:style w:type="character" w:customStyle="1" w:styleId="af6">
    <w:name w:val="Цитата Знак"/>
    <w:basedOn w:val="a2"/>
    <w:link w:val="af5"/>
    <w:uiPriority w:val="29"/>
    <w:rsid w:val="00364057"/>
    <w:rPr>
      <w:rFonts w:eastAsiaTheme="minorEastAsia"/>
      <w:i/>
      <w:iCs/>
      <w:color w:val="000000" w:themeColor="text1"/>
    </w:rPr>
  </w:style>
  <w:style w:type="character" w:styleId="af7">
    <w:name w:val="Strong"/>
    <w:basedOn w:val="a2"/>
    <w:uiPriority w:val="22"/>
    <w:qFormat/>
    <w:rsid w:val="00364057"/>
    <w:rPr>
      <w:b/>
      <w:bCs/>
    </w:rPr>
  </w:style>
  <w:style w:type="character" w:styleId="af8">
    <w:name w:val="Emphasis"/>
    <w:basedOn w:val="a2"/>
    <w:uiPriority w:val="20"/>
    <w:qFormat/>
    <w:rsid w:val="00364057"/>
    <w:rPr>
      <w:i/>
      <w:iCs/>
    </w:rPr>
  </w:style>
  <w:style w:type="paragraph" w:styleId="af9">
    <w:name w:val="Intense Quote"/>
    <w:basedOn w:val="a1"/>
    <w:next w:val="a1"/>
    <w:link w:val="afa"/>
    <w:uiPriority w:val="30"/>
    <w:qFormat/>
    <w:rsid w:val="00364057"/>
    <w:pPr>
      <w:pBdr>
        <w:bottom w:val="single" w:sz="4" w:space="4" w:color="5B9BD5" w:themeColor="accent1"/>
      </w:pBdr>
      <w:spacing w:before="200" w:after="280" w:line="276" w:lineRule="auto"/>
      <w:ind w:left="936" w:right="936"/>
    </w:pPr>
    <w:rPr>
      <w:rFonts w:eastAsiaTheme="minorEastAsia"/>
      <w:b/>
      <w:bCs/>
      <w:i/>
      <w:iCs/>
      <w:color w:val="5B9BD5" w:themeColor="accent1"/>
    </w:rPr>
  </w:style>
  <w:style w:type="character" w:customStyle="1" w:styleId="afa">
    <w:name w:val="Насичена цитата Знак"/>
    <w:basedOn w:val="a2"/>
    <w:link w:val="af9"/>
    <w:uiPriority w:val="30"/>
    <w:rsid w:val="00364057"/>
    <w:rPr>
      <w:rFonts w:eastAsiaTheme="minorEastAsia"/>
      <w:b/>
      <w:bCs/>
      <w:i/>
      <w:iCs/>
      <w:color w:val="5B9BD5" w:themeColor="accent1"/>
    </w:rPr>
  </w:style>
  <w:style w:type="character" w:styleId="afb">
    <w:name w:val="Subtle Emphasis"/>
    <w:basedOn w:val="a2"/>
    <w:uiPriority w:val="19"/>
    <w:qFormat/>
    <w:rsid w:val="00364057"/>
    <w:rPr>
      <w:i/>
      <w:iCs/>
      <w:color w:val="808080" w:themeColor="text1" w:themeTint="7F"/>
    </w:rPr>
  </w:style>
  <w:style w:type="character" w:styleId="afc">
    <w:name w:val="Intense Emphasis"/>
    <w:basedOn w:val="a2"/>
    <w:uiPriority w:val="21"/>
    <w:qFormat/>
    <w:rsid w:val="00364057"/>
    <w:rPr>
      <w:b/>
      <w:bCs/>
      <w:i/>
      <w:iCs/>
      <w:color w:val="5B9BD5" w:themeColor="accent1"/>
    </w:rPr>
  </w:style>
  <w:style w:type="character" w:styleId="afd">
    <w:name w:val="Subtle Reference"/>
    <w:basedOn w:val="a2"/>
    <w:uiPriority w:val="31"/>
    <w:qFormat/>
    <w:rsid w:val="00364057"/>
    <w:rPr>
      <w:smallCaps/>
      <w:color w:val="ED7D31" w:themeColor="accent2"/>
      <w:u w:val="single"/>
    </w:rPr>
  </w:style>
  <w:style w:type="character" w:styleId="afe">
    <w:name w:val="Intense Reference"/>
    <w:basedOn w:val="a2"/>
    <w:uiPriority w:val="32"/>
    <w:qFormat/>
    <w:rsid w:val="00364057"/>
    <w:rPr>
      <w:b/>
      <w:bCs/>
      <w:smallCaps/>
      <w:color w:val="ED7D31" w:themeColor="accent2"/>
      <w:spacing w:val="5"/>
      <w:u w:val="single"/>
    </w:rPr>
  </w:style>
  <w:style w:type="character" w:styleId="aff">
    <w:name w:val="Book Title"/>
    <w:basedOn w:val="a2"/>
    <w:uiPriority w:val="33"/>
    <w:qFormat/>
    <w:rsid w:val="00364057"/>
    <w:rPr>
      <w:b/>
      <w:bCs/>
      <w:smallCaps/>
      <w:spacing w:val="5"/>
    </w:rPr>
  </w:style>
  <w:style w:type="paragraph" w:styleId="aff0">
    <w:name w:val="TOC Heading"/>
    <w:basedOn w:val="1"/>
    <w:next w:val="a1"/>
    <w:uiPriority w:val="39"/>
    <w:semiHidden/>
    <w:unhideWhenUsed/>
    <w:qFormat/>
    <w:rsid w:val="00364057"/>
    <w:pPr>
      <w:outlineLvl w:val="9"/>
    </w:pPr>
  </w:style>
  <w:style w:type="character" w:styleId="aff1">
    <w:name w:val="Hyperlink"/>
    <w:basedOn w:val="a2"/>
    <w:uiPriority w:val="99"/>
    <w:rsid w:val="00364057"/>
    <w:rPr>
      <w:rFonts w:cs="Times New Roman"/>
      <w:color w:val="0000FF"/>
      <w:u w:val="single"/>
    </w:rPr>
  </w:style>
  <w:style w:type="paragraph" w:styleId="aff2">
    <w:name w:val="Body Text Indent"/>
    <w:basedOn w:val="a1"/>
    <w:link w:val="aff3"/>
    <w:uiPriority w:val="99"/>
    <w:unhideWhenUsed/>
    <w:rsid w:val="00364057"/>
    <w:pPr>
      <w:spacing w:after="120" w:line="276" w:lineRule="auto"/>
      <w:ind w:left="283"/>
    </w:pPr>
    <w:rPr>
      <w:rFonts w:eastAsiaTheme="minorEastAsia"/>
    </w:rPr>
  </w:style>
  <w:style w:type="character" w:customStyle="1" w:styleId="aff3">
    <w:name w:val="Основний текст з відступом Знак"/>
    <w:basedOn w:val="a2"/>
    <w:link w:val="aff2"/>
    <w:uiPriority w:val="99"/>
    <w:rsid w:val="00364057"/>
    <w:rPr>
      <w:rFonts w:eastAsiaTheme="minorEastAsia"/>
    </w:rPr>
  </w:style>
  <w:style w:type="paragraph" w:styleId="aff4">
    <w:name w:val="Plain Text"/>
    <w:basedOn w:val="a1"/>
    <w:link w:val="aff5"/>
    <w:unhideWhenUsed/>
    <w:rsid w:val="00364057"/>
    <w:pPr>
      <w:spacing w:after="0" w:line="240" w:lineRule="auto"/>
    </w:pPr>
    <w:rPr>
      <w:rFonts w:ascii="Consolas" w:eastAsia="Calibri" w:hAnsi="Consolas" w:cs="Times New Roman"/>
      <w:sz w:val="21"/>
      <w:szCs w:val="21"/>
      <w:lang w:val="uk-UA"/>
    </w:rPr>
  </w:style>
  <w:style w:type="character" w:customStyle="1" w:styleId="aff5">
    <w:name w:val="Текст Знак"/>
    <w:basedOn w:val="a2"/>
    <w:link w:val="aff4"/>
    <w:rsid w:val="00364057"/>
    <w:rPr>
      <w:rFonts w:ascii="Consolas" w:eastAsia="Calibri" w:hAnsi="Consolas" w:cs="Times New Roman"/>
      <w:sz w:val="21"/>
      <w:szCs w:val="21"/>
      <w:lang w:val="uk-UA"/>
    </w:rPr>
  </w:style>
  <w:style w:type="paragraph" w:styleId="37">
    <w:name w:val="Body Text Indent 3"/>
    <w:basedOn w:val="a1"/>
    <w:link w:val="38"/>
    <w:uiPriority w:val="99"/>
    <w:semiHidden/>
    <w:unhideWhenUsed/>
    <w:rsid w:val="00364057"/>
    <w:pPr>
      <w:spacing w:after="120" w:line="276" w:lineRule="auto"/>
      <w:ind w:left="283"/>
    </w:pPr>
    <w:rPr>
      <w:rFonts w:eastAsiaTheme="minorEastAsia"/>
      <w:sz w:val="16"/>
      <w:szCs w:val="16"/>
    </w:rPr>
  </w:style>
  <w:style w:type="character" w:customStyle="1" w:styleId="38">
    <w:name w:val="Основний текст з відступом 3 Знак"/>
    <w:basedOn w:val="a2"/>
    <w:link w:val="37"/>
    <w:uiPriority w:val="99"/>
    <w:semiHidden/>
    <w:rsid w:val="00364057"/>
    <w:rPr>
      <w:rFonts w:eastAsiaTheme="minorEastAsia"/>
      <w:sz w:val="16"/>
      <w:szCs w:val="16"/>
    </w:rPr>
  </w:style>
  <w:style w:type="paragraph" w:styleId="aff6">
    <w:name w:val="Normal (Web)"/>
    <w:basedOn w:val="a1"/>
    <w:uiPriority w:val="99"/>
    <w:semiHidden/>
    <w:unhideWhenUsed/>
    <w:rsid w:val="003640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ms">
    <w:name w:val="ams"/>
    <w:basedOn w:val="a2"/>
    <w:rsid w:val="00364057"/>
  </w:style>
  <w:style w:type="character" w:customStyle="1" w:styleId="dont-break-out">
    <w:name w:val="dont-break-out"/>
    <w:basedOn w:val="a2"/>
    <w:rsid w:val="002665BA"/>
  </w:style>
  <w:style w:type="character" w:styleId="aff7">
    <w:name w:val="Unresolved Mention"/>
    <w:basedOn w:val="a2"/>
    <w:uiPriority w:val="99"/>
    <w:semiHidden/>
    <w:unhideWhenUsed/>
    <w:rsid w:val="00801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448316">
      <w:bodyDiv w:val="1"/>
      <w:marLeft w:val="0"/>
      <w:marRight w:val="0"/>
      <w:marTop w:val="0"/>
      <w:marBottom w:val="0"/>
      <w:divBdr>
        <w:top w:val="none" w:sz="0" w:space="0" w:color="auto"/>
        <w:left w:val="none" w:sz="0" w:space="0" w:color="auto"/>
        <w:bottom w:val="none" w:sz="0" w:space="0" w:color="auto"/>
        <w:right w:val="none" w:sz="0" w:space="0" w:color="auto"/>
      </w:divBdr>
      <w:divsChild>
        <w:div w:id="1733036433">
          <w:marLeft w:val="0"/>
          <w:marRight w:val="0"/>
          <w:marTop w:val="0"/>
          <w:marBottom w:val="0"/>
          <w:divBdr>
            <w:top w:val="none" w:sz="0" w:space="0" w:color="auto"/>
            <w:left w:val="none" w:sz="0" w:space="0" w:color="auto"/>
            <w:bottom w:val="none" w:sz="0" w:space="0" w:color="auto"/>
            <w:right w:val="none" w:sz="0" w:space="0" w:color="auto"/>
          </w:divBdr>
          <w:divsChild>
            <w:div w:id="1208836676">
              <w:marLeft w:val="0"/>
              <w:marRight w:val="0"/>
              <w:marTop w:val="0"/>
              <w:marBottom w:val="0"/>
              <w:divBdr>
                <w:top w:val="none" w:sz="0" w:space="0" w:color="auto"/>
                <w:left w:val="none" w:sz="0" w:space="0" w:color="auto"/>
                <w:bottom w:val="none" w:sz="0" w:space="0" w:color="auto"/>
                <w:right w:val="none" w:sz="0" w:space="0" w:color="auto"/>
              </w:divBdr>
              <w:divsChild>
                <w:div w:id="2130781634">
                  <w:marLeft w:val="0"/>
                  <w:marRight w:val="0"/>
                  <w:marTop w:val="0"/>
                  <w:marBottom w:val="0"/>
                  <w:divBdr>
                    <w:top w:val="none" w:sz="0" w:space="0" w:color="auto"/>
                    <w:left w:val="none" w:sz="0" w:space="0" w:color="auto"/>
                    <w:bottom w:val="none" w:sz="0" w:space="0" w:color="auto"/>
                    <w:right w:val="none" w:sz="0" w:space="0" w:color="auto"/>
                  </w:divBdr>
                  <w:divsChild>
                    <w:div w:id="1654720913">
                      <w:marLeft w:val="0"/>
                      <w:marRight w:val="0"/>
                      <w:marTop w:val="0"/>
                      <w:marBottom w:val="0"/>
                      <w:divBdr>
                        <w:top w:val="none" w:sz="0" w:space="0" w:color="auto"/>
                        <w:left w:val="none" w:sz="0" w:space="0" w:color="auto"/>
                        <w:bottom w:val="none" w:sz="0" w:space="0" w:color="auto"/>
                        <w:right w:val="none" w:sz="0" w:space="0" w:color="auto"/>
                      </w:divBdr>
                    </w:div>
                  </w:divsChild>
                </w:div>
                <w:div w:id="367146887">
                  <w:marLeft w:val="0"/>
                  <w:marRight w:val="0"/>
                  <w:marTop w:val="0"/>
                  <w:marBottom w:val="0"/>
                  <w:divBdr>
                    <w:top w:val="none" w:sz="0" w:space="0" w:color="auto"/>
                    <w:left w:val="none" w:sz="0" w:space="0" w:color="auto"/>
                    <w:bottom w:val="none" w:sz="0" w:space="0" w:color="auto"/>
                    <w:right w:val="none" w:sz="0" w:space="0" w:color="auto"/>
                  </w:divBdr>
                  <w:divsChild>
                    <w:div w:id="1813407229">
                      <w:marLeft w:val="0"/>
                      <w:marRight w:val="0"/>
                      <w:marTop w:val="0"/>
                      <w:marBottom w:val="0"/>
                      <w:divBdr>
                        <w:top w:val="none" w:sz="0" w:space="0" w:color="auto"/>
                        <w:left w:val="none" w:sz="0" w:space="0" w:color="auto"/>
                        <w:bottom w:val="single" w:sz="6" w:space="0" w:color="E9E4FB"/>
                        <w:right w:val="none" w:sz="0" w:space="0" w:color="auto"/>
                      </w:divBdr>
                      <w:divsChild>
                        <w:div w:id="1236823124">
                          <w:marLeft w:val="0"/>
                          <w:marRight w:val="0"/>
                          <w:marTop w:val="0"/>
                          <w:marBottom w:val="0"/>
                          <w:divBdr>
                            <w:top w:val="none" w:sz="0" w:space="0" w:color="auto"/>
                            <w:left w:val="none" w:sz="0" w:space="0" w:color="auto"/>
                            <w:bottom w:val="none" w:sz="0" w:space="0" w:color="auto"/>
                            <w:right w:val="none" w:sz="0" w:space="0" w:color="auto"/>
                          </w:divBdr>
                          <w:divsChild>
                            <w:div w:id="230123679">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1613442827">
                      <w:marLeft w:val="0"/>
                      <w:marRight w:val="0"/>
                      <w:marTop w:val="0"/>
                      <w:marBottom w:val="0"/>
                      <w:divBdr>
                        <w:top w:val="none" w:sz="0" w:space="0" w:color="auto"/>
                        <w:left w:val="none" w:sz="0" w:space="0" w:color="auto"/>
                        <w:bottom w:val="single" w:sz="6" w:space="0" w:color="E9E4FB"/>
                        <w:right w:val="none" w:sz="0" w:space="0" w:color="auto"/>
                      </w:divBdr>
                      <w:divsChild>
                        <w:div w:id="714428234">
                          <w:marLeft w:val="0"/>
                          <w:marRight w:val="0"/>
                          <w:marTop w:val="0"/>
                          <w:marBottom w:val="0"/>
                          <w:divBdr>
                            <w:top w:val="none" w:sz="0" w:space="0" w:color="auto"/>
                            <w:left w:val="none" w:sz="0" w:space="0" w:color="auto"/>
                            <w:bottom w:val="none" w:sz="0" w:space="0" w:color="auto"/>
                            <w:right w:val="none" w:sz="0" w:space="0" w:color="auto"/>
                          </w:divBdr>
                          <w:divsChild>
                            <w:div w:id="1068382780">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520749700">
                      <w:marLeft w:val="0"/>
                      <w:marRight w:val="0"/>
                      <w:marTop w:val="0"/>
                      <w:marBottom w:val="0"/>
                      <w:divBdr>
                        <w:top w:val="none" w:sz="0" w:space="0" w:color="auto"/>
                        <w:left w:val="none" w:sz="0" w:space="0" w:color="auto"/>
                        <w:bottom w:val="single" w:sz="6" w:space="0" w:color="E9E4FB"/>
                        <w:right w:val="none" w:sz="0" w:space="0" w:color="auto"/>
                      </w:divBdr>
                      <w:divsChild>
                        <w:div w:id="1500581579">
                          <w:marLeft w:val="0"/>
                          <w:marRight w:val="0"/>
                          <w:marTop w:val="0"/>
                          <w:marBottom w:val="0"/>
                          <w:divBdr>
                            <w:top w:val="none" w:sz="0" w:space="0" w:color="auto"/>
                            <w:left w:val="none" w:sz="0" w:space="0" w:color="auto"/>
                            <w:bottom w:val="none" w:sz="0" w:space="0" w:color="auto"/>
                            <w:right w:val="none" w:sz="0" w:space="0" w:color="auto"/>
                          </w:divBdr>
                          <w:divsChild>
                            <w:div w:id="1629508639">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646251182">
                      <w:marLeft w:val="0"/>
                      <w:marRight w:val="0"/>
                      <w:marTop w:val="0"/>
                      <w:marBottom w:val="0"/>
                      <w:divBdr>
                        <w:top w:val="none" w:sz="0" w:space="0" w:color="auto"/>
                        <w:left w:val="none" w:sz="0" w:space="0" w:color="auto"/>
                        <w:bottom w:val="single" w:sz="6" w:space="0" w:color="E9E4FB"/>
                        <w:right w:val="none" w:sz="0" w:space="0" w:color="auto"/>
                      </w:divBdr>
                      <w:divsChild>
                        <w:div w:id="482745257">
                          <w:marLeft w:val="0"/>
                          <w:marRight w:val="0"/>
                          <w:marTop w:val="0"/>
                          <w:marBottom w:val="0"/>
                          <w:divBdr>
                            <w:top w:val="none" w:sz="0" w:space="0" w:color="auto"/>
                            <w:left w:val="none" w:sz="0" w:space="0" w:color="auto"/>
                            <w:bottom w:val="none" w:sz="0" w:space="0" w:color="auto"/>
                            <w:right w:val="none" w:sz="0" w:space="0" w:color="auto"/>
                          </w:divBdr>
                          <w:divsChild>
                            <w:div w:id="154809919">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552499502">
                      <w:marLeft w:val="0"/>
                      <w:marRight w:val="0"/>
                      <w:marTop w:val="0"/>
                      <w:marBottom w:val="0"/>
                      <w:divBdr>
                        <w:top w:val="none" w:sz="0" w:space="0" w:color="auto"/>
                        <w:left w:val="none" w:sz="0" w:space="0" w:color="auto"/>
                        <w:bottom w:val="single" w:sz="6" w:space="0" w:color="E9E4FB"/>
                        <w:right w:val="none" w:sz="0" w:space="0" w:color="auto"/>
                      </w:divBdr>
                      <w:divsChild>
                        <w:div w:id="52776833">
                          <w:marLeft w:val="0"/>
                          <w:marRight w:val="0"/>
                          <w:marTop w:val="0"/>
                          <w:marBottom w:val="0"/>
                          <w:divBdr>
                            <w:top w:val="none" w:sz="0" w:space="0" w:color="auto"/>
                            <w:left w:val="none" w:sz="0" w:space="0" w:color="auto"/>
                            <w:bottom w:val="none" w:sz="0" w:space="0" w:color="auto"/>
                            <w:right w:val="none" w:sz="0" w:space="0" w:color="auto"/>
                          </w:divBdr>
                          <w:divsChild>
                            <w:div w:id="1205869867">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1832872605">
                      <w:marLeft w:val="0"/>
                      <w:marRight w:val="0"/>
                      <w:marTop w:val="0"/>
                      <w:marBottom w:val="0"/>
                      <w:divBdr>
                        <w:top w:val="none" w:sz="0" w:space="0" w:color="auto"/>
                        <w:left w:val="none" w:sz="0" w:space="0" w:color="auto"/>
                        <w:bottom w:val="single" w:sz="6" w:space="0" w:color="E9E4FB"/>
                        <w:right w:val="none" w:sz="0" w:space="0" w:color="auto"/>
                      </w:divBdr>
                      <w:divsChild>
                        <w:div w:id="1962109909">
                          <w:marLeft w:val="0"/>
                          <w:marRight w:val="0"/>
                          <w:marTop w:val="0"/>
                          <w:marBottom w:val="0"/>
                          <w:divBdr>
                            <w:top w:val="none" w:sz="0" w:space="0" w:color="auto"/>
                            <w:left w:val="none" w:sz="0" w:space="0" w:color="auto"/>
                            <w:bottom w:val="none" w:sz="0" w:space="0" w:color="auto"/>
                            <w:right w:val="none" w:sz="0" w:space="0" w:color="auto"/>
                          </w:divBdr>
                          <w:divsChild>
                            <w:div w:id="2038314361">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478770543">
                      <w:marLeft w:val="0"/>
                      <w:marRight w:val="0"/>
                      <w:marTop w:val="0"/>
                      <w:marBottom w:val="0"/>
                      <w:divBdr>
                        <w:top w:val="none" w:sz="0" w:space="0" w:color="auto"/>
                        <w:left w:val="none" w:sz="0" w:space="0" w:color="auto"/>
                        <w:bottom w:val="single" w:sz="6" w:space="0" w:color="E9E4FB"/>
                        <w:right w:val="none" w:sz="0" w:space="0" w:color="auto"/>
                      </w:divBdr>
                      <w:divsChild>
                        <w:div w:id="757365663">
                          <w:marLeft w:val="0"/>
                          <w:marRight w:val="0"/>
                          <w:marTop w:val="0"/>
                          <w:marBottom w:val="0"/>
                          <w:divBdr>
                            <w:top w:val="none" w:sz="0" w:space="0" w:color="auto"/>
                            <w:left w:val="none" w:sz="0" w:space="0" w:color="auto"/>
                            <w:bottom w:val="none" w:sz="0" w:space="0" w:color="auto"/>
                            <w:right w:val="none" w:sz="0" w:space="0" w:color="auto"/>
                          </w:divBdr>
                          <w:divsChild>
                            <w:div w:id="773862154">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111168077">
                      <w:marLeft w:val="0"/>
                      <w:marRight w:val="0"/>
                      <w:marTop w:val="0"/>
                      <w:marBottom w:val="0"/>
                      <w:divBdr>
                        <w:top w:val="none" w:sz="0" w:space="0" w:color="auto"/>
                        <w:left w:val="none" w:sz="0" w:space="0" w:color="auto"/>
                        <w:bottom w:val="single" w:sz="6" w:space="0" w:color="E9E4FB"/>
                        <w:right w:val="none" w:sz="0" w:space="0" w:color="auto"/>
                      </w:divBdr>
                      <w:divsChild>
                        <w:div w:id="651296771">
                          <w:marLeft w:val="0"/>
                          <w:marRight w:val="0"/>
                          <w:marTop w:val="0"/>
                          <w:marBottom w:val="0"/>
                          <w:divBdr>
                            <w:top w:val="none" w:sz="0" w:space="0" w:color="auto"/>
                            <w:left w:val="none" w:sz="0" w:space="0" w:color="auto"/>
                            <w:bottom w:val="none" w:sz="0" w:space="0" w:color="auto"/>
                            <w:right w:val="none" w:sz="0" w:space="0" w:color="auto"/>
                          </w:divBdr>
                          <w:divsChild>
                            <w:div w:id="1224294522">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443580250">
                      <w:marLeft w:val="0"/>
                      <w:marRight w:val="0"/>
                      <w:marTop w:val="0"/>
                      <w:marBottom w:val="0"/>
                      <w:divBdr>
                        <w:top w:val="none" w:sz="0" w:space="0" w:color="auto"/>
                        <w:left w:val="none" w:sz="0" w:space="0" w:color="auto"/>
                        <w:bottom w:val="single" w:sz="6" w:space="0" w:color="E9E4FB"/>
                        <w:right w:val="none" w:sz="0" w:space="0" w:color="auto"/>
                      </w:divBdr>
                      <w:divsChild>
                        <w:div w:id="714818642">
                          <w:marLeft w:val="0"/>
                          <w:marRight w:val="0"/>
                          <w:marTop w:val="0"/>
                          <w:marBottom w:val="0"/>
                          <w:divBdr>
                            <w:top w:val="none" w:sz="0" w:space="0" w:color="auto"/>
                            <w:left w:val="none" w:sz="0" w:space="0" w:color="auto"/>
                            <w:bottom w:val="none" w:sz="0" w:space="0" w:color="auto"/>
                            <w:right w:val="none" w:sz="0" w:space="0" w:color="auto"/>
                          </w:divBdr>
                          <w:divsChild>
                            <w:div w:id="428165453">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1645423528">
                      <w:marLeft w:val="0"/>
                      <w:marRight w:val="0"/>
                      <w:marTop w:val="0"/>
                      <w:marBottom w:val="0"/>
                      <w:divBdr>
                        <w:top w:val="none" w:sz="0" w:space="0" w:color="auto"/>
                        <w:left w:val="none" w:sz="0" w:space="0" w:color="auto"/>
                        <w:bottom w:val="single" w:sz="6" w:space="0" w:color="E9E4FB"/>
                        <w:right w:val="none" w:sz="0" w:space="0" w:color="auto"/>
                      </w:divBdr>
                      <w:divsChild>
                        <w:div w:id="653531861">
                          <w:marLeft w:val="0"/>
                          <w:marRight w:val="0"/>
                          <w:marTop w:val="0"/>
                          <w:marBottom w:val="0"/>
                          <w:divBdr>
                            <w:top w:val="none" w:sz="0" w:space="0" w:color="auto"/>
                            <w:left w:val="none" w:sz="0" w:space="0" w:color="auto"/>
                            <w:bottom w:val="none" w:sz="0" w:space="0" w:color="auto"/>
                            <w:right w:val="none" w:sz="0" w:space="0" w:color="auto"/>
                          </w:divBdr>
                          <w:divsChild>
                            <w:div w:id="1103721608">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1717000924">
                      <w:marLeft w:val="0"/>
                      <w:marRight w:val="0"/>
                      <w:marTop w:val="0"/>
                      <w:marBottom w:val="0"/>
                      <w:divBdr>
                        <w:top w:val="none" w:sz="0" w:space="0" w:color="auto"/>
                        <w:left w:val="none" w:sz="0" w:space="0" w:color="auto"/>
                        <w:bottom w:val="single" w:sz="6" w:space="0" w:color="E9E4FB"/>
                        <w:right w:val="none" w:sz="0" w:space="0" w:color="auto"/>
                      </w:divBdr>
                      <w:divsChild>
                        <w:div w:id="430591658">
                          <w:marLeft w:val="0"/>
                          <w:marRight w:val="0"/>
                          <w:marTop w:val="0"/>
                          <w:marBottom w:val="0"/>
                          <w:divBdr>
                            <w:top w:val="none" w:sz="0" w:space="0" w:color="auto"/>
                            <w:left w:val="none" w:sz="0" w:space="0" w:color="auto"/>
                            <w:bottom w:val="none" w:sz="0" w:space="0" w:color="auto"/>
                            <w:right w:val="none" w:sz="0" w:space="0" w:color="auto"/>
                          </w:divBdr>
                          <w:divsChild>
                            <w:div w:id="1904900512">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761797599">
                      <w:marLeft w:val="0"/>
                      <w:marRight w:val="0"/>
                      <w:marTop w:val="0"/>
                      <w:marBottom w:val="0"/>
                      <w:divBdr>
                        <w:top w:val="none" w:sz="0" w:space="0" w:color="auto"/>
                        <w:left w:val="none" w:sz="0" w:space="0" w:color="auto"/>
                        <w:bottom w:val="single" w:sz="6" w:space="0" w:color="E9E4FB"/>
                        <w:right w:val="none" w:sz="0" w:space="0" w:color="auto"/>
                      </w:divBdr>
                      <w:divsChild>
                        <w:div w:id="81420339">
                          <w:marLeft w:val="0"/>
                          <w:marRight w:val="0"/>
                          <w:marTop w:val="0"/>
                          <w:marBottom w:val="0"/>
                          <w:divBdr>
                            <w:top w:val="none" w:sz="0" w:space="0" w:color="auto"/>
                            <w:left w:val="none" w:sz="0" w:space="0" w:color="auto"/>
                            <w:bottom w:val="none" w:sz="0" w:space="0" w:color="auto"/>
                            <w:right w:val="none" w:sz="0" w:space="0" w:color="auto"/>
                          </w:divBdr>
                          <w:divsChild>
                            <w:div w:id="1136341135">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1734309685">
                      <w:marLeft w:val="0"/>
                      <w:marRight w:val="0"/>
                      <w:marTop w:val="0"/>
                      <w:marBottom w:val="0"/>
                      <w:divBdr>
                        <w:top w:val="none" w:sz="0" w:space="0" w:color="auto"/>
                        <w:left w:val="none" w:sz="0" w:space="0" w:color="auto"/>
                        <w:bottom w:val="single" w:sz="6" w:space="0" w:color="E9E4FB"/>
                        <w:right w:val="none" w:sz="0" w:space="0" w:color="auto"/>
                      </w:divBdr>
                      <w:divsChild>
                        <w:div w:id="156001590">
                          <w:marLeft w:val="0"/>
                          <w:marRight w:val="0"/>
                          <w:marTop w:val="0"/>
                          <w:marBottom w:val="0"/>
                          <w:divBdr>
                            <w:top w:val="none" w:sz="0" w:space="0" w:color="auto"/>
                            <w:left w:val="none" w:sz="0" w:space="0" w:color="auto"/>
                            <w:bottom w:val="none" w:sz="0" w:space="0" w:color="auto"/>
                            <w:right w:val="none" w:sz="0" w:space="0" w:color="auto"/>
                          </w:divBdr>
                          <w:divsChild>
                            <w:div w:id="1203706658">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1714503086">
                      <w:marLeft w:val="0"/>
                      <w:marRight w:val="0"/>
                      <w:marTop w:val="0"/>
                      <w:marBottom w:val="0"/>
                      <w:divBdr>
                        <w:top w:val="none" w:sz="0" w:space="0" w:color="auto"/>
                        <w:left w:val="none" w:sz="0" w:space="0" w:color="auto"/>
                        <w:bottom w:val="single" w:sz="6" w:space="0" w:color="E9E4FB"/>
                        <w:right w:val="none" w:sz="0" w:space="0" w:color="auto"/>
                      </w:divBdr>
                      <w:divsChild>
                        <w:div w:id="1515147943">
                          <w:marLeft w:val="0"/>
                          <w:marRight w:val="0"/>
                          <w:marTop w:val="0"/>
                          <w:marBottom w:val="0"/>
                          <w:divBdr>
                            <w:top w:val="none" w:sz="0" w:space="0" w:color="auto"/>
                            <w:left w:val="none" w:sz="0" w:space="0" w:color="auto"/>
                            <w:bottom w:val="none" w:sz="0" w:space="0" w:color="auto"/>
                            <w:right w:val="none" w:sz="0" w:space="0" w:color="auto"/>
                          </w:divBdr>
                          <w:divsChild>
                            <w:div w:id="1277180070">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342705538">
                      <w:marLeft w:val="0"/>
                      <w:marRight w:val="0"/>
                      <w:marTop w:val="0"/>
                      <w:marBottom w:val="0"/>
                      <w:divBdr>
                        <w:top w:val="none" w:sz="0" w:space="0" w:color="auto"/>
                        <w:left w:val="none" w:sz="0" w:space="0" w:color="auto"/>
                        <w:bottom w:val="single" w:sz="6" w:space="0" w:color="E9E4FB"/>
                        <w:right w:val="none" w:sz="0" w:space="0" w:color="auto"/>
                      </w:divBdr>
                      <w:divsChild>
                        <w:div w:id="1855684497">
                          <w:marLeft w:val="0"/>
                          <w:marRight w:val="0"/>
                          <w:marTop w:val="0"/>
                          <w:marBottom w:val="0"/>
                          <w:divBdr>
                            <w:top w:val="none" w:sz="0" w:space="0" w:color="auto"/>
                            <w:left w:val="none" w:sz="0" w:space="0" w:color="auto"/>
                            <w:bottom w:val="none" w:sz="0" w:space="0" w:color="auto"/>
                            <w:right w:val="none" w:sz="0" w:space="0" w:color="auto"/>
                          </w:divBdr>
                          <w:divsChild>
                            <w:div w:id="1164467543">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1363047199">
                      <w:marLeft w:val="0"/>
                      <w:marRight w:val="0"/>
                      <w:marTop w:val="0"/>
                      <w:marBottom w:val="0"/>
                      <w:divBdr>
                        <w:top w:val="none" w:sz="0" w:space="0" w:color="auto"/>
                        <w:left w:val="none" w:sz="0" w:space="0" w:color="auto"/>
                        <w:bottom w:val="single" w:sz="6" w:space="0" w:color="E9E4FB"/>
                        <w:right w:val="none" w:sz="0" w:space="0" w:color="auto"/>
                      </w:divBdr>
                      <w:divsChild>
                        <w:div w:id="173157001">
                          <w:marLeft w:val="0"/>
                          <w:marRight w:val="0"/>
                          <w:marTop w:val="0"/>
                          <w:marBottom w:val="0"/>
                          <w:divBdr>
                            <w:top w:val="none" w:sz="0" w:space="0" w:color="auto"/>
                            <w:left w:val="none" w:sz="0" w:space="0" w:color="auto"/>
                            <w:bottom w:val="none" w:sz="0" w:space="0" w:color="auto"/>
                            <w:right w:val="none" w:sz="0" w:space="0" w:color="auto"/>
                          </w:divBdr>
                          <w:divsChild>
                            <w:div w:id="866062130">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978875080">
                      <w:marLeft w:val="0"/>
                      <w:marRight w:val="0"/>
                      <w:marTop w:val="0"/>
                      <w:marBottom w:val="0"/>
                      <w:divBdr>
                        <w:top w:val="none" w:sz="0" w:space="0" w:color="auto"/>
                        <w:left w:val="none" w:sz="0" w:space="0" w:color="auto"/>
                        <w:bottom w:val="single" w:sz="6" w:space="0" w:color="E9E4FB"/>
                        <w:right w:val="none" w:sz="0" w:space="0" w:color="auto"/>
                      </w:divBdr>
                      <w:divsChild>
                        <w:div w:id="757561821">
                          <w:marLeft w:val="0"/>
                          <w:marRight w:val="0"/>
                          <w:marTop w:val="0"/>
                          <w:marBottom w:val="0"/>
                          <w:divBdr>
                            <w:top w:val="none" w:sz="0" w:space="0" w:color="auto"/>
                            <w:left w:val="none" w:sz="0" w:space="0" w:color="auto"/>
                            <w:bottom w:val="none" w:sz="0" w:space="0" w:color="auto"/>
                            <w:right w:val="none" w:sz="0" w:space="0" w:color="auto"/>
                          </w:divBdr>
                          <w:divsChild>
                            <w:div w:id="98263421">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1744986888">
                      <w:marLeft w:val="0"/>
                      <w:marRight w:val="0"/>
                      <w:marTop w:val="0"/>
                      <w:marBottom w:val="0"/>
                      <w:divBdr>
                        <w:top w:val="none" w:sz="0" w:space="0" w:color="auto"/>
                        <w:left w:val="none" w:sz="0" w:space="0" w:color="auto"/>
                        <w:bottom w:val="single" w:sz="6" w:space="0" w:color="E9E4FB"/>
                        <w:right w:val="none" w:sz="0" w:space="0" w:color="auto"/>
                      </w:divBdr>
                      <w:divsChild>
                        <w:div w:id="253439966">
                          <w:marLeft w:val="0"/>
                          <w:marRight w:val="0"/>
                          <w:marTop w:val="0"/>
                          <w:marBottom w:val="0"/>
                          <w:divBdr>
                            <w:top w:val="none" w:sz="0" w:space="0" w:color="auto"/>
                            <w:left w:val="none" w:sz="0" w:space="0" w:color="auto"/>
                            <w:bottom w:val="none" w:sz="0" w:space="0" w:color="auto"/>
                            <w:right w:val="none" w:sz="0" w:space="0" w:color="auto"/>
                          </w:divBdr>
                          <w:divsChild>
                            <w:div w:id="154103312">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567349379">
                      <w:marLeft w:val="0"/>
                      <w:marRight w:val="0"/>
                      <w:marTop w:val="0"/>
                      <w:marBottom w:val="0"/>
                      <w:divBdr>
                        <w:top w:val="none" w:sz="0" w:space="0" w:color="auto"/>
                        <w:left w:val="none" w:sz="0" w:space="0" w:color="auto"/>
                        <w:bottom w:val="single" w:sz="6" w:space="0" w:color="E9E4FB"/>
                        <w:right w:val="none" w:sz="0" w:space="0" w:color="auto"/>
                      </w:divBdr>
                      <w:divsChild>
                        <w:div w:id="565913964">
                          <w:marLeft w:val="0"/>
                          <w:marRight w:val="0"/>
                          <w:marTop w:val="0"/>
                          <w:marBottom w:val="0"/>
                          <w:divBdr>
                            <w:top w:val="none" w:sz="0" w:space="0" w:color="auto"/>
                            <w:left w:val="none" w:sz="0" w:space="0" w:color="auto"/>
                            <w:bottom w:val="none" w:sz="0" w:space="0" w:color="auto"/>
                            <w:right w:val="none" w:sz="0" w:space="0" w:color="auto"/>
                          </w:divBdr>
                          <w:divsChild>
                            <w:div w:id="1466465206">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 w:id="1457334882">
                      <w:marLeft w:val="0"/>
                      <w:marRight w:val="0"/>
                      <w:marTop w:val="0"/>
                      <w:marBottom w:val="0"/>
                      <w:divBdr>
                        <w:top w:val="none" w:sz="0" w:space="0" w:color="auto"/>
                        <w:left w:val="none" w:sz="0" w:space="0" w:color="auto"/>
                        <w:bottom w:val="single" w:sz="6" w:space="0" w:color="E9E4FB"/>
                        <w:right w:val="none" w:sz="0" w:space="0" w:color="auto"/>
                      </w:divBdr>
                      <w:divsChild>
                        <w:div w:id="1332946468">
                          <w:marLeft w:val="0"/>
                          <w:marRight w:val="0"/>
                          <w:marTop w:val="0"/>
                          <w:marBottom w:val="0"/>
                          <w:divBdr>
                            <w:top w:val="none" w:sz="0" w:space="0" w:color="auto"/>
                            <w:left w:val="none" w:sz="0" w:space="0" w:color="auto"/>
                            <w:bottom w:val="none" w:sz="0" w:space="0" w:color="auto"/>
                            <w:right w:val="none" w:sz="0" w:space="0" w:color="auto"/>
                          </w:divBdr>
                          <w:divsChild>
                            <w:div w:id="1867864679">
                              <w:marLeft w:val="90"/>
                              <w:marRight w:val="90"/>
                              <w:marTop w:val="90"/>
                              <w:marBottom w:val="9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 w:id="136413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ronom.com.ua/kontrol-bur-yaniv-i-hvorob-u-poyednanni-z-elementamy-zhyvlennya-zernovyh-kultur/" TargetMode="External"/><Relationship Id="rId5" Type="http://schemas.openxmlformats.org/officeDocument/2006/relationships/hyperlink" Target="https://www.ukrstat.gov.ua/druk/publicat/Arhiv_u/07/Arch_sg_zb.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15777</Words>
  <Characters>8994</Characters>
  <Application>Microsoft Office Word</Application>
  <DocSecurity>0</DocSecurity>
  <Lines>74</Lines>
  <Paragraphs>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Яна Крижановська</cp:lastModifiedBy>
  <cp:revision>2</cp:revision>
  <dcterms:created xsi:type="dcterms:W3CDTF">2025-06-27T15:52:00Z</dcterms:created>
  <dcterms:modified xsi:type="dcterms:W3CDTF">2025-06-27T15:52:00Z</dcterms:modified>
</cp:coreProperties>
</file>